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5Sd/5/2014 z 23. 10. 2016</w:t>
      </w:r>
    </w:p>
    <w:p>
      <w:r>
        <w:t>Uznesenie Krajského súdu Bratislava z 23. októbra 2016, sp. zn. 5Sd/5/2014, ECLI:SK:KSBA:2016:1014200072.4</w:t>
      </w:r>
    </w:p>
    <w:p>
      <w:r>
        <w:t>Súd: Krajský súd Bratislava</w:t>
      </w:r>
    </w:p>
    <w:p>
      <w:r>
        <w:t>Spisová značka: 5Sd/5/2014</w:t>
      </w:r>
    </w:p>
    <w:p>
      <w:r>
        <w:t>ECLI: ECLI:SK:KSBA:2016:1014200072.4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5Sd/5/2014 Identifikačné číslo súdneho spisu: 1014200072 Dátum vydania rozhodnutia: 24. 10. 2016 Meno a priezvisko sudcu, VSÚ: JUDr. Milota Tóthová ECLI: ECLI:SK:KSBA:2016:1014200072.4 Uznesenie Krajský súd v Bratislave v právnej veci navrhovateľa E. O., T. C. XXXX/XX, T., zastúpený opatrovníčkou O.. E. O., bytom tamtiež proti odporkyni Sociálnej poisťovni ústredie, Ul. 29. augusta č. 8-10, Bratislava o zvýšenie invalidného dôchodku takto r o z h o d o l : Súd konanie z a s t a v u j e. Žiaden z účastníkov nemá právo na náhradu trov konania. o d ô v o d n e n i e : Navrhovateľ svojím návrhom zo dňa 11.11.2013 žiadal preskúmať rozhodnutie odporkyne číslo XXX XXX XXXX X zo dňa 30.9.2013, ktorým odporkyňa zamietla žiadosť navrhovateľa o zvýšenie invalidného dôchodku a zároveň odporkyňa podľa § 70 ods. 1 zákona č. 461/2003 Z.z. o sociálnom poistení navrhovateľovi od 6. júna 2013 priznala invalidný dôchodok v sume 249,90 eur mesačne a podľa § 263a ods. 5 zákona č. 461/2003 Z.z. v znení zákona č. 529/2006 Z.z. rozhodla, že navrhovateľovi súčasne od 6. júna 2013 zaniká nárok na doteraz vyplácaný invalidný dôchodok v nižšej sume 153,20 eur mesačne. Písomný prehlásením zo dňa 18.4.2016 opatrovníčka navrhovateľka vzala späť návrh zo dňa 11.11.2013 v celom rozsahu z dôvodu, že odporkyňa návrhu vyhovela. Súd podľa § 250o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https://www.kauzis.sk/judikatura/r/ECLI:SK:KSBA:2016:1014200072.4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