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6S/18/2014 z 17. 1. 2017</w:t>
      </w:r>
    </w:p>
    <w:p>
      <w:r>
        <w:t>Uznesenie Krajského súdu Bratislava z 17. januára 2017, sp. zn. 6S/18/2014, ECLI:SK:KSBA:2016:1014200156.2</w:t>
      </w:r>
    </w:p>
    <w:p>
      <w:r>
        <w:t>Súd: Krajský súd Bratislava</w:t>
      </w:r>
    </w:p>
    <w:p>
      <w:r>
        <w:t>Spisová značka: 6S/18/2014</w:t>
      </w:r>
    </w:p>
    <w:p>
      <w:r>
        <w:t>ECLI: ECLI:SK:KSBA:2016:1014200156.2</w:t>
      </w:r>
    </w:p>
    <w:p>
      <w:r>
        <w:t>Dátum vydania: 17. 1. 2017</w:t>
      </w:r>
    </w:p>
    <w:p>
      <w:r>
        <w:t>Forma: Uznesenie</w:t>
      </w:r>
    </w:p>
    <w:p>
      <w:pPr>
        <w:pStyle w:val="Heading2"/>
      </w:pPr>
      <w:r>
        <w:t>Text rozhodnutia</w:t>
      </w:r>
    </w:p>
    <w:p>
      <w:r>
        <w:t>Súd: Krajský súd Bratislava Spisová značka: 6S/18/2014 Identifikačné číslo súdneho spisu: 1014200156 Dátum vydania rozhodnutia: 18. 01. 2017 Meno a priezvisko sudcu, VSÚ: Mgr. Marián Degma ECLI: ECLI:SK:KSBA:2016:1014200156.2 Uznesenie Krajský súd v Bratislave v právnej veci žalobcu: Obec Malé Leváre, so sídlom IČO: 00 309 711, Malé Leváre 177, 908 74 Malé Leváre, právne zastúpený: JUDr. Martin Abrahám, advokát so sídlom Koceľova 25, 821 08 Bratislava, proti žalovanému: Slovenská inšpekcia životného prostredia - ústredie, so sídlom Jeséniova 17D, 831 01 Bratislava, v konaní o preskúmanie zákonnosti rozhodnutia žalovaného č. 3397000813/6310-32866/Dob zo dňa 02.12.2013, jednohlasne, takto r o z h o d o l : Krajský súd v Bratislave konanie z a s t a v u j e . Žiaden z účastníkov konania nemá právo na náhradu trov konania. o d ô v o d n e n i e : 1. Krajskému súdu v Bratislave bola dňa 05.02.2014 doručená žaloba na preskúmanie zákonnosti rozhodnutia žalovaného č. 3397000813/6310-32866/Dob zo dňa 02.12.2013, ktorým bolo rozhodnuté vo veci odvolania žalobcu proti rozhodnutie Slovenskej inšpekcie životného prostredia - Inšpektorátu životného prostredia Bratislava č. 3397101613/5016-19595/35/2013/Kep zo dňa 09.08.2013 tak, že odvolací orgán odvolanie žalobcu zamietol a prvostupňové rozhodnutie potvrdil. 2. Výzvou zo dňa 11.04.2016 doručenou právnemu zástupcovi žalobcu dňa 29.04.2016, bol žalobca vyzvaný na zaplatenie súdneho poplatku vo výške 70,- €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v konaní pred správnym súdom sa poplatok platí správnemu súdu, ktorý vo veci koná. V konaní o kasačnej sťažnosti sa poplatok platí súdu, ktorý napadnuté rozhodnutie vydá. 7.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je prípustné odvolanie v lehote 15 dní odo dňa jeho doručenia na súde, proti ktorého uzneseniu smeruje, písomne a to v troch vyhotoveniach (§ 355 ods. 2 v spojení s § 357 písm. a)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https://www.kauzis.sk/judikatura/r/ECLI:SK:KSBA:2016:1014200156.2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