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10Scud/6/2014 z 25. 1. 2016</w:t>
      </w:r>
    </w:p>
    <w:p>
      <w:r>
        <w:t>Uznesenie Krajského súdu Bratislava z 25. januára 2016, sp. zn. 10Scud/6/2014, ECLI:SK:KSBA:2016:1014200308.5</w:t>
      </w:r>
    </w:p>
    <w:p>
      <w:r>
        <w:t>Súd: Krajský súd Bratislava</w:t>
      </w:r>
    </w:p>
    <w:p>
      <w:r>
        <w:t>Spisová značka: 10Scud/6/2014</w:t>
      </w:r>
    </w:p>
    <w:p>
      <w:r>
        <w:t>ECLI: ECLI:SK:KSBA:2016:1014200308.5</w:t>
      </w:r>
    </w:p>
    <w:p>
      <w:r>
        <w:t>Dátum vydania: 25.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10Scud/6/2014 Identifikačné číslo súdneho spisu: 1014200308 Dátum vydania rozhodnutia: 26. 01. 2016 Meno a priezvisko sudcu, VSÚ: JUDr. Beata Jurgošová ECLI: ECLI:SK:KSBA:2016:1014200308.5 Uznesenie Krajský súd v Bratislave v právnej veci navrhovateľa: S.. N. N. D., nar. XX.XX.XXXX, bytom Z. J. O.. XX-XX. V.. J.. XX, XXXX Y., I., proti odporkyni: Sociálna poisťovňa ústredie v Bratislave, Ul. 29. augusta č. 8, Bratislava, o starobný dôchodok, takto r o z h o d o l : Súd konanie z a s t a v u j e . Žiaden z účastníkov nemá právo na náhradu trov konania. o d ô v o d n e n i e : Navrhovateľ svojím návrhom zo dňa 19.10.2013 žiadal preskúmať rozhodnutie odporkyne číslo XXX XXX XXXX X zo dňa 11.09.2013, ktorým mu bola zamietnutá žiadosť o starobný dôchodok zo dňa 08.06.2012. Dňa 15.12.2015 bolo súdu doručené preložené podanie navrhovateľa zo dňa 20.07.2015, ktoré súd v zmysle § 41 ods. 2 O.s.p. posúdil podľa jeho obsahu ako späťvzatie opravného prostriedku.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https://www.kauzis.sk/judikatura/r/ECLI:SK:KSBA:2016:1014200308.5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