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2S/47/2014 z 23. 8. 2016</w:t>
      </w:r>
    </w:p>
    <w:p>
      <w:r>
        <w:t>Uznesenie Krajského súdu Bratislava z 23. augusta 2016, sp. zn. 2S/47/2014, ECLI:SK:KSBA:2016:1014200351.1</w:t>
      </w:r>
    </w:p>
    <w:p>
      <w:r>
        <w:t>Súd: Krajský súd Bratislava</w:t>
      </w:r>
    </w:p>
    <w:p>
      <w:r>
        <w:t>Spisová značka: 2S/47/2014</w:t>
      </w:r>
    </w:p>
    <w:p>
      <w:r>
        <w:t>ECLI: ECLI:SK:KSBA:2016:1014200351.1</w:t>
      </w:r>
    </w:p>
    <w:p>
      <w:r>
        <w:t>Dátum vydania: 23.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2S/47/2014 Identifikačné číslo súdneho spisu: 1014200351 Dátum vydania rozhodnutia: 24. 08. 2016 Meno a priezvisko sudcu, VSÚ: Mgr. Viliam Pohančeník ECLI: ECLI:SK:KSBA:2016:1014200351.1 Uznesenie Krajský súd v Bratislave v právnej veci žalobcu: O.. W. J., nar. XX.XX.XXXX, E. 4, T., zastúpený: JUDr. Július Jánošík, advokát, Klincová 35, Bratislava, proti žalovanému: Ministerstvo dopravy, výstavby a regionálneho rozvoja Slovenskej republiky, Námestie slobody 6, Bratislava, o preskúmanie zákonnosti rozhodnutia žalovaného č. XXXXX/XXXX/BXXX-SV/XXXXX/Hia zo dňa 15.02.2014, takto r o z h o d o l : Krajský súd v Bratislave konanie z a s t a v u j e . Žiaden z účastníkov nemá právo na náhradu trov konania. o d ô v o d n e n i e : 1. Včas podanou žalobou sa žalobca domáhal preskúmania zákonnosti rozhodnutia žalovaného č. XXXXX/XXXX/BXXX-SV/XXXXX/Hia zo dňa 15.02.2014, ktorým bolo zamietnuté odvolanie žalobcu a bolo potvrdené rozhodnutie Okresného úradu Bratislava, odboru výstavby a bytovej politiky č. OU-BA-Z zo dňa 07.10.2013, ktorým bolo zrušené podnetom napadnuté právoplatné rozhodnutie Mestskej časti Bratislava - Staré Mesto, č. XXXX/XXXXX/XXXX/STA/Štu/L-XXX zo dňa 27.11.2012 z dôvodu, že bolo vydané v rozpore so zákonom. 2. Právoplatným rozhodnutím Mestskej časti Bratislava - Staré Mesto, č. XXXX/XXXXX/XXXX/STA/Štu/L-XXX zo dňa 27.11.2012 bolo prerušené konanie o dodatočnom povolení stavby: „Stavebné úpravy v byte č. X a v spoločných častiach domu - E. 4, T.“, v bytovom dome so súpisným č. XXXXXX, na pozemku registra „C“, parc. č. XXXX/X, druh pozemku: zastavané plochy a nádvoria, o celkovej výmere XXX m2, nehnuteľnosti vedené na liste vlastníctva č. XXXX, k. ú. Staré Mesto, stavebníkom a podávateľom, O.. Z. M. a I. M., obaja bytom E. 4, T.. 3. Podaním doručeným správnemu súdu dňa 01.07.2016 vzal žalobca žalobu späť. 4. Podľa § 63 Správneho súdneho poriadku (ďalej len „S.s.p.“)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5. Podľa § 99 písm. a) S.s.p., správny súd konanie uznesením zastaví, ak žalobca vzal žalobu späť skôr, ako správny súd vo veci rozhodol. 6. Nakoľko žalobca vzal žalobu späť pred rozhodnutím veci, správny súd v súlade s § 99 písm. a) S.s.p. konanie zastavil. 7. O náhrade trov konania správny súd rozhodol podľa § 170 písm. b) S.s.p. tak, že žiaden z účastníkov nemá právo na náhradu trov konania, nakoľko konanie bolo zastavené. 8.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https://www.kauzis.sk/judikatura/r/ECLI:SK:KSBA:2016:1014200351.1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