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10Sd/36/2014 z 11. 4. 2016</w:t>
      </w:r>
    </w:p>
    <w:p>
      <w:r>
        <w:t>Rozsudok Krajského súdu Bratislava z 11. apríla 2016, sp. zn. 10Sd/36/2014, ECLI:SK:KSBA:2016:1014200356.3</w:t>
      </w:r>
    </w:p>
    <w:p>
      <w:r>
        <w:t>Súd: Krajský súd Bratislava</w:t>
      </w:r>
    </w:p>
    <w:p>
      <w:r>
        <w:t>Spisová značka: 10Sd/36/2014</w:t>
      </w:r>
    </w:p>
    <w:p>
      <w:r>
        <w:t>ECLI: ECLI:SK:KSBA:2016:1014200356.3</w:t>
      </w:r>
    </w:p>
    <w:p>
      <w:r>
        <w:t>Dátum vydania: 11. 4. 2016</w:t>
      </w:r>
    </w:p>
    <w:p>
      <w:r>
        <w:t>Forma: Rozsudok</w:t>
      </w:r>
    </w:p>
    <w:p>
      <w:r>
        <w:t>Oblasť práva: Správne právo</w:t>
      </w:r>
    </w:p>
    <w:p>
      <w:pPr>
        <w:pStyle w:val="Heading2"/>
      </w:pPr>
      <w:r>
        <w:t>Text rozhodnutia</w:t>
      </w:r>
    </w:p>
    <w:p>
      <w:r>
        <w:t>Súd: Krajský súd Bratislava Spisová značka: 10Sd/36/2014 Identifikačné číslo súdneho spisu: 1014200356 Dátum vydania rozhodnutia: 12. 04. 2016 Meno a priezvisko sudcu, VSÚ: JUDr. Beata Jurgošová ECLI: ECLI:SK:KSBA:2016:1014200356.3 ROZSUDOK V MENE SLOVENSKEJ REPUBLIKY Krajský súd v Bratislave sudkyňou JUDr. Beátou Jurgošovou v právnej veci navrhovateľa: T.D. Q., bytom F. XXXX/XX, Q., zastúpeného JUDr. Igorom Novotným, advokátom, Gorkého 11, Bratislava, proti odporkyni: Sociálnej poisťovni ústredie v Bratislave, ul. 29. augusta č. 8, Bratislava, o invalidný dôchodok, takto r o z h o d o l : Súd rozhodnutie odporkyne číslo XXX XXX XXXX X zo dňa 23. novembra 2013 potvrdzuje. Účastníkom náhradu trov konania nepriznáva. o d ô v o d n e n i e : Rozhodnutím Č. XXX XXX XXXX X zo dňa 23. novembra 2013 odporkyňa podľa § 70 ods. 1, § 82 a § 293ce zákona č. 461/2003 Z.z. o sociálnom poistení v znení neskorších predpisov navrhovateľovi od 23. septembra 2013 priznala invalidný dôchodok v sume 141,60 eur mesačne. Rozhodla tak s odôvodnením, že navrhovateľ bol uznaný za invalidného z dôvodu, že má pokles schopnosti vykonávať zárobkovú činnosť o 45 % v porovnaní so zdravou fyzickou osobou. Navrhovateľov dlhodobo nepriaznivý zdravotný stav a pokles schopnosti vykonávať zárobkovú činnosť bol posúdený posudkovým lekárom sociálneho poistenia Sociálnej poisťovne, pobočka Bratislava. Navrhovateľ návrhom zo dňa 07.01.2014 žiadal preskúmať toto rozhodnutie a poukázal na nízko určenú mieru schopnosti vykonávať zárobkovú činnosť. Súd preskúmal napadnuté rozhodnutie podľa § 250l a nasl. O.s.p., prejednal návrh navrhovateľa a dospel k záveru, že návrh nie je dôvodný. Súd vykonal dokazovanie výsluchom účastníkov konania, posudkami posudkového lekára Sociálnej poisťovne pobočky Bratislava zo dňa 11.11.2013, posudkom posudkového lekára Sociálnej poisťovne ústredie Bratislava zo dňa 6.3.2014 a 1.2.2016,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 bol uznaný za invalidného od 23. septembra 2013 na základe posudku posudkového lekára Sociálnej poisťovne pobočka Bratislava zo dňa 11. novembra 2013, ktorý ho uznal za invalidného podľa § 71 ods. 1 zákona č. 461/2003 Z. z. o sociálnom poistení s mierou poklesu schopnosti vykonávať zárobkovú činnosť 45 %. Rozhodujúcim zdravotným postihnutím u navrhovateľa boli stanovené choroby podporného a pohybového aparátu, dorzopatia, deformujúca dorzopatia a spondylopatia, degeneratívne zmeny na chrbtici a medzistavcových platničkách, s prejavmi nervového a svalového dráždenia (kapitola XV., oddiel E, položka 3) písm. b) prílohy č. 4 zákona č. 461/2003 Z.z. ), kde mieru poklesu schopnosti vykonávať zárobkovú činnosť posudkový lekár stanovil na 35 %. Pre iné zdravotné postihnutia, zvýšil percentuálnu mieru o 10 %. Celková miera poklesu schopnosti vykonávať zárobkovú činnosť je 45%. Dátum vzniku invalidity stanovil od 23.9.2013. Navrhovateľ v opravnom prostriedku zo dňa 07.01.2014 nesúhlasil s určenou mierou poklesu schopnosti vykonávať zárobkovú činnosť. Posudkový lekár Sociálnej poisťovne ústredie Bratislava v posudku zo dňa 6.3.2014 uviedol, že potvrdzuje rozhodujúce zdravotné postihnutie dorzalgiu a cervikalgiu. Nie sú prítomné radikulárne príznaky, motorické výpady ani parézy. Vzhľadom na časté recidívy, je stanovená miera poklesu na hornej hranici rozpätia 35%. Na ostatné zdravotné poruchy hlavne PHS vpravo, obojstrannú gonartrózu, je základná miera navýšená o 10 % na výslednú mieru 45 %, ktorá zodpovedá súčasnému zdravotnému stavu. Hodnoty TK sú pri liečbe uspokojivo kompenzované. Posudkový lekár Sociálnej poisťovne ústredie Bratislava v posudku zo dňa 1.2.2016 uviedol, že vyhodnotil novodoložené lekárske správy navrhovateľa, ktorý bol uznaný invalidným od 23.9.2013 s mierou poklesu schopnosti vykonávať zárobkovú činnosť (MPSVZČ) 45 %. Z toho 35 % na rozhodujúce zdravotné postihnutie - bolesti chrbta, zaradené v Prílohe č. 4 k zákonu č. 461/2003 Z.z. o sociálnom poistení v znení neskorších predpisov do kapitoly XV - Choroby podporného a pohybového aparátu, oddielu E-Dorzopatia, deformujúca dorzopatia a spondylopatia, položka 3.b) Degeneratívne zmeny na chrbtici a medzistavcových platničkách s miernym funkčným postuhnutím, s prejavmi nervového a svalového dráždenia (napr. syndróm cervikokraniálny, cervikobrachiálny, lumbálny, lumbosakrálny a syndróm sakroiliakálneho skĺbenia blokády stavcov), slabosť svalového korzetu, obmedzenie pohybu v postihnutom úseku. Na toto postihnutie bola zvolená horná hranica z percentuálneho rozpätia 20 až 35 % pre túto položku. Na ostatné ochorenia bola navrhovateľovi zvýšená MPSVZČ o ďalších, maximálne možných 10 %. K prepúšťacej správe z Oddelenia úrazovej chirurgie ortopedicko-traumatologickej kliniky, kde bol navrhovateľ hospitalizovaný od 18.8.2014 do 19.8.2014 (2 dni) kvôli vykonaniu artroskopickej operácie poškodeného menisku na pravom kolene, výkon prebehol bez komplikácií, uviedol, že tento zákrok nie je dôvodom k zmene posudkového záveru, chronické, dlhodobé bolesti kolien a degeneratívne (vekom podmienené) zmeny na kolenných kĺboch sú obvyklým nálezom v danej vekovej skupine. K prepúšťacej správe z Neurologickej kliniky UNB Staré Mesto, kde bol navrhovateľ hospitalizovaný od 23.9.2015 do 25.9.2015 (3 dni) pre zvýraznenie ťažkostí - bolesti krčnej časti chrbtice s vyžarovaním do ramena, bolesti hlavy a závratové stavy, zhoršené po aplikácii protitetanovej injekcie, uviedol, že navrhovateľovi boli podávané uvoľňujúce protibolestivé infúzie, realizované zobrazovacie vyšetrenia mozgu, z nezmeneným nálezom od roku 2013. Hlavné diagnózy sú bolesti krčnej chrbtice a priľahlých oblastí, na základe degeneratívnych zmien na chrbtici a medzistavcových platničkách na viacerých miestach chrbtice. Aj tento nález je obvyklý pre vekovú skupinu navrhovateľa. Zistilo sa i viacero nezávažných zmien (cysta v spánkovej oblasti, slabo vyvinutá časť pravej chrbtovej tepny, poruchy citlivosti dolných končatín, porucha metabolizmu tukov, vekom podmienené zmeny očného pozadia, stukovatenie pečene a iné), tieto však nemajú žiadny vplyv na posudzovanie invalidity, sú klinicky nemé. Záverom konštatoval, že 2 doložené lekárske správy potvrdzujú už známe, posudkovo zohľadnené skutočnosti, nie sú podkladom k zmene posudkových záverov. Konštatoval, že zdravotný stav navrhovateľa spĺňa posudkové kritériá na uznanie invalidity naďalej, t.j. od 23.9.2013 s MPSVZČ 45 %. Právny zástupca navrhovateľa na pojednávaní poukázal na to, že navrhovateľov zdravotný stav sa zhoršuje, chodí na injekcie. Opotrebovanie kolenných kĺbov je na stupni 4, čo znamená potrebu výmeny kolenného kĺbu. Jeho stav je horší, navrhol vykonať kontrolný posudok na preukázanie aktuálneho zdravotného stavu navrhovateľa. Zástupkyňa odporkyne vzhľadom na zhodné posúdenie zdravotného stavu navrhovateľa posudkovými lekármi, žiadala napadnuté rozhodnutie potvrdiť. Posudkový lekár sociálneho poistenia Sociálnej poisťovne pobočka Bratislava ako aj posudkoví lekári sociálneho poistenia Sociálnej poisťovne ústredie Bratislava vo svojich vyššie uvedených posudkoch zohľadnili všetky navrhovateľom uvádzané ťažkosti a vyporiadali sa s lekárskymi nálezmi nachádzajúcimi sa v zdravotnej dokumentácii navrhovateľa. Zhodne určili, že rozhodujúcim zdravotným postihnutím u navrhovateľa je choroba podporného a pohybového aparátu, dorzopatia, deformujúca dorzopatia a spondylopatia, degeneratívne zmeny na chrbtici a medzistavcových platničkách s miernym funkčným postihnutím, s prejavmi nervového a svalového dráždenia, slabosť svalového korzetu, obmedzenie pohybu v postihnutom úseku, M54 (kapitola XV, oddiel E, položka 3.bprílohy č. 4 zákona č. 461/2003 Z.z.), mieru poklesu schopnosti vykonávať zárobkovú činnosť stanovili na 35 %. Pre iné zdravotné postihnutie (hlavne PHS vpravo, obojstrannú gonartrózu) zvýšili percentuálnu mieru o 10 %. Celková miera poklesu schopnosti vykonávať zárobkovú činnosť je 45 %. Dátum vzniku invalidity stanovili od 23.9.2013. Navrhovateľ je invalidný podľa § 71 ods. 1 zákona č. 461/2003 Z.z. o sociálnom poistení v znení neskorších predpisov, lebo pre dlhodobo nepriaznivý zdravotný stav má pokles schopnosti vykonávať zárobkovú činnosť o viac ako 40 % v porovnaní so zdravou fyzickou osobou. Zistenia posudkových lekárov neboli spochybnené ani v súdnom konaní. Závery posudkov posudkových lekárov sú odborné, presvedčivé, náležite zdôvodnené a súd nezistil rozpor medzi ich závermi a zisteným skutočným stavom. Súd návrh právneho zástupcu navrhovateľa vykonať kontrolný posudok na preukázanie aktuálneho zdravotného stavu a mieru invalidity navrhovateľa, ako aj možnosť vyhotovenia znaleckého posudku, považoval za nadbytočný. Zdravotnú dokumentáciu, ako aj závery posudkov posudkových lekárov súd považuje k stanovenému vzniku invalidity navrhovateľa za dostačujúce. Krajský súd preto z vyššie uvedených dôvodov napadnuté rozhodnutie odporkyne číslo 560 225 6473 0 zo dňa 23. novembra 2013 podľa § 250q ods. 2 O.s.p. ako vecne správne potvrdil. O trovách konania súd rozhodol podľa § 250k ods. 1 v spojení s § 250l ods. 2 O.s.p. Navrhovateľ nebol v konaní úspešný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https://www.kauzis.sk/judikatura/r/ECLI:SK:KSBA:2016:1014200356.3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