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6S/84/2014 z 27. 9. 2016</w:t>
      </w:r>
    </w:p>
    <w:p>
      <w:r>
        <w:t>Rozsudok Krajského súdu Bratislava z 27. septembra 2016, sp. zn. 6S/84/2014, ECLI:SK:KSBA:2016:1014200648.2</w:t>
      </w:r>
    </w:p>
    <w:p>
      <w:r>
        <w:t>Súd: Krajský súd Bratislava</w:t>
      </w:r>
    </w:p>
    <w:p>
      <w:r>
        <w:t>Spisová značka: 6S/84/2014</w:t>
      </w:r>
    </w:p>
    <w:p>
      <w:r>
        <w:t>ECLI: ECLI:SK:KSBA:2016:1014200648.2</w:t>
      </w:r>
    </w:p>
    <w:p>
      <w:r>
        <w:t>Dátum vydania: 27. 9. 2016</w:t>
      </w:r>
    </w:p>
    <w:p>
      <w:r>
        <w:t>Forma: Rozsudok</w:t>
      </w:r>
    </w:p>
    <w:p>
      <w:r>
        <w:t>Oblasť práva: Správne právo</w:t>
      </w:r>
    </w:p>
    <w:p>
      <w:pPr>
        <w:pStyle w:val="Heading2"/>
      </w:pPr>
      <w:r>
        <w:t>Text rozhodnutia</w:t>
      </w:r>
    </w:p>
    <w:p>
      <w:r>
        <w:t>Súd: Krajský súd Bratislava Spisová značka: 6S/84/2014 Identifikačné číslo súdneho spisu: 1014200648 Dátum vydania rozhodnutia: 28. 09. 2016 Meno a priezvisko sudcu, VSÚ: JUDr. Vlastimil Pavlikovský ECLI: ECLI:SK:KSBA:2016:1014200648.2 ROZSUDOK V MENE SLOVENSKEJ REPUBLIKY Krajský súd v Bratislave v senáte zloženom z predsedu senátu JUDr. Vlastimila Pavlikovského a členov senátu Mgr. Mariána Degmu a JUDr. Andrey Kriškovej, v právnej veci žalobcu: N-ESCOOP, s.r.o., Vajnorská 137, 831 04 Bratislava, IČO: 00 686 794, v zastúpení: advokátska kancelária čipák &amp; partners s. r. o., IČO: 47 243 571, Vazovova 9/B, 811 07 Bratislava, proti žalovanému: Finančné riaditeľstvo Slovenskej republiky, Lazovná 63, 974 01 Banská Bystrica, o preskúmanie zákonnosti postupu a rozhodnutia žalovaného č. 1100302/1/55566/2014/885 zo dňa 30.01.2014, jednohlasne, takto r o z h o d o l : Krajský súd v Bratislave žalobu zamieta. Žalovanému sa náhrada trov konania nepriznáva. o d ô v o d n e n i e : I. Rozhodnutia správnych orgánov 1. Žalobou napadnutým rozhodnutím žalovaný potvrdil rozhodnutie vydané v prvom stupni Daňovým úradom Bratislava (ďalej aj ako „správca dane“), ktorým správca dane podľa § 68 ods. 5 a 6 v nadväznosti na § 165b zákona č. 563/2009 Z. z. o správe daní (daňový poriadok) a o zmene a doplnení niektorých zákonov v znení neskorších predpisov (ďalej aj ako „daňový poriadok“) znížil žalobcovi za zdaňovacie obdobie jún 2009 nadmerný odpočet dane z pridanej hodnoty (ďalej aj ako „DPH“) zo sumy XX.XXX,XX Eur na sumu XXX,XX Eur. 2. Správca dane nepriznal právo na odpočítanie DPH z dôvodu, že odpočítaním dane z faktúry prijatej od spoločnosti DONNA-K9, s.r.o. pod č. 2406200933 žalobca porušil príslušné ustanovenie § 51 ods. 2 v nadväznosti na § 49 ods. 1 zákona č. 222/2004 Z. z. o dani z pridanej hodnoty v znení neskorších predpisov (ďalej aj ako „zákon o DPH“) tým, že si uplatnil právo na odpočítanie dane pri kúpe tovaru, pri ktorom nevznikla daňová povinnosť, t.j. podľa zistení správcu dane obchodné transakcie deklarované vo faktúrach predložených žalobcom sa neuskutočnili. II. Žaloba 3. Žalobca považoval rozhodnutia vydané v oboch stupňoch za nezákonné, žiadal ich zrušiť a vec vrátiť žalovanému na ďalšie konanie. Namietal, že správca dane ako i žalovaný vec po právnej a skutkovej stránke nesprávne posúdili a ich rozhodnutiami bol žalobca ukrátený na svojich právach. 4. Poukázal na viaceré porušenia procesných noriem počas daňového konania vedeného správcom dane. Konkrétne porušenie práva žalobcu byť oboznámený pred vydaním protokolu s kontrolnými zisteniami a možnosti vyjadriť sa ku skutočnostiam zisteným pri daňovej kontrole, k spôsobu ich zistenia, prípadne navrhnúť, aby v protokole boli uvedené jeho vyjadrenia k nim, t.j. namietal porušenie § 15 ods. 5 písm. f/ zákona č. 511/1992 Zb. o správe daní a poplatkov (ďalej aj ako „zákon č. 511/1992 Zb.”). Ďalej namietal porušenie § 15 ods. 4 písm. d/ ako aj § 22 zákona č. 511/1992 Zb., t.j. porušenie práva nahliadnuť do zápisnice z miestneho zisťovania vykonávaného u iného daňového subjektu v súvislosti s daňovou kontrolou vykonávanou u žalobcu. Podľa žalobcu protokol o výsledkoch daňovej kontroly nespĺňa ustanovené obligatórne náležitosti podľa § 15 ods. 11 písm. b/ a h/ zákona č. 511/1992 Zb., t.j. nie sú v ňom obsiahnuté dátumy a čísla dožiadaní na iné subjekty, dátumy a čísla medzinárodných dožiadaní a preukázateľné kontrolné zistenia. Konaním správcu dane malo tiež dôjsť k porušeniu § 25a ods. 4, ods. 5 a § 15 ods. 17 uvedeného zákona. Konkrétne tým, že správca dane pokračoval z vlastného podnetu a vykonával úkony po právoplatnom prerušení kontroly a nie až po pominutí prekážky, preto podľa žalobcu uplynuli aj príslušné lehoty na vykonanie daňovej kontroly. Ďalšie porušenie malo spočívať v tom, že v priebehu daňového konania nedochádzalo k doručovaniu písomností splnomocnenému zástupcovi žalobcu, čo malo byť v rozpore s § 9 ods. 3 a 4 a § 17 ods. 5 a 8 zákona č. 511/1992 Zb. Taktiež mal byť správca dane podľa žalobcu nečinný, keďže až po 7 mesiacoch výkonu kontroly vydal rozhodnutie o prerušení kontroly, čím mal porušiť § 30a zákona č. 511/1992 Zb. Rozporné s ustanovením § 29 ods. 8 uvedeného zákona a § 24 daňového poriadku malo byť aj vedenie dokazovania zo strany správcu dane. Podľa žalobcu mu správca dane nemal umožniť vyjadriť sa ku skutočnostiam zistením vo vyrubovacom konaní aj napriek tomu, že mu to žalobca oznámil v zápisnici s lehotou 30 dní. Správca dane mal preto vydať rozhodnutie predčasne. 5. Žalobca uviedol, že daňová kontrola za zdaňovacie obdobie jún 2009 trvala 762 dní a v tejto súvislosti odkázal na odpoveď Odboru vnútornej kontroly Daňového riaditeľstva Slovenskej republiky, z ktorej majú podľa žalobcu jednoznačne vyplývať procesné nedostatky pri výkone kontrol zo strany správcu dane. Namietal tiež, že mu nebolo umožnené oboznámiť sa so správou z predmetnej vnútornej kontroly. 6. Taktiež dal žalobca súdu do pozornosti odpoveď Krajskej prokuratúry v Bratislave doručenej žalobcovi dňa 21.01.2013, v ktorej sa majú s poukazom na kontrolné zistenia vykonané odborom vnútornej kontroly (viď predchádzajúci odsek) konštatovať viaceré procesné pochybenia podľa zákona č. 511/1992 Zb., ako aj interných predpisov Ministerstva financií SR, ako aj hmotnoprávne pochybenia vo vzťahu k daňovým kontrolám vykonávaným správcom dane. 7. Žalobca spochybňoval závery vyplývajúce z rozhodnutia správcu dane o prerušení daňovej kontroly č. 602/321/70392/2010/Bf zo dňa 24.05.2010, kde bolo konštatované, že v zdaňovacom období vykázal daňový subjekt (žalobca) nadmerný odpočet vo výške XX.XXX,XX Eur, ktorý pozostával z odpočítania dane z nákupu dlažby z prírodného kameňa, ktorá bola následne dodaná ako tovar oslobodený od dane podľa § 43 zákona o DPH. Mal za to, že nadmerný odpočet je jednoznačne preukázaný podaným daňovým priznaním DPH za zdaňovacie obdobie jún 2009 v zmysle § 51 ods. 1 písm. a/ zákona o DPH, a to prijatým zdaniteľným obchodom, t.j. iba nákupom tovaru. Zdôraznil, že v rozhodnom zdaňovacom období neuskutočnil žiadny zdaniteľný obchod, iba prijal zdaniteľné plnenie. Rozhodnutie o prerušení kontroly preto považoval za nezákonné a postup správcu dane za účelový a tendenčný. V tejto súvislosti dal žalobca súdu do pozornosti nález Ústavného súdu SR sp. zn. III. ÚS 24/2010-57 zo dňa 29.06.2010, v zmysle záverov ktorého považoval protokol z predmetnej daňovej kontroly za nezákonný dôkaz. 8. V ďalšom žalobca poukázal na vydanie dodatočného platobného výmeru správcom dane a na odvolanie žalobcu, o ktorom rozhodol žalovaný rozhodnutím, ktorým predmetný platobný výmer zrušil. Podľa žalobcu sa žalovaný v tomto rozhodnutí vôbec nevysporiadal s tvrdeniami a právnou argumentáciou žalobcu. Nezaoberal sa zistenými procesnými nedostatkami ani nenariadil tieto nedostatky odstrániť. 9. Pred vydaním prvostupňového rozhodnutia správca dane preveroval nadobudnutie tovaru žalobcom od spoločnosti DONNA K-9, s.r.o. na základe faktúry uvedenej v odseku 2. Uvedená spoločnosť nakupuje prírodný kameň od viacerých dodávateľov v tuzemsku aj v zahraničí, následne tento tovar spracúva a predáva. Preto podľa žalobcu jej jednotlivé výrobky majú surovinový pôvod od viacerých dodávateľov a z toho vyplýva, že konštrukcia uvedená správcom dane v jeho rozhodnutiach je výlučne účelová. V súvislosti s touto spoločnosťou žalobca poukázal na viaceré daňové kontroly s pozitívnym výsledkom, ktorých závery nemal správca dane pri vydaní svojho rozhodnutia rešpektovať. Pri miestnom zisťovaní mal byť preverený vznik daňovej povinnosti uvedenej spoločnosti, pričom daň mala byť odvedená, čo správca dane nepoprel. Preto považoval aj postup pracovníkov správcu dane za jednostranný, účelový a úmyselne spôsobujúci prieťahy. Zistenia v protokole o ďalších daňových subjektoch podľa žalobcu nemajú vplyv na vyplatenie nadmerného odpočtu. Mal za to, že nezodpovedá za daňové povinnosti iných daňových subjektov a nemôže predpokladať, že u určitých dodávateľov nie je riadne vedená evidencia. Žalobca mal za dodávku tovaru riadne zaplatiť svojmu dodávateľovi (spoločnosti DONNA K-9, s.r.o.), ktorý si riadne plnil svoje odvodové povinnosti do štátneho rozpočtu. Z uvedeného podľa žalobcu vyplýva, že tvrdenia správcu dane o získaní daňovej výhody sú účelovou konštrukciou. Zdôraznil, že splnil všetky zákonné podmienky na odpočítanie dane z prijatej faktúry od uvedenej spoločnosti (odsek 2). 10. Ďalej žalobca uviedol, že v rozhodnutí správcu dane absentuje reálne odôvodnenie, keďže sú v ňom len kopírované dôkazy, ale ich vyhodnotenie a posúdenie uvedené nie je. Spochybňoval tvrdenia správcu dane o absencii náležitostí spornej faktúry od spoločnosti DONNA K-9, s.r.o.) a mal za to, že predmetná faktúra údaje podľa § 71 ods. 2 písm. i/ zákona o DPH obsahuje. Správca dane podľa žalobcu ignoroval všetky dôkazy svedčiace o reálnosti obchodov, vrátane svedeckých výpovedí a účtovných dokladov. Nestotožňoval sa s tvrdeniami žalovaného v napadnutom rozhodnutí ohľadom spoločnosti DONNA K-9, s.r.o. a uviedol, že splnomocnený zástupca a konateľ tejto spoločnosti boli súčinní so správcom dane, predkladali všetky relevantné dôkazy preukazujúce reálnosť nákupu tovaru, jeho spracovania, uskladnenia a pod. V tejto súvislosti žiadal vypočuť pracovníčky správcu dane, ktoré vykonávali dožiadania, a to G.. R. a B.. G.. O účelovosti postupu správcu dane má svedčiť aj to, že správca dane vyzval žalobcu na vyjadrenie k jeho zisteniam viac ako 4 roky od uskutočnenia predmetných obchodov. Je zrejmé, že žalobca sa nevie vyjadriť k úplnému pôvodu žulovej dlažby, a to z dôvodu, že mal záujem o predmetnú žulovú dlažbu v množstve a kvalite akú mu ponúkla obchodná spoločnosť DONNA K-9, s.r.o. a keďže táto spoločnosť mu tovar v požadovanom množstve a kvalite dodala, nemal žiadne pochybnosti o jeho pôvode. 11. Žalobca vyslovil presvedčenie, že správca dane nemá právne relevantný dôvod, pre ktorý mu neuznal uplatnený nárok na nadmerný odpočet. Sám správca dane v súvislosti s nesplnením dôkaznej povinnosti žalobcu vôbec neuviedol, ako sa vysporiadal s predloženými dôkazmi a v čom konkrétne vidí ich nedôvodnosť, resp. nedostatočnosť, pričom len všeobecne konštatoval, že daňový subjekt musí preukázať tvrdenia o prijatom zdaniteľnom plnení vierohodnými dôkazmi. Zákon neposkytuje hierarchické usporiadanie dôkazných prostriedkov vo vzťahu k ich výpovednej hodnote, resp. vierohodnosti. To podľa žalobcu znamená, že nepreferuje napr. listinu pred svedeckou výpoveďou. Záverom žalobca citoval základné zásady daňového konania, ktorými sa správca dane a žalovaný nemali riadiť a poukázal na konštantnú judikatúru Najvyššieho súdu SR, Ústavného súdu Slovenskej republiky a Českej republiky a Európskeho súdneho dvora. III. Vyjadrenie žalovaného 12. Žalovaný sa vyjadril k žalobe písomným podaním doručeným súdu dňa 29.05.2014, žalobu považoval za nedôvodnú a žiadal ju zamietnuť. Uviedol, že kontrola bola síce vykonaná v čase uvádzanom žalobcom, avšak nadriadený orgán predĺžil lehotu na vykonanie kontroly do 10.09.2010. Tiež v období od 31.05.2010 do 06.07.2011 bola kontrola prerušená z dôvodu podania žiadosti o medzinárodnú výmenu informácií, čo je 401 dní. Z uvedeného podľa žalovaného vyplýva, keďže počas prerušenia kontroly lehoty neplynú, že kontrola bola vykonaná v zákonnej lehote 362 dní, a teda nebol porušený § 15 ods. 17 zákona č. 511/1992 Zb. 13. Ďalej žalovaný uviedol, že žalobca, resp. jeho splnomocnený zástupca nahliadal do spisu dňa 26.05.2010 a 10.10.2011, boli predložené zápisnice z miestnych zisťovaní, vyjadrenia zástupcov preverovaných daňových subjektov, bol prítomný pri výpovediach konateľov spoločností, ktoré si vzájomne fakturovali granitové dosky, resp. dlažbu. Tiež dňa 08.06.2011 bol konateľ žalobcu informovaný o medzinárodných dožiadaniach. Podľa žalovaného mal žalobca kedykoľvek počas kontroly možnosť vyjadriť sa k zisteným skutočnostiam. S poukazom na § 22 zákona č. 511/1992 Zb. dôvodil, že daňový subjekt nie je oprávnený nazerať do úradnej korešpondencie určenej pre nadriadené orgány. 14. Žalovaný tiež dôvodil, že protokol č. I/135/16757-89188/2011/PéMa-50 zo dňa 05.09.2011 z vnútornej kontroly nemá k dispozícii, nakoľko sa jedná o iné konanie, ktoré vykonal odbor vnútornej kontroly. Žalovaný ako odvolací orgán nemá oprávnenie kontrolovať, posudzovať, preskúmavať, resp. komentovať kontrolné zistenia odboru vnútornej kontroly. Zdôraznil, že konanie podľa zákona č. 10/1996 Z.z. o kontrole v štátnej správe nie je daňovým konaním. Poukázal na stanovisko Krajskej prokuratúry v Bratislave, z ktorého podľa žalovaného vyplýva, že správnosť, resp. úplnosť kontrolných zistení odboru vnútornej kontroly nemôžu byť predmetom preskúmania zo strany prokuratúry, pretože sú mimo rámca jej pôsobnosti a v konečnom dôsledku aj reálnych možností na netrestnom úseku jej činnosti. 15. Uviedol, že daňové správy členských štátov medzi sebou navzájom komunikujú prostredníctvom výkazov a je na uvážení správcu dane, či požiada daňovú správu iného členského štátu o doplnenie odpovede, ak je nedostatočná alebo neúplná. Správca dane preruší kontrolu podľa svojho uváženia a okolností, nie aby robil úmyselné prieťahy v konaní. Na margo námietky žalobcu ohľadom doručovania písomností žalovaný uviedol, že žalobca splnomocnil advokáta na zastupovanie v konaní vo veci kontroly na zistenie oprávnenosti uplatneného nadmerného odpočtu za zdaňovacie obdobie január - apríl 2009. Správca dane preto jednal s konateľom žalobcu a ten uvedený postup nenamietal. 16. Žalovaný nesúhlasil s názorom žalobcu, že nadmerný odpočet je jednoznačne preukázaný podaným daňovým priznaním za jún 2009, a to sa daňovou kontrolou ani nepotvrdilo. S poukazom na medzinárodné dožiadania uviedol, že boli zistené závažné informácie o deklarovaných obchodoch s granitom do iných členských štátov s oslobodením od dane, pričom sa fakturačne deklarovalo opätovné dodanie tohto tovaru do tuzemska. Ani jeden z daňových subjektov v reťazci nepreukázal vecne deklarovaný tovar, z ktorého žalobca žiada v júni 2009 právo na odpočítanie dane. Granitové dosky boli fakturované od prvých obchodných spoločností DONNER SK, s.r.o., TAGART, s.r.o., BANED, s.r.o. bez preukázania predmetu dane, až po poslednú spoločnosť v reťazci SAN-MOL, s.r.o, vrátane žalobcu. S poukazom na odpoveď žalobcu prijatú správcom dane dňa 21.05.2012 mal žalovaný za to, že práve žalobca sa v priebehu konania správal pasívne. Daňový subjekt, ktorý obchoduje v takých finančných obratoch ako deklaruje žalobca aj ostatné spoločnosti zapojené vo fakturačnom reťazci, vie uviesť minimálne základné skutočnosti o predmete svojich obchodov. 17. Správca dane podľa žalovaného správne preveroval predmetný tovar a celý reťazec daňových subjektov, ktorí mali s tovarom obchodovať. Žalobca ani ďalšie subjekty nepreukázali predmet dane, ktorý si navzájom fakturovali. Zdôraznil, že samotná faktúra nepreukazuje uskutočnenie zdaniteľného obchodu. Platiteľ dane, ktorý vykonáva zdaniteľné obchody, musí byť schopný preukázať plnenia aj inými dokladmi, nielen faktúrou. K nákupu dlažby sa konateľ žalobcu ani raz nevyjadril, jeho odpovede k obchodovaniu s tovarom, ktorý nie je bežný, vyžaduje osobitné podmienky, je fakturovaný vo vysokých cenách, nezodpovedajú odborným vedomostiam, ktoré má podnikateľ obchodujúci s takým špecifickým tovarom, ako je dlažba zo žuly, resp. granitové dosky. Tovar mala skladovať spoločnosť S&amp;J PRESSBURG plus, s.r.o. pre spoločnosti DONNER SK, s.r.o., TAGART, Palace Real, s.r.o., s.r.o., GAMA-EXPO, s.r.o. Tovar nebol prepravovaný, bol len presúvaný v rámci skladových priestorov. K zmluvám o uložení veci nebolo preukázané, aký obchodný styk má uložiteľ s opatrovateľom a súvislosť tovaru s týmto obchodným stykom. Ani jedna predložená zmluva neobsahovala prílohu so špecifikovaným tovarom, ktorý mal byť opatrovaný bezodplatne. Spoločnosť GAMA-EXPO, s.r.o. mala zabezpečiť prepravu tovaru zo skladu z Piešťan do Kútov, na svoje náklady, tovar mala prepraviť spoločnosť S&amp;J PRESSBURG plus, s.r.o. do skladu v Kútoch, ktorý je vlastníctvom spoločnosti DONNA K-9, s.r.o. Spoločnosť S&amp;J PRESSBURG plus, s.r.o. vykonanie prepravy nepreukázala. V tejto súvislosti žalovaný poukázal na personálne prepojenie daňových subjektov fakturujúcich granitové dosky, resp. dlažbu. Správca dane pri nepriznaní nároku na odpočítanie dane vychádzal zo zistení, ktoré nepreukázali fakturovaný predmet dane od prvých daňových subjektov v reťazci (spoločnosti DONNER SK, s.r.o. a TAGART, s.r.o.), preto tento predmet dane nemohol nadobudnúť a obchodovať s ním ani žalobca. 18. O nereálnosti deklarovaných zdaniteľných obchodov podľa žalovaného svedčia aj úhrady faktúr (zväčša hotovostné) a obraty na účtoch. Taktiež žalovaný v tejto súvislosti poukázal na nezrovnalosti v skladovaní predmetného tovaru. Nestotožňoval sa s názorom žalobcu, že na neho bolo prenesené dôkazné bremeno za iné subjekty, pričom dôvodil, že judikatúra zmieňovaná žalobcom sa netýka tých istých okolností. Naproti tomu žalovaný, podobne ako žalobca v žalobe, dával súdu do pozornosti viaceré rozsudky Európskeho súdneho dvora. Taktiež rozsudok Najvyššieho súdu SR sp. zn. 8Sžf/34/2012 zo dňa 13.06.2013, ktorý rozhodoval v obdobnej veci týkajúcej sa granitových dosiek a dlažby a ktorý sa týka toho istého obchodného reťazca. IV. Konanie na správnom orgáne 19. Z pripojeného administratívneho spisu súd zistil skutočnosti tak, ako ich opísali účastníci vo svojich písomných podaniach. K otázkam týkajúcim sa obsahu administratívneho spisu, ktoré boli medzi účastníkmi sporné, sa súd vyjadril nižšie v odôvodnení tohto rozsudku. V. Posúdenie veci 20. Krajský súd v Bratislave ako súd vecne a miestne príslušný na konanie vo veci (§ 10, § 13 ods. 1 SSP) preskúmal napadnuté rozhodnutie v rozsahu dôvodov uvedených v žalobe, ako aj konanie, ktoré mu predchádzalo a dospel k záveru, že rozhodnutie žalovaného je vecne správne. 21. Podľa § 2 ods. 1 SSP v správnom súdnictve poskytuje správny súd ochranu právam alebo právom chráneným záujmom fyzickej osoby a právnickej osoby v oblasti verejnej správy a rozhoduje v ďalších veciach ustanovených týmto zákonom. 22. Podľa § 177 ods. 1 SSP správnou žalobou sa žalobca môže domáhať ochrany svojich subjektívnych práv proti rozhodnutiu orgánu verejnej správy alebo opatreniu orgánu verejnej správy. 23.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24. Od 01.01.2012 nadobudol účinnosť zákon č. 563/2009 Z.z. o správe daní (daňový poriadok) a o zmene a doplnení niektorých zákonov v znení neskorších predpisov. Podľa prechodného ustanovenia § 165 ods. 2 tohto zákona, daňové konania začaté a právoplatne neukončené pred účinnosťou tohto zákona sa dokončia podľa doterajších predpisov (podľa zákona SNR č. 511/1992 Zb. o správe daní a poplatkov). 25. Zákon č. 511/1992 Zb.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26.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(a to hmotnoprávne ako aj procesné), ktoré sú podľa § 1 zákona č. 1/1993 Z.z. o Zbierke zákonov Slovenskej republiky zverejnené v Zbierke zákonov. 27. Podľa § 2 ods. 3 zákona č. 511/1992 Zb. správca dane hodnotí dôkazy podľa svojej úvahy, a to každý dôkaz jednotlivo a všetky dôkazy v ich vzájomnej súvislosti, pritom prihliada na všetko, čo v daňovom konaní vyšlo najavo. 28. Podľa § 2 ods. 6 zákona č. 511/1992 Zb. pri uplatňovaní daňových predpisov v daňovom konaní sa berie do úvahy vždy skutočný obsah právneho úkonu alebo inej skutočnosti rozhodujúcej pre určenie alebo vybratie dane. 29. Podľa § 9 ods. 3 a 4 zákona č. 511/1992 Zb. daňový subjekt, jeho zákonný zástupca alebo jeho opatrovník sa môže dať zastupovať zástupcom, ktorého si zvolí a ktorý koná v rozsahu plnomocenstva udeleného písomne s úradne overeným podpisom alebo ústne do zápisnice u správcu dane. Ak nie je rozsah plnomocenstva presne vymedzený, považuje sa toto plnomocenstvo za všeobecné. V tej istej veci môže mať len jedného zástupcu. Zástupca koná osobne, ak z obsahu plnomocenstva nevyplýva, že za zástupcu môže konať aj iná osoba; na takéto konanie udelí zástupca inej osobe plnomocenstvo s úradne osvedčeným podpisom. Konanie inej osoby v rozsahu udeleného plnomocenstva sa považuje za konanie zástupcu. Zastupovanie daňového subjektu zástupcom nevylučuje, aby správca dane rokoval v nevyhnutných prípadoch s daňovým subjektom priamo alebo aby ho vyzval na vykonanie niektorých úkonov. Daňový subjekt je povinný výzve správcu dane vyhovieť. Správca dane musí o tomto konaní vyrozumieť zástupcu daňového subjektu. 30. Podľa § 15 ods. 1 zákona č. 511/1992 Zb. daňovou kontrolou zamestnanec správcu dane zisťuje alebo preveruje základ dane alebo iné skutočnosti rozhodujúce pre správne určenie dane alebo vznik daňovej povinnosti, a to u daňového subjektu alebo na mieste, kde to účel kontroly vyžaduje. Daňová kontrola sa vykonáva v rozsahu, ktorý je nevyhnutne potrebný na dosiahnutie účelu podľa tohto zákona alebo osobitného predpisu. Za daňovú kontrolu sa považuje aj kontrola oprávnenosti vrátenia dane alebo kontrola na zistenie oprávnenosti nároku na vrátenie nadmerného odpočtu podľa osobitného zákona, alebo kontrola uplatnenia daňového bonusu podľa osobitného zákona, alebo kontrola použitia tovaru oslobodeného od dane podľa osobitných zákonov. 31. Podľa § 15 ods. 5 zákona č. 511/1992 Zb. daňový subjekt, u ktorého sa vykonáva daňová kontrola (ďalej len "kontrolovaný daňový subjekt"), má vo vzťahu k zamestnancovi správcu dane právo: a) na predloženie služobného preukazu zamestnancom správcu dane a písomného poverenia zamestnanca správcu dane na výkon daňovej kontroly, b) byť prítomný na rokovaní so svojimi zamestnancami, c) predkladať v priebehu daňovej kontroly dôkazy preukazujúce jeho tvrdenia, najneskôr v lehote podľa odseku 10 druhej vety, d) nahliadnuť do zápisnice z miestneho zisťovania vykonaného u iného daňového subjektu v súvislosti s daňovou kontrolou vykonávanou u kontrolovaného daňového subjektu, e) klásť svedkom a znalcom otázky pri ústnom pojednávaní, f) vyjadriť sa ku skutočnostiam zisteným pri daňovej kontrole, k spôsobu ich zistenia, prípadne navrhnúť, aby v protokole boli uvedené jeho vyjadrenia k nim, g) nahliadnuť do zapožičaných dokladov u správcu dane v jeho obvyklej úradnej dobe. 32. Podľa § 15 ods. 6 zákona č. 511/1992 Zb.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účtovné a iné doklady, ktoré preukazujú hospodárske operácie a účtovné prípady v písomnej forme alebo v technickej forme vrátane evidencie a záznamov, ktorých vedenie bolo správcom dane uložené, a podávať k nim ústne alebo písomné vysvetlenia, e) predkladať v priebehu daňovej kontroly všetky dôkazné prostriedky preukazujúce jeho tvrdenia najneskôr v lehote podľa odseku 10 druhej vety, f) umožňovať vstup do sídla kontrolovaného daňového subjektu a do jeho prevádzkových priestorov a umožňovať rokovanie s jeho zamestnancom, g) zapožičať doklady a iné veci mimo sídla alebo prevádzkových priestorov kontrolovaného daňového subjektu alebo poskytnúť výpisy, prípadne kópie (§ 14 ods. 3). 33. Podľa § 15 ods. 10 zákona č. 511/1992 Zb. o výsledku zistenia z daňovej kontroly alebo o určení dane podľa pomôcok vyhotoví zamestnanec správcu dane protokol, ktorý doručí podľa § 17 alebo § 17a kontrolovanému daňovému subjektu spolu s výzvou na vyjadrenie sa k protokolu a na jeho prerokovanie; vo výzve určí dátum prerokovania protokolu, pričom prerokovanie protokolu sa môže uskutočniť až po uplynutí lehoty na vyjadrenie kontrolovaného daňového subjektu k tomuto protokolu. Kontrolovaný daňový subjekt je oprávnený písomne sa vyjadriť k protokolu najneskôr do ôsmich pracovných dní odo dňa jeho doručenia. Zmeškanie lehoty nemožno odpustiť. Ak sa kontrolovaný daňový subjekt písomne vzdá práva na vyjadrenie k protokolu alebo požiada správcu dane o prerokovanie protokolu v lehote kratšej, ako je určená vo výzve na prerokovanie protokolu, môže zamestnanec správcu dane na požiadanie kontrolovaného daňového subjektu prerokovať protokol aj v kratšej lehote. Ak sa kontrolovaný daňový subjekt v deň určený vo výzve nemôže zúčastniť na prerokovaní protokolu, je povinný určiť si na tento účel zástupcu. Správca dane je oprávnený na základe písomného vyjadrenia kontrolovaného daňového subjektu alebo z vlastného podnetu v protokole opraviť chyby a iné nesprávnosti najneskôr v deň jeho prerokovania s kontrolovaným daňovým subjektom alebo s jeho zástupcom. Vyjadrenie kontrolovaného daňového subjektu k protokolu podľa druhej vety vrátane jeho vyhodnotenia správcom dane správca dane zaznamená v dodatku k protokolu. Dodatok k protokolu je súčasťou protokolu. 34. Podľa § 15 ods. 11 zákona č. 511/1992 Zb. protokol musí obsahovať: a) názov a sídlo správcu dane, b) číslo konania, c) meno, priezvisko, adresu trvalého pobytu kontrolovaného daňového subjektu alebo obchodné meno a sídlo kontrolovaného daňového subjektu, identifikačné číslo organizácie a daňové identifikačné číslo kontrolovaného daňového subjektu (§ 31 ods. 11), ak mu bolo pridelené, d) predmet daňovej kontroly a kontrolované zdaňovacie obdobie, e) meno a priezvisko zamestnanca správcu dane, ktorý vykonáva daňovú kontrolu, f) miesto vykonávania daňovej kontroly a dátum začatia daňovej kontroly, g) súpis kontrolovaných dokladov, h) preukázané kontrolné zistenia, i) dátum vypracovania protokolu, j) dátum prerokovania protokolu, k) vlastnoručný podpis zamestnanca správcu dane, ktorý vykonáva daňovú kontrolu, l) vlastnoručný podpis kontrolovaného daňového subjektu alebo ním povereného zástupcu (§ 15 ods. 11). 35. Podľa § 15 ods. 17 zákona č. 511/1992 Zb. správca dane ukončí daňovú kontrolu do šiestich mesiacov odo dňa jej začatia. Orgán najbližšie nadriadený správcovi dane môže lehotu uvedenú v prvej vete v zložitých prípadoch pred jej uplynutím primerane predĺžiť, najviac však o šesť mesiacov, a ak ide o daňovú kontrolu zahraničných závislých osôb, ktoré vyčísľujú rozdiel základu dane podľa osobitného zákona, najviac o 12 mesiacov. Ak vykonáva daňovú kontrolu orgán podľa odseku 15, príslušným orgánom na predĺženie lehoty je ministerstvo. 36. Podľa § 15 ods. 18 zákona č. 511/1992 Zb., ak správca dane alebo orgán podľa odseku 15 nemôže daňovú kontrolu ukončiť do šiestich mesiacov odo dňa jej začatia, a ak bola lehota predĺžená podľa odseku 17, je povinný o tom s uvedením dôvodov písomne upovedomiť kontrolovaný daňový subjekt. 37. Podľa § 17 ods. 5 a 8 zákona č. 511/1992 Zb. ak má adresát zástupcu s plnomocenstvom pre celé daňové konanie, doručuje sa písomnosť len tomuto zástupcovi. Ak má však adresát osobne v daňovom konaní niečo vykonať, doručuje sa písomnosť jemu i jeho zástupcovi. Písomnosti určené právnickej osobe sa doručujú zamestnancom oprávneným pre tohto adresáta prijímať písomnosti. Ak nie sú, doručuje sa písomnosť, ktorá je určená do vlastných rúk, tomu, kto je oprávnený za adresáta konať; ostatné písomnosti ktorémukoľvek jeho zamestnancovi, ktorý písomnosť prijme. Rovnako sa postupuje, ak adresát ustanovil na pošte osobu na prijímanie zásielok. Ak takéto osoby nie sú alebo ak na adrese pre doručovanie písomností do vlastných rúk nebola zastihnutá osoba, ktorá je oprávnená písomnosť prevziať, hoci právnická osoba na adrese doručovania má sídlo, postupuje sa podľa odseku 3. 38. Podľa § 22 ods. 1, 2 zákona č. 511/1992 Zb. daňový subjekt je oprávnený nazerať do spisov týkajúcich sa jeho daňových povinností, s výnimkou spisov uvedených v odseku 2. Správca dane je povinný o každom nazretí do spisu vyhotoviť úradný záznam. Daňový subjekt nie je oprávnený nazerať do úradnej korešpondencie určenej pre nadriadené orgány, do registra, do pomôcok, zápisov a rozhodnutí slúžiacich výlučne pre potreby správcu dane a ďalších podkladov, do ktorých sa nesmie umožniť nazeranie s ohľadom na povinnosť zachovať v tajnosti pomery iných daňovníkov. 39. Podľa § 25a ods. 4 zákona č. 511/1992 Zb. správca dane pokračuje v konaní z vlastného podnetu alebo na podnet účastníka konania, len čo pominuli prekážky, pre ktoré sa konanie prerušilo, prípadne len čo uplynula lehota uvedená v odseku 2. Pokračovanie v konaní správca dane písomne oznámi účastníkom konania. 40. Z ustanovení § 29 ods. 1 a ods. 2 zákona č. 511/1992 Zb. vyplýva, že dokazovanie vedie správca dane, ktorý vedie daňové konanie, pričom dbá, aby skutočnosti rozhodujúce pre správne určenie daňovej povinnosti boli zistené čo najúplnejšie, a nie je pritom viazaný iba návrhmi daňových subjektov. 41. Podľa § 29 ods. 4 zákona č. 511/1992 Zb.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42. Podľa § 29 ods. 8 zákona č. 511/1992 Zb.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43 Podľa § 30 ods. 3 zákona č. 511/1992 Zb. rozhodnutie obsahuje odôvodnenie, ak tak ustanovuje tento zákon. V odôvodnení sa uvedie, ktoré skutočnosti boli podkladom rozhodnutia, aké úvahy ovplyvnili hodnotenie dôkazov a použitie právnych predpisov, na základe ktorých sa rozhodovalo. 44. Podľa § 48 ods. 2 zákona č. 511/1992 Zb. odvolací orgán preskúma odvolaním napadnuté rozhodnutie vždy v rozsahu požadovanom v odvolaní. Ak vyjdú pri preskúmavaní najavo skutkové, či právne okolnosti odvolávajúcim sa neuplatnené, ktoré majú podstatný vplyv na výrok rozhodnutia, možno na ne pri rozhodovaní prihliadnuť. 45. Podľa § 8 ods. 1 písm. a/ zákona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46. Podľa § 19 ods. 1 veta prvá a druhá zákona o DPH daňová povinnosť vzniká dňom dodania tovaru. Dňom dodania tovaru je deň, keď kupujúci nadobudne právo nakladať s tovarom ako vlastník. 47. Podľa § 49 ods. l zákona o DPH právo na odpočítanie dane z tovaru alebo služby vzniká platiteľovi v deň, keď pri tomto tovare alebo službe vznikla daňová povinnosť. Keďže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48. Podľa § 51 ods. 2 zákona o DPH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49. Podľa § 71 ods. 2 písm. f/ zákona o DPH (v znení účinnom v rozhodnom čase) faktúra musí obsahovať množstvo a druh dodaného tovaru alebo rozsah a druh dodanej služby. 50. Žalovaný a tiež správca dane vo svojich rozhodnutiach tvrdili, že v konaní (daňovou kontrolou) bolo preukázané, že žalobca nemohol platne odpočítať DPH z faktúry vystavenej spoločnosťou DONNA K-9, s.r.o. za nákup tovaru, keďže pri tomto tovare nevznikla daňová povinnosť. 51. Podľa názoru súdu sa správne orgány vecou dôkladne zaoberali, pričom najmä správca dane vykonal vo veci rozsiahle dokazovanie (nebol určite nečinný, ako to tvrdil žalobca), a nie je možné ani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dôsledne postupoval podľa zákona č. 511/1992 Zb., ktorého ustanovenia sa vzťahovali na predmetnú vec a ktorý je takou procesnou právnou normou, prostredníctvom ktorej správca dane a daňové subjekty vykonávajú úkony na dosiahnutie relatívne spoločného cieľa - správne určiť a vybrať daň v súlade s hmotnoprávnymi predpismi (daňovými zákonmi), určuje pravidlá postupu správcu dane v daňovom konaní na jednej strane a na strane druhej určuje povinnosti a priznáva práva daňovému subjektu. Je teda v tomto zmysle zárukou zákonného postupu správcu dane a ochrany práv a právom chránených záujmov daňových subjektov. 52. V uvedenom prípade správca dane správne vyhodnotil obchodné prípady vo veciach vrátenia nadmerného odpočtu DPH v tom smere, že sa nepreukázala skutočnosť, že dodávateľ, ktorý je uvedený na predmetnej faktúre (DONNA K-9, s.r.o.), aj fakturovaný zdaniteľný obchod (tovar) skutočne dodal žalobcovi a zároveň nebolo preukázané, že žalobca deklarovaný zdaniteľný obchod reálne prijal (viď odseky 16-18 odôvodnenia tohto rozsudku) a následne použil na účely svojej podnikateľskej činnosti (deklaroval intrakomunitárne dodanie do Maďarskej republiky). Nesporne bolo potrebné, aby žalobca ako aj spoločnosť DONNA K-9 s.r.o. preukázali nakúpené a predané množstvo tovaru v jednej váhovej kategórii, aby bolo možné overiť, či ide o tie isté, faktúrami deklarované množstvá, ozrejmili, podľa čoho bola vypočítaná cena za m2, keď spoločnosť DONNA K-9 s.r.o. dodávky od svojich dodávateľov prijala v kilogramoch, platila za prepravu tovaru uvádzaného v tonách, pri predaji pre žalobcu uvádzala množstvo v m2, pritom vynikli nezrovnalosti ohľadom hrúbky a teda aj rôznej váhy. Spoločnosť DONNA K-9 s.r.o. neozrejmila, ako mala rozlíšený uložený tovar pre jednotlivé spoločnosti, ktorým tovar skladovala (podľa zistenia správcu dane bolo takýchto spoločností viacero), aby nedošlo k omylu pri vydávaní tovaru zo skladu, tiež aby už predaný tovar nebol omylom použitý pre vlastné potreby spoločnosti DONNA K-9 s.r.o., aby nedošlo k jeho zámene s tovarom inej spoločnosti či opätovnému predaju. Napriek opakovaným požiadavkám správcu dane nebola preukázaná ani skladová evidencia, výrobná kalkulácia. Spoločnosť DONNA K-9 s.r.o. vo všetkých prípadoch pri jednaniach so správcom dane zastupoval JUDr. Ing. Čipák, ktorý zastupuje aj žalobcu, čiže musel byť podrobne oboznámený s obchodnými skutočnosťami tak žalobcu, ako aj jeho dodávateľa. 53. Dôležitou právnou otázkou v tomto konaní bolo posúdenie miery zaťaženia žalobcu dôkazným bremenom vyplývajúcim z § 29 ods. 8 zákona č, 511/1992 Zb., keď z vykonaného dokazovania v rámci celého obchodného reťazca tuzemských ako aj zahraničných spoločností vyplynula nepreukázateľnosť pôvodu obchodovaného tovaru a jeho samotná existencia, pričom všetky okolnosti celkom jednoznačne nasvedčujú tomu, že prostredníctvom žalobcu prebiehala fakturácia tovaru - granitových dosiek, resp. obkladu z prírodného kameňa v reťazci obchodných spoločností v tuzemsku a v rámci EÚ, avšak bez reálneho dodania, čiže ide o tzv. karusel. 54. Samotné preukázanie dodávok tovaru len listinnými dokladmi nemožno považovať za dôkaz, na základe ktorého si môže daňový subjekt uplatniť odpočítanie dane v zmysle zákona o DPH. Skutočnosť, že žalobca má doklady od svojho výlučného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o tom, že daňový subjekt je oprávnený uplatniť si odpočítanie dane z tohto dokladu. 55.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56. Z rozsudku Najvyššieho súdu SR vo veci sp. zn. 2Sžf/4/2009 zo dňa 23.06.2010 v spojení s rozhodnutím Ústavného súdu SR č. k. III. ÚS 78/2011-17 zo dňa 23.02.2011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57. Správca dane na základe šetrení v reťazci dodávateľov a odberateľov v tuzemsku a na základe získaných informácií z medzinárodných dožiadaní vyhodnotil obchodné prípady dôvodne tak, že k prijatiu a následnému dodaniu tovaru v skutočnosti nedošlo. Podľa názoru súdu sa v priebehu daňového konania jednoznačne preukázalo, že nie je možné zistiť pôvod tovaru. Na začiatku obchodov je nekontaktný daňový subjekt, ktorého konateľom je občan Rumunskej republiky (spoločnosť DONNER SK, s.r.o.) a tiež posledným odberateľom tovaru je nekontaktná spoločnosť (SAN-MOL, s.r.o.), ktorej konateľom je tiež občan Rumunskej republiky. Právo na odpočítanie dane si pritom môže daňový subjekt uplatniť len v tom prípade, ak preukáže, že došlo k dodaniu zdaniteľného obchodu a tento zdaniteľný obchod použije na účely svojho podnikania ako platiteľ, čo nebolo preukázané. 58. Žalobca tým, že predložil ku kontrole faktúry, CMR ako aj iné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poskytnuté bolo. Splnenie formálnej stránky je jednou z podmienok, aby bolo na základe týchto dokladov uznané odpočítanie dane, ale tieto doklady musia byť odrazom reálneho plnenia.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59. Platiteľ dane má nárok na odpočítanie dane iba vtedy, ak splnenie všetkých podmienok stanovených v zákone o DPH preukáže. Žalobca bol povinný správcovi dane preukázať, že zdaniteľné obchody tak, ako sú deklarované, v tuzemsku prijal a následne tovar dodal na územie Maďarska, čo v uvedenom prípade nebolo preukázané. Všetky okolnosti zistené v daňovom konaní nasvedčujú tomu, že skutočným účelom v tomto prípade bolo iba profitovať na nadmerných odpočtoch DPH. 60. Žalobca tvrdil, že všetky kontroly u jeho dodávateľa DONNA K-9, s.r.o. dopadli v prospech daňového subjektu. Tu však nešlo o daňové kontroly, ale o miestne zisťovania. Prvé miestne zisťovanie pritom bolo zamerané len na predkladanie faktúr a tam správca dane konštatoval kladný výsledok šetrenia. Nekontrolovali sa však účtovné položky a nerobili sa fyzické kontroly nákupu a predaja skladovaného tovaru, ani riadne daňové kontroly, vychádzalo sa len z textu predložených faktúr, nevykonávali sa kontroly, či predloženým faktúram neabsentuje materiálny podklad. Avšak miestnym zisťovaním a následným konaním daňových orgánov nebolo reálne dodanie tovaru preukázané. 61. Tiež žalobca tvrdil, že daňová kontrola trvala 762 dní, čo bolo podľa jeho názoru v rozpore so zákonom. Súd v tejto súvislosti zhodne s názorom žalovaného konštatuje, že správca dane je oprávnený prerušiť kontrolu podľa svojho uváženia a okolností prípadu. Predmetná kontrola bola síce vykonaná v uvedenom čase, avšak nielenže nadriadený orgán v súlade so zákonom predĺžil lehotu na vykonanie kontroly, ale v istom už vyššie uvedenom období bola kontrola prerušená z dôvodu podania žiadosti o medzinárodnú výmenu informácií. Keďže počas prerušenia kontroly lehoty neplynú, predmetná daňová kontrola bola vykonaná v zákonnej lehote, a teda zo strany správcu dane nebol porušený § 15 ods. 17 zákona č. 511/1992 Zb. Správca dane pri daňovej kontrole nemôže vychádzať len z faktúr predložených daňovým subjektom. Je povinný k tomu účelu vykonať aj dokazovanie na zistenie, či predložené faktúry odrážajú skutočnosť a či im neabsentuje materiálny podklad. V zmysle § 15 ods. 1 zákona o správe daní zamestnanec správcu dane zisťuje alebo preveruje základ dane alebo iné skutočnosti rozhodujúce pre správne určenie dane alebo vznik daňovej povinnosti, a to u daňového subjektu alebo na mieste, kde to účel kontroly vyžaduje. Súd sa nestotožňuje s názorom žalobcu, že by správca dane počas prerušenia konania vykonával také úkony, ktoré by bolo možné považovať za úkony znamenajúce pokračovanie v konaní po pominutí prekážky (§ 25a ods. 4 zákona č. 511/1992 Zb.), z aministratívneho spisu také úkony správcu dane nie sú zrejmé. 62. Nesporne bolo potrebné, aby žalobca ako aj spoločnosť DONNA K-9, s.r.o. preukázali nakúpené a predané množstvo tovaru v jednej váhovej kategórii, aby bolo možné overiť, či ide o tie isté, faktúrami deklarované množstvá, ozrejmili, podľa čoho bola vypočítaná cena za m2, keď spoločnosť DONNA K-9, s.r.o. dodávky od svojich dodávateľov prijala v kilogramoch, resp. v tonách. To znamená, že v prípade ak spoločnosť DONNA K-9, s.r.o. tovar spracúvala a po jeho spracovaní nebolo možné pri jeho dodaní žalobcovi určiť jeho množstvo v kg, bolo potrebné preukázať, koľko kg tovaru (granitových dosiek) bolo použitých na m2 obkladu z prírodného kameňa. Spoločnosť DONNA K-9, s.r.o. neozrejmila, ako mala rozlíšený uložený tovar pre jednotlivé spoločnosti, ktorým tovar skladovala (podľa zistenia správcu dane bolo takýchto spoločností viacero), aby nedošlo k omylu pri vydávaní tovaru zo skladu, tiež aby už predaný tovar nebol omylom použitý pre vlastné potreby spoločnosti DONNA K-9, s.r.o., aby nedošlo k jeho zámene s tovarom inej spoločnosti či opätovnému predaju. Tiež spoločnosť DONNA K-9, s.r.o. nepreukázala, že prijaté granitové dosky boli opracované a spracované na obklad z prírodného kameňa. Spoločnosť DONNA K-9, s.r.o. vo všetkých prípadoch pri jednaniach so správcom dane zastupoval JUDr. Ing. Čipák, ktorý zastupuje aj žalobcu, čiže musel byť podrobne oboznámený s obchodnými skutočnosťami tak žalobcu, ako aj jeho dodávateľa. V tejto súvislosti súd uvádza, že v administratívnom spise sa nachádza plnomocenstvo udelené žalobcom jeho právnemu zástupcovi na zastupovanie vo veci zabezpečenia práv žalobcu voči Daňovému úradu Bratislava III v konaní vo veci kontroly na zistenie oprávnenosti uplatneného nadmerného odpočtu za zdaňovacie obdobie január - apríl 2009. Generálne plnomocenstvo na zastupovanie voči daňovému úradu bolo udelené žalobcom jeho právnemu zástupcovi až dňa 17.08.2011, a teda správca dane jednal do tej doby s konateľom žalobcu správne. 63. K požiadavke preskúmať aj zákonnosť prvostupňového rozhodnutia správcu dane, ktoré bolo zrušené a vec vrátená na ďalšie konanie a rozhodnutie, treba uviesť, že toto nie je možné práve z dôvodu, že rozhodnutie bolo zrušené odvolacím orgánom v riadnom inštančnom postupe, takže už neexistuje a nemôže žiadnym spôsobom ukracovať žalobcu na jeho právach. 64. Z administratívneho spisu vyplýva, že žalobcovi bolo umožnené nazrieť do spisov v súlade s § 22 zákona č. 511/1992 Zb. Daňový subjekt v zmysle § 22 ods. 2 uvedeného zákona nie je oprávnený nazerať do úradnej korešpondencie - dožiadaní medzi inými správcami dane. Zároveň súd konštatuje, že spomínaný protokol obsahuje všetky zákonom vyžadované náležitosti (§ 15 ods. 11 zákona č. 511/1992 Zb.). 65. K správe Daňového riaditeľstva SR, odboru vnútornej kontroly, treba uviesť, že z nej vyplýva, že žalobcovi sa odôvodnilo, z akých dôvodov nebude oboznámený s konkrétnymi zisteniami. Definuje, čo je v zmysle § 23 zákona č. 511/1992 Zb. daňovým tajomstvom a oznamuje žalobcovi, že podľa § 5 zákona č. 211/2000 Z.z. o slobodnom prístupe k informáciám má právo byť informovaný o veciach, ktoré nie sú daňovým (resp. bankovým a iným tajomstvom), teda nakoľko zistenia získané odborom vnútornej kontroly v súvislosti s kontrolou daňového konania sú v zmysle § 23 zákona č. 511/1992 Zb. daňovým tajomstvom, nemôže byť s konkrétnosťami oboznámený. V uvedenej správe, resp. odpovedi je síce uvedené, že kontrolnou činnosťou síce boli zistené procesné nedostatky zamestnancov správcu dane, zároveň je v tejto správe konštatované, že tieto nedostatky boli v priebehu kontroly aj odstránené. 66. K žalobcom poukazovanému stanovisku Krajskej prokuratúry v Bratislave súd uvádza, že v tomto stanovisku sú síce konštatované procesné pochybenia správcom dane pri výkone predmetnej kontroly, avšak zároveň je poukázané na to, že správnosť, resp. úplnosť kontrolných zistení nemôže byť predmetom preskúmania zo strany prokuratúry, nakoľko sú mimo rámca jej pôsobnosti a v konečnom dôsledku aj reálnych možností na netrestnom úseku jej činnosti. Prokurátor jednak nedisponuje potrebnými odbornými znalosťami, aby mohol preskúmať predmetné kontrolné zistenia z vecnej stránky a jednak by takýmto postupom reálne vykonal kontrolu postupu daňového úradu pri výkone daňových kontrol duplicitne k už vykonanej kontrole daňovým riaditeľstvom (pozn. odbor vnútornej kontroly, viď predchádzajúci odsek). 67. Nie je sporné, že zákon č. 222/2004 Z.z. o dani z pridanej hodnoty bol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Európskych spoločenstiev a Európskej únie). Aplikácia právnych predpisov Slovenskej republiky musí brať na zreteľ členstvo SR v Európskej únii s tým, že od 1. júna 2004 je každý orgán verejnej moci povinný aplikovať právo EÚ prednostne pred slovenským právom vtedy, ak je slovenský zákon v rozpore s právom EÚ (pozri rozsudok Súdneho dvora EÚ 6/64, Costa v. ENEL, Zb.s. 585) a konštantnou judikatúrou Súdneho dvora EÚ. 68.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odsek 18 najneskôr do 1. januára 2008. 69. Vnútroštátne orgány aplikácie práva, teda aj súdy, majú v rámci svojich právomocí vždy usilovať o eurokonformný výklad vnútroštátneho práva, aby sa zabezpečila úplná účinnosť smernice a dosiahnutie jej cieľa (rozsudok Súdneho dvora EÚ Adeneler, C-212/04, 4.7.2006, Zb. s. I-6057) bez ohľadu na to, či ustanovenia použité pri výklade majú alebo nemajú priamy účinok. Vnútroštátne ustanovenia je potrebné vykladať eurokonformným spôsobom v súlade so smernicou v zásade až po uplynutí transpozičnej lehoty smernice (Adeneler, C-212/04, 4.7.2006, Zb. s. I-6057), teda pri predmetnej smernici od 1. 1. 2008. 70.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platí rovnako, že súd je povinný ho aplikovať len v tom prípade, ak okrem splnenia ďalších dvoch podmienok, transpozičná lehota smernice už uplynula (rozsudok Súdneho dvora EÚ Rieser Internationale Transporte, C-157/02, 5.2.2004, Zb. s. I-1477). 71. Pre úplnosť treba uviesť, že vo svetle judikatúry Súdneho dvora EÚ treba každý jeden prípad posudzovať individuálne s prihliadnutím na všetky jeho okolnosti, čo správne orgány aj urobili a dospeli k záveru, že žalobca skutočne nepreukázal samotnú existenciu a dodanie tovaru a súd sa s týmto názorom stotožnil. 72. Smernica 2006/112 v súlade so svojimi článkami 411 a 413 teda zrušila a nahradila od 1. januára 2007 právnu úpravu Únie v oblasti DPH, a to najmä šiestu smernicu. Podľa odôvodnení 1 a 3 smernice 2006/112 bolo prepracovanie šiestej smernice nevyhnutné v záujme prezentovania všetkých ustanovení uplatniteľných jasným a prehľadným spôsobom v zmenenej štruktúre a znení bez toho, aby sa podstatne zmenil jej obsah. Ustanovenia smernice 2006/112 sú v podstate zhodné so zodpovedajúcimi ustanoveniami šiestej smernice. 73. Článok 273 smernice 2006/112, ktorý obsahuje v podstate zhodné ustanovenia ako tie, ktoré sú uvedené v článku 22 ods. 8 šiestej smernice, v znení vyplývajúcom z článku 28h poslednej uvedenej smernice stanovuje: „Členské štáty môžu uložiť iné povinnosti, ktoré považujú za potrebné na riadny výber DPH a na predchádzanie daňovým podvodom, pod podmienkou, že splnia požiadavku rovnakého zaobchádzania s transakciami uskutočňovanými na vnútroštátnej úrovni a s transakciami uskutočňovanými medzi členskými štátmi zdaniteľnými osobami, a pod podmienkou, že tieto povinnosti nepovedú pri obchode medzi členskými štátmi k formalitám spojeným s prechodom hraníc. Možnosť ustanovená v prvom pododseku sa nesmie použiť na uloženie ďalších povinností fakturácie ako tých, ktoré sú stanovené v kapitole 3“. 74.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ako aj z 27. októbra 2011 Tanoarch, C-504/10). V tejto súvislosti Súdny dvor EÚ už rozhodol, že osoby podliehajúce súdnej právomoci sa nemôžu podvodne alebo zneužívajúcim spôsobom dovolávať noriem práva Únie (pozri najmä rozsudok z 3. marca 2005, Fini H, C-32/03, Zb. s. I-1599, Halifax a i., ako aj Kittel a Recolta Recycling). Z tohto dôvodu prináleží vnútroštátnym orgánom a súdom zamietnuť priznanie práva na odpočet, ak sa s ohľadom na objektívne skutočnosti preukáže, že toto právo sa uplatňuje podvodne (pozri v tomto zmysle rozsudky Fini H; Kittel a Recolta Recycling, ako aj z 29. marca 2012, Véleclair, C-414/10). 75.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76.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Netto Supermarkt, ako aj z 21. decembra 2011, Vlaamse Oliemaatschappij, C-499/10). 77. Navyše v súlade s článkom 273 prvým odsekom smernice 2006/112 členské štáty môžu uložiť iné povinnosti ako tie uvedené v tejto smernici, ak ich považujú za potrebné na zabezpečenie riadneho výberu DPH a na predchádzanie daňovým podvodom. 78. Napriek tomu, že tieto ustanovenia priznávajú členským štátom určitú mieru voľnej úvahy (pozri rozsudok z 26. januára 2012, Kraft Foods Polska, C-588/10),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79.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Halifax a i.; z 21. októbra 2010, Nidera Handelscompagnie, C-385/09, , ako aj Dankowski). 80. V zmysle uvedeného je tak potrebné postupovať i pri výklade procesných noriem slúžiacich na zabezpečenie kontroly a správy nepriamych daní, ako i pri aplikácii inštitútov nimi upravených, dodržiavanie podmienok dokazovania nevynímajúc, a to za súčasného akceptovania a udržania neutrality DPH. Z ustálenej judikatúry Súdneho dvora EÚ vyplýva právo členských štátov vnútroštátnym právom zabezpečiť v záujme ochrany oprávnených nárokov štátov na inkaso DPH podmienky na zamedzenie zneužívania jednotného systému DPH, avšak s prihliadnutím na zásadu proporcionality so zamedzením neprimeraného zásahu do práv platiteľov DPH na vrátenie DPH nimi zaplatenej v súvislosti so zabezpečovaním ich zdaniteľných plnení na vstupe. V tomto ohľade je úprava DPH vnímaná ako právo každého platcu DPH na odpočet DPH zaplatenej ním na vstupe vzťahujúce sa na všetky operácie výroby a distribúcie po odpočítaní dane, ktorou boli priamo zaťažené jednotlivé nákladové prvky tvoriace cenu, pričom otázka, či DPH splatná vo vzťahu k predchádzajúcim alebo nasledujúcim predajom dotknutého tovaru bola alebo nebola zaplatená do štátnej pokladnice, nemá vplyv na právo platiteľa dane na odpočet DPH zaplatenej na vstupe. 81. Súdny dvor EÚ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Taktiež Súdny dvor EÚ pripúšťa, že nie je v rozpore s právom Únie požadovať, aby subjekt prijal všetky opatrenia (due diligence), ktoré možno od neho rozumne požadovať, aby sa uistil, že plnenie, ktoré uskutoční, nebude viesť k jeho účasti na daňovom podvode.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SD EÚ v spojených veciach Mahagében kft a Pétér Dávid č. C-80/11 a C-142/11). 82.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Žalobca má za to, že vyčerpal svoje dôkazné bremeno tým, že predložil zákonom požadované daňové doklady. Na podporu svojej argumentácie poukazoval aj na rozhodnutia Najvyššieho súdu SR, Ústavného súdu SR a ČR a Súdneho dvora EÚ. V tejto súvislosti súd konštatuje, že v žalobcom poukazovaných rozhodnutiach sa nejednalo o obchod, v ktorom by bola spochybnená samotná existencia jeho predmetu, t. j. existencia tovaru a s tým spojený reálny základ deklarovaného zdaniteľného plnenia. 83. V tomto prípade týkajúcom sa žalobcu však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napádaných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84. Vo svetle výsledkov vykonaného dokazovania, kedy správca dane aplikoval zásadu voľného hodnotenia dôkazov podľa § 2 ods. 3 zákona č. 511/1992 Zb.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naopak,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85. Záverom treba spomenúť existenciu rozsudkov tunajšieho súdu sp. zn. 2S/2620/2012-158, 2S/2621/2012-158, 2S/22/2013-158, 2S/81/2013-158 zo dňa 16.10.2013 v spojení s rozsudkom Najvyššieho súdu SR sp. zn. 6Sžf/52-55/2014 zo dňa 27.04.2016, v ktorých je riešená obdobná problematika podobného obchodného reťazca s rovnakým tovarom. 86. S poukazom na vyššie uvedené dôvody dospel súd k záveru, že napadnuté rozhodnutie žalovaného, ako aj rozhodnutie správcu dane, je vecne správne, a preto žalobu ako nedôvodnú v súlade s § 190 SSP zamietol. 87.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88.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ods. 2 písm. a/ SSP, § 145 ods. 2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https://www.kauzis.sk/judikatura/r/ECLI:SK:KSBA:2016:1014200648.2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