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8Sd/70/2014 z 6. 6. 2016</w:t>
      </w:r>
    </w:p>
    <w:p>
      <w:r>
        <w:t>Rozsudok Krajského súdu Bratislava z 6. júna 2016, sp. zn. 8Sd/70/2014, ECLI:SK:KSBA:2016:1014200723.3</w:t>
      </w:r>
    </w:p>
    <w:p>
      <w:r>
        <w:t>Súd: Krajský súd Bratislava</w:t>
      </w:r>
    </w:p>
    <w:p>
      <w:r>
        <w:t>Spisová značka: 8Sd/70/2014</w:t>
      </w:r>
    </w:p>
    <w:p>
      <w:r>
        <w:t>ECLI: ECLI:SK:KSBA:2016:1014200723.3</w:t>
      </w:r>
    </w:p>
    <w:p>
      <w:r>
        <w:t>Dátum vydania: 6.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8Sd/70/2014 Identifikačné číslo súdneho spisu: 1014200723 Dátum vydania rozhodnutia: 07. 06. 2016 Meno a priezvisko sudcu, VSÚ: JUDr. Peter Pospech ECLI: ECLI:SK:KSBA:2016:1014200723.3 ROZSUDOK V MENE SLOVENSKEJ REPUBLIKY Krajský súd v Bratislave pred samosudcom JUDr. Petrom Pospechom, v právnej veci navrhovateľa: M. W., E. Č.: XXXXXX/XXXX, V. Y. XXXX/XX, XXX XX V., proti odporcovi: Sociálna poisťovňa - ústredie, ul. 29. augusta 8-10, 813 63 Bratislava, právne zast. JUDr. Helenou Blahutovou, v spore o invalidný dôchodok takto r o z h o d o l : Súd napadnuté rozhodnutie odporcu číslo XXX XXX XXXX X zo dňa 11. februára 2014 v spojení s novým rozhodnutím číslo XXX XXX XXXX X zo dňa 21. marca 2016 o zvýšení sumy invalidného dôchodku ako vecne správne p o t v r d z u j e , podľa § 250q ods. 2 O.s.p. Navrhovateľovi súd náhradu trov konania nepriznáva. o d ô v o d n e n i e : Napadnutým rozhodnutím č. XXX XXX XXXX X zo dňa 11.2.2014 bol navrhovateľovi podľa ustanovenia § 70, § 82 a § 293ce zákona č. 461/2003 Z.z. o sociálnom poistení v znení neskorších predpisov priznaný od 7.11.2013 invalidný dôchodok v sume 105,30,- Eur mesačne. Rozhodnutie bolo expedované navrhovateľovi dňa 13.2.2014. Navrhovateľ v zákonom stanovenej lehote podal proti vyššie uvedenému rozhodnutiu opravný prostriedok v ktorom namietal svoj zlý zdravotný stav a dátum priznania invalidného dôchodku. K opravnému prostriedku navrhovateľa sa odporca písomne vyjadril svojím písomným podaním zo dňa 23.5.2014, v ktorom uviedol, že posudkoví lekári sociálneho poistenia zhodne konštatovali, že zdravotný stav navrhovateľa je zhoršený na úroveň 45 % miery poklesu schopnosti vykonávať zárobkovú činnosť v porovnaní so zdravou fyzickou osobou a z dôvodu, že sa navrhovateľovi nepodarilo spochybniť správnosť rozhodnutia odporcu, odporca žiadal napadnuté rozhodnutie č. XXX XXX XXXX X zo dňa 11.2.2014 o priznaní invalidného dôchodku ako vecne správne potvrdiť. Krajský súd v Bratislave ako súd vecne a miestne príslušný na konanie podľa tretej hlavy, piatej časti O.s.p. preskúmal napadnuté rozhodnutie odporcu v rozsahu dôvodov, ktoré uviedol vo svojom opravnom prostriedku navrhovateľ podľa § 244 O.s.p. a po jeho preskúmaní súd dospel k záveru, že opravný prostriedok navrhovateľa nie je dôvodný. Z obsahu spisového materiálu súd zistil nasledovný skutkový a právny stav. Navrhovateľ žiadosťou spísanou dňa 7.11.2013 požiadal Sociálnu poisťovňu o priznanie invalidného dôchodku, ktorý žiadal priznať od 21.10.2013. Podľa ustanovenia § 70 ods. 1 zákona č. 461/2003 Z.z. v znení neskorších predpisov, poistenec má nárok na invalidný dôchodok, ak sa stal invalidný, získal potrebný počet rokov dôchodkového poistenia uvedený v § 72 zákona č. 461/2003 Z.z. o sociálnom poistení a ku dňu vzniku invalidity, nespĺňa podmienky nároku na starobný dôchodok alebo mu nebol priznaný predčasný starobný dôchodok. Podľa ust. § 71 ods. 1 citovaného zákona poistenec je invalidný, ak pre dlhodobo nepriaznivý zdravotný stav má pokles schopnosti vykonávať zárobkovú činnosť o viac ako 40 % v porovnaní so zdravou fyzickou osobou. Podľa posudku posudkového lekára sociálneho poistenia Sociálnej poisťovne pobočka Bratislava zo dňa 7.11.2013, ktorý bol vypracovaný na základe podanej žiadosti o invalidný dôchodok je navrhovateľ od 7.11.2013 invalidný podľa ustanovenia § 71 ods. 1 zákona č. 461/2003 Z.z. o sociálnom poistení s mierou poklesu schopnosti vykonávať zárobkovú činnosť 45 % v porovnaní so zdravou fyzickou osobou. Na základe podaného opravného prostriedku bol opätovne posúdený zdravotný stav navrhovateľa posudkovým lekárom poistenia Sociálnej poisťovne ústredie s rovnakým výsledkom. Navrhovateľ súhlasil s určenou mierou poklesu schopnosti vykonávať zárobkovú činnosť, avšak nesúhlasil s určeným dátumom vzniku invalidity. Podľa názoru súdu dátum vzniku invalidity je určený posudkovým lekárom sociálneho poistenia a tento stanovil vznik invalidity od 7.11.2013. Na základe dožiadania krajského súdu v Bratislave bol zdravotný stav navrhovateľa opätovne posúdený posudkovým lekárom sociálneho poistenia Sociálnej poisťovne ústredie a podľa posudku posudkového lekára sociálneho poistenia Sociálnej poisťovne ústredie Bratislava zo dňa 1.3.2016 je navrhovateľ od 7.8.2015 invalidný podľa § 71 ods. 1 zákona č. 461/2003 o sociálnom poistení s mierou poklesu schopnosti vykonávať zárobkovú činnosť 70 %.V dôsledku zmeny v posudkových záveroch bol opätovne posúdený nárok navrhovateľa na invalidný dôchodok a rozhodnutím č. XXX XXX XXXX X zo dňa 21.3.2016 bol od 7.8.2015 zvýšený invalidný dôchodok navrhovateľa na sumu 167,80 Eur. Navrhovateľovu námietku na spätne vyplatenie invalidného dôchodku za 3 roky dozadu nie je možné akceptovať nakoľko pre odporcu je záväzný termín určenia dátumu vzniku invalidity, ktorý bol posudkovým lekárom stanovený od 7.8.2015. Po preskúmaní napadnutého rozhodnutia konajúci súd dospel k záveru, že navrhovateľovi sa nepodarilo spochybniť závery posudkových lekárov. Právna zástupkyňa odporcu s odvolaním na závery posudkových lekárov žiadala napadnuté rozhodnutie ako vecne správne potvrdiť. Konajúci súd vyhodnotil postup odporcu ako aj rozhodnutie odporcu za správne. Obe rozhodnutia boli vydané v súlade so zákonom a odôvodnenie rozhodnutia je dostatočne zrozumiteľné a boli v ňom dodržané všetky zákonom stanovené náležitosti a preto súd napadnuté rozhodnutia uvedené vo výrokovej časti tohto rozhodnutia ako vecne správne potvrdil podľa § 250q ods. 2 O.s.p. Výrok o trovách konania súd oprel o skutočnosť, že navrhovateľ si trovy konania neuplatnil a preto súd rozhodol, že navrhovateľovi trovy konania nepriznáva. Poučenie: Proti tomuto rozsudku je možné podať odvolanie do 15 dní od jeho doručenia na Krajský súd v Bratislave, písomne, dvojmo.</w:t>
      </w:r>
    </w:p>
    <w:p/>
    <w:p>
      <w:r>
        <w:t>Zdroj: KAUZIS.SK – https://www.kauzis.sk/judikatura/r/ECLI:SK:KSBA:2016:1014200723.3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