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5Scud/14/2014 z 14. 6. 2016</w:t>
      </w:r>
    </w:p>
    <w:p>
      <w:r>
        <w:t>Rozsudok Krajského súdu Bratislava z 14. júna 2016, sp. zn. 5Scud/14/2014, ECLI:SK:KSBA:2016:1014200762.2</w:t>
      </w:r>
    </w:p>
    <w:p>
      <w:r>
        <w:t>Súd: Krajský súd Bratislava</w:t>
      </w:r>
    </w:p>
    <w:p>
      <w:r>
        <w:t>Spisová značka: 5Scud/14/2014</w:t>
      </w:r>
    </w:p>
    <w:p>
      <w:r>
        <w:t>ECLI: ECLI:SK:KSBA:2016:1014200762.2</w:t>
      </w:r>
    </w:p>
    <w:p>
      <w:r>
        <w:t>Dátum vydania: 14. 6. 2016</w:t>
      </w:r>
    </w:p>
    <w:p>
      <w:r>
        <w:t>Forma: Rozsudok</w:t>
      </w:r>
    </w:p>
    <w:p>
      <w:r>
        <w:t>Oblasť práva: Správne právo</w:t>
      </w:r>
    </w:p>
    <w:p>
      <w:pPr>
        <w:pStyle w:val="Heading2"/>
      </w:pPr>
      <w:r>
        <w:t>Text rozhodnutia</w:t>
      </w:r>
    </w:p>
    <w:p>
      <w:r>
        <w:t>Súd: Krajský súd Bratislava Spisová značka: 5Scud/14/2014 Identifikačné číslo súdneho spisu: 1014200762 Dátum vydania rozhodnutia: 15. 06. 2016 Meno a priezvisko sudcu, VSÚ: JUDr. Milota Tóthová ECLI: ECLI:SK:KSBA:2016:1014200762.2 ROZSUDOK V MENE SLOVENSKEJ REPUBLIKY Krajský súd v Bratislave samosudkyňou JUDr. Milotou Tóthovou v právnej veci navrhovateľky Z. E., I. E. K. XX, E. K. Q. Č. I., Č. X., proti odporkyni Sociálnej poisťovni ústredie v Bratislave, Ul. 29. augusta č. 8-10, Bratislava, o invalidný dôchodok, takto r o z h o d o l : Súd rozhodnutie odporkyne číslo XXX XXX XXXX X - U.. zo dňa 10. novembra 2014 a rozhodnutie číslo XXX XXX XXXX X zo dňa 10. novembra 2014 p o t v r d z u j e . Účastníkom náhradu trov konania nepriznáva. o d ô v o d n e n i e : Rozhodnutím číslo XXX XXX XXXX X zo dňa 9. apríla 2014 odporkyňa podľa § 70 ods. 1 a § 82 zákona č. 461/2003 Z.z. o sociálnom poistení v znení neskorších predpisov navrhovateľke od 22. októbra 2009 priznala invalidný dôchodok v sume 111,80 eur mesačne. Nárok na invalidný dôchodok navrhovateľke vznikol 4. septembra 2009 a podľa § 80 zákona č. 461/2003 Z.z. v znení neskorších predpisov bol priznaný od 22. októbra 2009. Invalidný dôchodok bol priznaný podľa čl. 46 ods. 1 nariadenia Rady (EHS) č. 1408/71 o uplatňovaní systémov sociálneho zabezpečenia na zamestnané osoby, samostatne zárobkovo činné osoby a členov ich rodín pohybujúcich sa v rámci spoločenstva. Invalidný dôchodok bol navrhovateľke zvýšený od 1. januára 2010 na sumu 115,30 eur mesačne, od 1. januára 2011 na sumu 117,40 eur mesačne, od 1. januára 2012 na sumu 121,30 eur mesačne, od 1. januára 2013 127,20 eur mesačne a od 1. januára 2014 na sumu 131,70 eur mesačne. Rozhodla tak s odôvodnením, že podľa posudku posudkového lekára sociálneho poistenia Sociálnej poisťovne, pobočka Trnava zo dňa 3. januára 2014 navrhovateľka bola uznaná za invalidnú, miera poklesu schopnosti vykonávať zárobkovú činnosť u navrhovateľky je 45%. Zároveň uviedla, že týmto rozhodnutím realizuje rozsudok najvyššieho súdu Slovenskej republiky 7So/93/2012-74 zo dňa 29. mája 2013. Rozhodnutím číslo XXX XXX XXXX X - U.. zo dňa 10. novembra 2014 odporkyňa podľa § 112 zákona č. 461/2003 Z.z. o sociálnom poistení v znení neskorších predpisov zrušila rozhodnutie číslo XXX XXX XXXX X zo dňa 9. apríla 2014 o priznaní invalidného dôchodku. Rozhodla tak s odôvodnením, že podľa posudku posudkového lekára Sociálnej poisťovne, ústredie Bratislava, vysunuté pracovisko Košice navrhovateľka bola uznaná za invalidnú podľa § 71 ods. 1 zákona č. 461/2003 Z.z. o sociálnom poistení od 2. februára 2009 s mierou poklesu schopnosti vykonávať zárobkovú činnosť 50%. Rozhodnutím číslo XXX XXX XXXX X - U.. zo dňa 10. novembra 2014 odporkyňa podľa § 70 ods. 1 a § 82 zákona č. 461/2003 Z.z. o sociálnom poistení v znení neskorších predpisov navrhovateľke od 22. októbra 2009 priznala invalidný dôchodok v sume 125,90 eur mesačne. Nárok na invalidný dôchodok navrhovateľke vznikol 4. septembra 2009 a podľa § 80 zákona č. 461/2003 Z.z. v znení neskorších predpisov bol priznaný od 22. októbra 2009. Invalidný dôchodok bol priznaný podľa čl. 46 ods. 1 nariadenia Rady (EHS) č. 1408/71 o uplatňovaní systémov sociálneho zabezpečenia na zamestnané osoby, samostatne zárobkovo činné osoby a členov ich rodín pohybujúcich sa v rámci spoločenstva. Invalidný dôchodok bol navrhovateľke zvýšený od 1. januára 2010 na sumu 129,80 eur mesačne. Rozhodla tak s odôvodnením, že podľa posudku posudkového lekára Sociálnej poisťovne, ústredie Bratislava, vysunuté pracovisko Košice zo dňa 6. októbra 2014 navrhovateľka bola uznaná za invalidnú podľa § 71 ods. 1 zákona č. 461/2003 Z.z. o sociálnom poistení od 2. februára 2009 s mierou poklesu schopnosti vykonávať zárobkovú činnosť 50%. Rozhodnutím číslo XXX XXX XXXX X zo dňa 10. novembra 2014 odporkyňa podľa § 73, § 112 ods. 4, § 82 a § 293ce zákona č. 461/2003 Z.z. o sociálnom poistení v znení neskorších predpisov navrhovateľke znížila sumu invalidného dôchodku od 1. septembra 2010 na sumu 112,60 eur mesačne. Rozhodla tak s odôvodnením, že podľa posudku posudkového lekára Sociálnej poisťovne, ústredie Bratislava, vysunuté pracovisko Košice zo dňa 23. októbra 2014 navrhovateľka bola uznaná za invalidnú podľa § 71 ods. 1 zákona č. 461/2003 Z.z. o sociálnom poistení od 1. septembra 20102 s mierou poklesu schopnosti vykonávať zárobkovú činnosť 45%. Navrhovateľka návrhom zo dňa 6.5.2014 žiadala preskúmať rozhodnutie odporkyne číslo XXX XXX XXXX X Y.o dňa 9. apríla 2014 a namietala, že nebol dostatočne zistený jej zdravotný stav od novembra 2008 a ani jej aktuálny zdravotný stav. Krajský súd preskúmal rozhodnutie číslo XXX XXX XXXX X - U.. zo dňa 10. novembra 2014 a rozhodnutie číslo XXX XXX XXXX X zo dňa 10. novembra 2014 podľa § 250l a nasl. O.s.p., prejednal návrh navrhovateľky a dospel k záveru, že návrh nie je dôvodný. Krajský súd vykonal dokazovanie výsluchom odporkyne, posudkami posudkového lekára Sociálnej poisťovne pobočky Trnava zo dňa 3.1.2014 a 6.10.2014, posudkom posudkového lekára Sociálnej poisťovne ústredie Bratislava, vysunuté pracovisko Košice zo dňa 23.10.2014, doplňujúcim odborným vyjadrením posudkového lekára Sociálnej poisťovne ústredie Bratislava, vysunuté pracovisko Košice zo dňa 15.12.2015 a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80 cit. zákona starobný dôchodok, predčasný starobný dôchodok a invalidný dôchodok sa nevypláca počas obdobia, v ktorom z dôvodu dočasnej pracovnej neschopnosti má poistenec nárok na náhradu príjmu pri dočasnej pracovnej neschopnosti zamestnanca podľa osobitného predpisu alebo nemocenské, ak dočasná pracovná neschopnosť vznikla pred priznaním starobného dôchodku, predčasného starobného dôchodku alebo invalidného dôchodku. Podľa § 112 ods. 4 zákona č. 461/2003 Z.z. o sociálnom poistení výplata dávky sa zastaví, uvoľní alebo sa dávka vypláca v nižšej sume alebo vo vyššej sume, ak sa zmenia skutočnosti rozhodujúce na nárok na výplatu dávky. Navrhovateľke pôvodne rozhodnutím číslo XXX XXX XXXX zo dňa 22. októbra 2010 odporkyňa podľa § 70 ods. 1 zákona č. 461/2003 Z.z. o sociálnom poistení v znení neskorších predpisov a podľa čl. 46 ods. 1 nariadenia Rady (EHS) č. 1408/71 o uplatňovaní systémov sociálneho zabezpečenia na zamestnané osoby, samostatne zárobkovo činné osoby a členov ich rodín pohybujúcich sa v rámci spoločenstva priznala invalidný dôchodok od 1. marca 2010 v sume 105,60 eur mesačne s odôvodnením, že pre dlhodobo nepriaznivý zdravotný stav má pokles schopnosti vykonávať zárobkovú činnosť 45%. Navrhovateľka požiadala o preskúmanie uvedeného rozhodnutia. Krajský súd v Bratislave po vykonanom dokazovaní rozsudkom č.k. 8Scud/24/2010 - 64 zo dňa 29. mája 2012 napadnuté rozhodnutie potvrdil. V dôsledku odvolania sa navrhovateľky proti rozhodnutiu prvostupňového súdu vec preskúmal Najvyšší súd Slovenskej republiky, ktorý rozsudok Krajského súdu v Bratislave č.k. 8Scud/24/2010 - 64 zo dňa 29. mája 2012 zmenil tak, že rozhodnutie odporkyne číslo XXX XXX XXXX zo dňa 22. októbra 2010 zrušil a vec vrátil odporkyni na ďalšie konanie s tým, že odporkyňa musí doplniť dokazovanie novým posúdením zdravotného stavu navrhovateľky od 20. októbra 2009 a prihliadne aj na nové lekárske nálezy, ktoré navrhovateľka prípadne predloží a vyhodnotí zdravotný stav navrhovateľky z hľadiska všetkých zdravotných postihnutí a svoje rozhodnutie náležite odôvodní. Odporkyňa po vrátení veci opätovne preskúmala zdravotný stav navrhovateľky. Posudkový lekár Sociálnej poisťovne pobočka Trnava v posudku zo dňa 3.1.2014 uviedol, že navrhovateľka trpí na choroby a to na choroby a to bolesť chrbta - dorzalgiu a stav po operačnom riešení spondylolistézy L5S1. Konštatoval, že u navrhovateľky je viacročná anamnéza bolesti driekovej chrbtice, pre ktoré bola opakovane riešená a liečená neurológom. V roku 2009 došlo u navrhovateľky k zhoršeniu ťažkostí, k výraznému obmedzeniu hybnosti, bola diagnostikovaná spondylolistéza v úseku L5 a bolo indikované operačné riešenie. Dňa 1.3.2010 bola realizovaná operácia, bola urobená transpedikulárna fixácia v oblasti L5/S1, navrhovateľka po prepustení z hospitalizácie bola naďalej sledovaná a liečená neurochirurgom, v novembri 2010 absolvovala kúpeľnú liečbu v Třeboni, jej zdravotný stav bol zlepšený, avšak pretrvávalo obmedzenie hybnosti LS chrbtice a oslabenie svalovej sily hlavne nôh. Bolo doporučené dodržiavanie vertebrogénneho režimu ako zákaz dvíhania a prenášania bremien, chrániť sa chladových inzultov a opakovanie kúpeľnej liečby. Rozhodujúcim zdravotným postihnutím u navrhovateľky je stav po operácii chrbtice s často recidivujúcimi prejavmi nervového s svalového dráždenia (kapitola XV., oddiel E, položka 4.b) prílohy č. 4 zákona č. 461/2003 Z.z.), kde mieru poklesu schopnosti vykonávať zárobkovú činnosť posudkový lekár stanovil na 45%. Poukázal tiež na to, že pri posudzovaní 11.5.2010 nemal posudkový lekár k dispozícii lekárske správy, v ktorých by bola uvedená operácia chrbtice, a preto bolo posúdenie vykonané podľa kapitoly XV., oddiel E položka 3.c s mierou poklesu schopnosti vykonávať zárobkovú činnosť 40%. Dňa 6.10.2010 posudkový lekár prehodnotil rozhodujúce zdravotné postihnutie navrhovateľky v súlade s predloženou prepúšťacou správou z neurochirurgického oddelenia, kde bolo uvedené, že navrhovateľka sa dňa 1.3.2010 podrobila neurochirurgickej operácii pre zlyhanie konzervatívnej liečby spondylolistézy a vzhľadom na to, že degeneratívne zmeny na chrbtici naďalej pokračujú je nevyhnutná úprava fyzického režimu a komplexný celoživotný rehabilitačný program za účelom spevnenie brušného a chrbtového svalstva a doživotné dodržiavanie obmedzení pri vertebrogénnych ochoreniach. Poukázal ďalej na to, že z tohto aspektu je posúdenie s mierou poklesu 45% pre navrhovateľku priaznivé, pričom mieru poklesu schopnosti vykonávať zárobkovú činnosť 45% v zmysle platnej legislatívy Slovenskej republiky nie je možné navýšiť, nakoľko ide o postihnutie driekovej chrbtice, ktoré bolo určené ako rozhodujúce. Dátum vzniku invalidity stanovil od 4.9.2009, ktorý je totožný s dátumom posúdenia v Českej republike a tiež v súlade s predloženou zdravotnou dokumentáciou, pretože napriek výzvam a dožiadaniam neboli zo strany navrhovateľky doložené žiadne nové lekárske nálezy ani z aktuálneho zdravotného stavu a ani z obdobia pred rokom 2009. Navrhovateľka je invalidná podľa § 71 ods. 1 zákona č. 461/2003 Z.z. o sociálnom zabezpečení. Navrhovateľka môže vykonávať prácu bez nadmernej fyzickej záťaže, bez zdvíhania ťažkých bremien, napr. robotnícke práce na skrátený úväzok informátorka a pod. Posudkový lekár Sociálnej poisťovne pobočka Trnava v posudku zo dňa 6.10.2014 po vyhodnotení novodoložených lekárskych nálezov zo strany navrhovateľky v septembri 2014 k roku 2009 uviedol, že navrhovateľka trpí na choroby a to bolesť chrbta - dorzalgiu a stav po operačnom riešení spondylolistézy L5S1. Konštatoval, že u navrhovateľky je viacročná anamnéza bolesti driekovej chrbtice, pre ktoré bola opakovane riešená a liečená neurológom. V roku 2009 došlo u navrhovateľky k zhoršeniu ťažkostí, výraznému obmedzeniu hybnosti, bola diagnostikovaná spondylolistéza v úseku L5 a bolo indikované operačné riešenie. Dňa 1.3.2010 bola zrealizovaná operácia, bola urobená transpedikulárna fixácia v oblasti L5/S1, navrhovateľka po prepustení z hospitalizácie bola naďalej sledovaná a liečená neurochirurgom, v novembri 2010 absolvovala kúpeľnú liečbu v Třeboni, zdravotný stav bol zlepšený, avšak pretrvávalo obmedzenie hybnosti LS chrbtice a oslabenie svalovej sily hlavne nôh. Bolo doporučené dodržiavanie vertebrogénneho režimu ako zákaz dvíhania a prenášania bremien, chrániť sa chladových inzultov a opakovanie kúpeľnej liečby. Na základe odborných nálezov z obdobia roku 2009 konštatoval, že zdravotný stav navrhovateľky bol dlhodobo nepriaznivý už vo februári 2009, čo potvrdzuje aj neurologické vyšetrenie z 2.2.2009, v nasledujúcom období až do operácie dňa 1.3.2010 navrhovateľka bola v liečbe neurológa, rehabilitačného lekára, vybrala dostupnú konzervatívnu liečbu, napriek tomu stav bol nezlepšený. Uviedol, že uznáva invaliditu s mierou poklesu schopnosti vykonávať zárobkovú činnosť 50% od 2.2.2009 a vzhľadom k tomu, že v roku 2010 došlo k operačnej liečbe chrbtice, zmenil mieru poklesu schopnosti vykonávať zárobkovú činnosť na 45% v zmysle platnej legislatívy (6 mesiacov od operačného riešenia, čo je priemerná dĺžka rekonvalescencie). Od 2.2.2009 rozhodujúcim zdravotným postihnutím navrhovateľky sú degeneratívne zmeny na chrbtici a medzistavcových platničkách s trvalým ťažkým postihnutím funkcie a často recidivujúcimi, dlhotrvajúcimi prejavmi dráždenia nervov a svalov, s ťažkou poruchou statiky a dynamiky chrbtice, s výraznou poruchou svalového korzetu (kapitola XV., oddiel E, položka 3.c) prílohy č. 4 zákona č. 461/2003 Z.z.), kde mieru poklesu schopnosti vykonávať zárobkovú činnosť posudkový lekár stanovil na 50%, čo predstavuje hornú hranicu percentuálneho rozpätia pri danej položke. Od 1.9.2010 rozhodujúcim zdravotným postihnutím u navrhovateľky je stav po operácii chrbtice s často recidivujúcimi prejavmi nervového s svalového dráždenia (kapitola XV., oddiel E, položka 4.b) prílohy č. 4 zákona č. 461/2003 Z.z.), kde mieru poklesu schopnosti vykonávať zárobkovú činnosť posudkový lekár stanovil na 45%, čo predstavuje hornú hranicu percentuálneho rozpätia pri danej položke. Od 2.2.2009 navrhovateľka je invalidná podľa § 71 ods. 1 zákona č. 461/2003 Z.z. o sociálnom zabezpečení s mierou poklesu schopnosti vykonávať zárobkovú činnosť 50% a zároveň od 1.9.2010 navrhovateľka je invalidná podľa § 71 ods. 1 zákona č. 461/2003 Z.z. o sociálnom zabezpečení s mierou poklesu schopnosti vykonávať zárobkovú činnosť 45%. Navrhovateľka môže vykonávať prácu bez nadmernej fyzickej záťaže, bez zdvíhania ťažkých bremien, napr. robotnícke práce na skrátený úväzok informátorka a pod. Posudkový lekár Sociálnej poisťovne ústredie Bratislava, vysunuté pracovisko Košice v posudku zo dňa 23.10.2014 uviedol, že navrhovateľka trpí na choroby a to dorzalgiu a stav po operačnom riešení spondylolistézy L5/S1. Konštatoval, že u navrhovateľky je viacročná anamnéza bolesti driekovej chrbtice, pre ktoré bola opakovane riešená a liečená neurológom. V priebehu roka 2009 došlo u navrhovateľky k zhoršeniu bolesti chrbtice, k výraznému obmedzeniu hybnosti, boli vykonané špeciálne vyšetrenia RTG a CT vyšetrenia chrbtice, ktoré dokumentujú spondylolistézu v úseku L5. Pre nezlepšenie stavu po konzervatívnej liečbe bolo indikované operačné riešenie, ktoré bolo realizované dňa 1.3.2010. Navrhovateľka bola pooperačne sledovaná a liečená neurológom a neurochirurgom, absolvovala kúpeľnú liečbu, avšak napriek kompletnej liečbe aj pooperačnej pretrváva obmedzenie hybnosti LS chrbtice a oslabenie svalovej sily dolných končatín. Konštatoval, že od 2.2.2009 rozhodujúcim zdravotným postihnutím navrhovateľky sú degeneratívne zmeny na chrbtici a medzistavcových platničkách s trvalým ťažkým postihnutím funkcie a často recidivujúcimi, dlhotrvajúcimi prejavmi dráždenia nervov a svalov, s ťažkou poruchou statiky a dynamiky chrbtice, s výraznou poruchou svalového korzetu (kapitola XV., oddiel E, položka 3.c) prílohy č. 4 zákona č. 461/2003 Z.z.), kde mieru poklesu schopnosti vykonávať zárobkovú činnosť posudkový lekár stanovil na 50%, čo predstavuje hornú hranicu percentuálneho rozpätia pri danej položke. Od 1.9.2010 rozhodujúcim zdravotným postihnutím u navrhovateľky je stav po operácii chrbtice s často recidivujúcimi prejavmi nervového a svalového dráždenia (kapitola XV., oddiel E, položka 4.b) prílohy č. 4 zákona č. 461/2003 Z.z.), kde mieru poklesu schopnosti vykonávať zárobkovú činnosť posudkový lekár stanovil na 45%, čo predstavuje hornú hranicu percentuálneho rozpätia pri danej položke. Od 2.2.2009 navrhovateľka je invalidná podľa § 71 ods. 1 zákona č. 461/2003 Z.z. o sociálnom zabezpečení s mierou poklesu schopnosti vykonávať zárobkovú činnosť 50% a od 1.9.2010 navrhovateľka je invalidná podľa § 71 ods. 1 zákona č. 461/2003 Z.z. o sociálnom zabezpečení s mierou poklesu schopnosti vykonávať zárobkovú činnosť 45%. Navrhovateľka môže vykonávať prácu bez nadmernej fyzickej záťaže, bez zdvíhania ťažkých bremien, napr. robotnícke práce na skrátený úväzok informátorka a pod. Na základe týchto posudkov odporkyňa vydala rozhodnutie číslo XXX XXX XXXX X - U.. zo dňa 10. novembra 2014, ktorým podľa § 112 zákona č. 461/2003 Z.z. o sociálnom poistení v znení neskorších predpisov zrušila rozhodnutie číslo XXX XXX XXXX X zo dňa 9. apríla 2014 o priznaní invalidného dôchodku s odôvodnením, že podľa posudku posudkového lekára Sociálnej poisťovne, ústredie Bratislava, vysunuté pracovisko Košice navrhovateľka bola uznaná za invalidnú podľa § 71 ods. 1 zákona č. 461/2003 Z.z. o sociálnom poistení od 2. februára 2009 s mierou poklesu schopnosti vykonávať zárobkovú činnosť 50%. Rozhodnutím číslo XXX XXX XXXX X - U.. zo dňa 10. novembra 2014 odporkyňa podľa § 70 ods. 1 a § 82 zákona č. 461/2003 Z.z. o sociálnom poistení v znení neskorších predpisov navrhovateľke od 22. októbra 2009 priznala invalidný dôchodok v sume 125,90 eur mesačne, zvýšený od 1. januára 2010 na sumu 129,80 eur mesačne s odôvodnením, že podľa posudku posudkového lekára Sociálnej poisťovne, ústredie Bratislava, vysunuté pracovisko Košice zo dňa 6. októbra 2014 navrhovateľka bola uznaná za invalidnú podľa § 71 ods. 1 zákona č. 461/2003 Z.z. o sociálnom poistení od 2. februára 2009 s mierou poklesu schopnosti vykonávať zárobkovú činnosť 50%. Rozhodnutím číslo XXX XXX XXXX X zo dňa 10. novembra 2014 odporkyňa podľa § 73, § 112 ods. 4, § 82 a § 293ce zákona č. 461/2003 Z.z. o sociálnom poistení v znení neskorších predpisov navrhovateľke znížila sumu invalidného dôchodku od 1. septembra 2010 na sumu 112,60 eur mesačne s odôvodnením, že podľa posudku posudkového lekára Sociálnej poisťovne, ústredie Bratislava, vysunuté pracovisko Košice zo dňa 23. októbra 2014 navrhovateľka bola uznaná za invalidnú podľa § 71 ods. 1 zákona č. 461/2003 Z.z. o sociálnom poistení od 1. septembra 2010 s mierou poklesu schopnosti vykonávať zárobkovú činnosť 45%. Navrhovateľka v priebehu súdneho konania doložila nové lekárske nálezy. Súd doplnil dokazovanie zadovážením si odborného vyjadrenia posudkového lekára Sociálnej poisťovne ústredie Bratislava, vysunuté pracovisko Košice, ktorý dňa 15.12.2015 po vyhodnotení doložených nových lekárskych nálezov a to rehabilitačného vyšetrenia zo dňa 26.8.2014, prepúšťacej správy z neurochirurgického oddelenia od 25.2.2010 do 6.3.2010, kúpeľnej liečby od 18.11.2010 do 9.12.2010, neurologického vyšetrenia zo dňa 15.2.2013 - RTG C chrbtice, 18.3.2013, 29.11.2013, rádioterapeutického vyšetrenia zo dňa 9.6.2014, rehabilitačného vyšetrenia zo dňa 1.7.2014, 16.9.2014 a 10.10.2014 konštatoval, že aktuálne doložené lekárske vyšetrenia nedokumentujú zhoršenie zdravotného stavu navrhovateľky oproti posudku zo dňa 23.10.2014. Uviedol, že navrhovateľka je naďalej v liečbe neurológa pre chronické recidivujúce bolesti chrbtice a v objektívnom neurologickom náleze je pooperačne naďalej prítomná porucha statodynamiky chrbta s občasným dráždením nervov a svalov. Navrhovateľka od januára 2014 absolvovala aj RTG žiarenia piat pre ostrohu, pričom u tohto ochorenia uviedol, že ostroha pätnej kosti obojstranne po RTG liečbe je posudkovo bezvýznamné ochorenie, ktoré neovplyvňuje pracovnú schopnosť navrhovateľky a ani neodôvodňuje percentuálne navýšenie. Potvrdil, že rozhodujúcim zdravotným postihnutím u navrhovateľky je naďalej stav po operácii chrbtice s často recidivujúcimi prejavmi nervového a svalového dráždenia (kapitola XV., oddiel E, položka 4.b) prílohy č. 4 zákona č. 461/2003 Z.z.), kde mieru poklesu schopnosti vykonávať zárobkovú činnosť posudkový lekár stanovil na 45%. Navrhovateľka je invalidná podľa § 71 ods. 1 zákona č. 461/2003 Z.z. o sociálnom poistení s mierou poklesu schopnosti vykonávať zárobkovú činnosť 45%. Navrhovateľka môže vykonávať prácu bez nadmernej fyzickej záťaže, bez zdvíhania ťažkých bremien, napr. robotnícke práce na skrátený úväzok informátorka a pod. Navrhovateľka sa na pojednávanie súdu dňa 15.6.2016 napriek riadnemu predvolaniu nedostavila, svoju neúčasť na ňom neospravedlnila a ani nepožiadala o jeho odročenie, hoci bola o termíne pojednávania riadne a s dostatočným predstihom upovedomená, a preto súd podľa § 101 ods. 2 Občianskeho súdneho poriadku (ďalej len O.s.p.) vec prejednal v jej neprítomnosti (navrhovateľka opakovane podaním došlým súdu dňa 13.6.2016 ospravedlnila svoju neúčasť na pojednávaní dňa 2.3.2016 zo zdravotných dôvodov, pojednávanie dňa 2.3.2016 bolo odročené z dôvodu, že u navrhovateľky nebolo vykázané doručenie predvolania na toto pojednávanie - doručenka sa súdu nevrátila a jej ospravedlnenie neúčasti na pojednávaní dňa 2.3.2016 došlo súdu až dňa 3.3.2016). Zástupkyňa odporkyne vzhľadom na zhodné závery posudkov posudkových lekárov žiadala rozhodnutie číslo XXX XXX XXXX X - U.. zo dňa 10. novembra 2014 a rozhodnutie číslo XXX XXX XXXX X zo dňa 10. novembra 2014 ako vecne správne potvrdiť. Posudkový lekár sociálneho poistenia Sociálnej poisťovne pobočka Trnava ako aj posudkový lekár sociálneho poistenia Sociálnej poisťovne ústredie Bratislava, vysunuté pracovisko Košice vo svojich vyššie uvedených posudkoch ako aj doplňujúcom odbornom vyjadrení posudkového lekára Sociálnej poisťovne ústredie Bratislava, vysunuté pracovisko Košice zo dňa 15.12.2015 zohľadnili všetky navrhovateľkou uvádzané ťažkosti a vysporiadali sa s lekárskymi nálezmi nachádzajúcimi sa v zdravotnej dokumentácii navrhovateľky. Zhodne konštatovali, že zdravotný stav navrhovateľky z posudkového hľadiska spĺňa posudkové kritériá na uznanie invalidity od 2.2.2009 pre rozhodujúce zdravotné postihnutie degeneratívne zmeny na chrbtici a medzistavcových platničkách s trvalým ťažkým postihnutím funkcie a často recidivujúcimi, dlhotrvajúcimi prejavmi dráždenia nervov a svalov, s ťažkou poruchou statiky a dynamiky chrbtice, s výraznou poruchou svalového korzetu (kapitola XV., oddiel E, položka 3.c) prílohy č. 4 zákona č. 461/2003 Z.z.), kde mieru poklesu schopnosti vykonávať zárobkovú činnosť posudkoví lekári zhodne stanovili na 50%, čo predstavuje hornú hranicu percentuálneho rozpätia pri danej položke. Od 1.9.2010 rozhodujúcim zdravotným postihnutím u navrhovateľky je stav po operácii chrbtice s často recidivujúcimi prejavmi nervového a svalového dráždenia (kapitola XV., oddiel E, položka 4.b) prílohy č. 4 zákona č. 461/2003 Z.z.), kde mieru poklesu schopnosti vykonávať zárobkovú činnosť posudkový lekári zhodne stanovili na 45%, čo predstavuje hornú hranicu percentuálneho rozpätia pri danej položke. Navrhovateľka trpí na viacročné bolesti driekovej chrbtice, pre ktoré bola opakovane riešená a liečená neurológom. V roku 2009 došlo u navrhovateľky k zhoršeniu ťažkostí, čo potvrdzuje aj neurologické vyšetrenie zo dňa 2.2.2009, výraznému obmedzeniu hybnosti, špeciálne vyšetrenia RTG a CT vyšetrenia chrbtice potvrdili spondylolistézu v úseku L5 a bolo indikované operačné riešenie. V nasledujúcom období až do operácie dňa 1.3.2010 navrhovateľka bola v liečbe neurológa, rehabilitačného lekára, vybrala dostupnú konzervatívnu liečbu, napriek tomu stav bol nezlepšený. Dňa 1.3.2010 bola zrealizovaná operácia, kde bola urobená transpedikulárna fixácia v oblasti L5/S1 a navrhovateľka po prepustení z hospitalizácie bola naďalej sledovaná a liečená neurochirurgom, v novembri 2010 absolvovala kúpeľnú liečbu v Třeboni. Zdravotný stav bol zlepšený, avšak pretrvávalo obmedzenie hybnosti LS chrbtice a oslabenie svalovej sily hlavne nôh a bolo doporučené dodržiavanie vertebrogénneho režimu ako zákaz dvíhania a prenášania bremien, chrániť sa chladových inzultov a opakovanie kúpeľnej liečby. Odborné lekárske nálezy z obdobia roku 2009 preukazujú, že zdravotný stav navrhovateľky bol dlhodobo nepriaznivý už vo februári 2009, dôsledku čoho došlo k zmene dátumu vzniku invalidity navrhovateľky od 2.2.2009. Zdravotný stav navrhovateľky vzhľadom na uvedené spĺňa posudkové kritériá na uznanie invalidity naďalej avšak vzhľadom na vykonanú operáciu od 1.9.2010, t.j. 6 mesiacov od operačného riešenia, čo je priemerná dĺžka rekonvalescencie, došlo k zmene rozhodujúceho zdravotného postihnutia navrhovateľky, ktorým už nie sú degeneratívne zmeny na chrbtici a medzistavcových platničkách s trvalým ťažkým postihnutím funkcie a často recidivujúcimi, dlhotrvajúcimi prejavmi dráždenia nervovo a svalov, s ťažkou poruchou statiky a dynamiky chrbtice, s výraznou poruchou svalového korzetu e psychické ochorenie ale stav po operácii stav po operácii chrbtice s často recidivujúcimi prejavmi nervového a svalového dráždenia. Ostroha pätnej kosti obojstranne po RTG liečbe je posudkovo bezvýznamná, neovplyvňuje pracovnú schopnosť navrhovateľky a ani neodôvodňuje percentuálne navýšenie. Zistenia posudkových lekárov neboli spochybnené ani v súdnom konaní, nakoľko ani nové lekárske nálezy, ktoré navrhovateľka doložila v súdnom konaní nepreukázali zhoršenie jej zdravotného stavu. Závery posudkov posudkových lekárov sú odborné, presvedčivé, náležite zdôvodnené a súd nezistil rozpor medzi ich závermi a zisteným skutočným stavom. V prípade, že sa zdravotný stav navrhovateľky v budúcnosti významne zhorší, čo by preukazovali nové lekárske nálezy, navrhovateľka má možnosť požiadať o zvýšenie invalidného dôchodku a o nové posúdenie miery poklesu jej schopnosti vykonávať zárobkovú činnosť. Krajský súd preto z vyššie uvedených dôvodov napadnuté rozhodnutie číslo XXX XXX XXXX X - U.. zo dňa 10. novembra 2014 a rozhodnutie číslo XXX XXX XXXX X zo dňa 10. novembra 2014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https://www.kauzis.sk/judikatura/r/ECLI:SK:KSBA:2016:1014200762.2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