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4Sp/3/2014 z 20. 9. 2016</w:t>
      </w:r>
    </w:p>
    <w:p>
      <w:r>
        <w:t>Rozsudok Krajského súdu Bratislava z 20. septembra 2016, sp. zn. 4Sp/3/2014, ECLI:SK:KSBA:2016:1014200767.2</w:t>
      </w:r>
    </w:p>
    <w:p>
      <w:r>
        <w:t>Súd: Krajský súd Bratislava</w:t>
      </w:r>
    </w:p>
    <w:p>
      <w:r>
        <w:t>Spisová značka: 4Sp/3/2014</w:t>
      </w:r>
    </w:p>
    <w:p>
      <w:r>
        <w:t>ECLI: ECLI:SK:KSBA:2016:1014200767.2</w:t>
      </w:r>
    </w:p>
    <w:p>
      <w:r>
        <w:t>Dátum vydania: 20. 9. 2016</w:t>
      </w:r>
    </w:p>
    <w:p>
      <w:r>
        <w:t>Forma: Rozsudok</w:t>
      </w:r>
    </w:p>
    <w:p>
      <w:r>
        <w:t>Oblasť práva: Správne právo</w:t>
      </w:r>
    </w:p>
    <w:p>
      <w:pPr>
        <w:pStyle w:val="Heading2"/>
      </w:pPr>
      <w:r>
        <w:t>Text rozhodnutia</w:t>
      </w:r>
    </w:p>
    <w:p>
      <w:r>
        <w:t>Súd: Krajský súd Bratislava Spisová značka: 4Sp/3/2014 Identifikačné číslo súdneho spisu: 1014200767 Dátum vydania rozhodnutia: 21. 09. 2016 Meno a priezvisko sudcu, VSÚ: JUDr. Ľubomír Šramko ECLI: ECLI:SK:KSBA:2016:1014200767.2 ROZSUDOK V MENE SLOVENSKEJ REPUBLIKY Krajský súd v Bratislave v konaní pred sudcom JUDr. Ľubomírom Šramkom v právnej veci navrhovateľa: K.. V. F., D. U.Á. XX, D., proti odporcovi: Centrum právnej pomoci, kancelária Bratislava so sídlom Námestie slobody 12, Bratislava, o opravnom prostriedku navrhovateľa zo dňa 28.4.2014 proti rozhodnutiu odporcu sp.zn.: 2881/2014-KaBa, RZ: 20289/14 zo dňa 11.4.2014 takto r o z h o d o l : Krajský súd v Bratislave napadnuté rozhodnutie odporcu sp.zn. 2881/2014-KaBa, RZ: 20289/14 zo dňa 11.4.2014 z r u š u j e podľa § 250j ods. 2 písm. a) Občianskeho súdneho poriadku a vec v r a c i a odporcovi na ďalšie konanie. Navrhovateľovi nepriznáva právo na náhradu trov konania. o d ô v o d n e n i e : Napadnutým rozhodnutím sp.zn.: 2881/2014-KaBa, RZ: 20289/14 zo dňa 11.4.2014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navrhovateľom označenej ako „uznesenie Najvyššieho súdu SR sp.zn. 6 Cdo/294/2012 vo veci nesvojprávnosti sudcov.“ Odporca uviedol, že v konaní, v ktorom žiada navrhovateľ priznať právnu pomoc nebola vylúčená zrejmá bezúspešnosť sporu, nakoľko podľa jeho názoru konaním súdov nedošlo k porušeniu práv navrhovateľa. Odporca a uviedol, že z dôvodu nesplnenia kumulatívnej podmienky § 6 ods. 1 písm. b) zákona o poskytovaní právnej pomoci, t.j. podmienky vylúčenia zrejmej bezúspešnosti sporu nie je možné vyhovieť navrhovateľovej žiadosti o poskytnutie právnej pomoci. Proti tomuto rozhodnutiu podal navrhovateľ v zákonnej lehote opravný prostriedok - návrh zo dňa 28.4.2014, ktorým sa domáhal jeho zrušenia v celom rozsahu a vrátenia veci odporcovi na ďalšie konanie. Uviedol v ňom, že žiada o poskytnutie právnej pomoci v konaní pred Ústavným súdom Slovenskej republiky vo veci zrušenia uznesenia Najvyššieho súdu Slovenskej republiky zo dňa 24.10.2013 sp. zn. 6Cdo 294/2012 v konaní o pozbavenie právnej spôsobilosti sudcov (teda vo veci podania ústavnej sťažnosti). Navrhovateľ svoj návrh zrušiť napadnuté rozhodnutie odôvodňoval skutočnosťou, že je nemajetný, že odporca mu (napadnutým rozhodnutím) bráni v konaní o ústavnej sťažnosti a že úspešnosť konania je preukázaná. Ďalej poukazuje na disharmonické a psychopatické konanie sudcov (a že ich tvrdenia o zmeškaní lehoty nie sú pravdivé) a cituje jednotlivé ustanovenia Ústavy Slovenskej republiky. Nakoľko predmetný návrh nespĺňal zákonom predpísané náležitosti, Krajský súd v Bratislave (ďalej len „súd“) vyzval navrhovateľa uznesením č.k.: 4Sp/3/2014-8 zo dňa 2.6.2014 na odstránenie vád podaného návrhu, ktoré vo výroku uznesenia špecifikoval. Navrhovateľ na predmetnú výzvu reagoval podaním zo dňa 23.7.2014, v ktorom označil odporcu a napadnuté rozhodnutie. V odôvodnení svojho podania opätovne uviedol, že sa mu bráni konať pred Ústavným súdom Slovenskej republiky v konaní o pozbavenie spôsobilosti sudcov, že predpoklady o neúspešnosti konania len preto, lebo sa jedná o sudcov, považuje za nezmysel. Napriek podanému doplneniu návrhu, vadu návrhu navrhovateľ podaním neodstránil, opätovne reprodukoval text podaného návrhu a neozrejmil, v čom vidí nesprávnosť/nezákonnosť napadnutého rozhodnutia. Súd následne uznesením č.k. 4Sp/3/2014-14 zo dňa 22.8.2014 návrh navrhovateľa odmietol. Voči predmetnému uzneseniu navrhovateľ podal odvolanie zo dňa 8.10.2014. Najvyšší súd Slovenskej republiky predmetné uznesenie zrušil a vec vrátil súdu na ďalšie konanie uznesením č.k. 2Sžo/8/2015-25 zo dňa 20.4.2016. Nestotožnil sa totiž s názorom súdu, že by navrhovateľ neuviedol, v čom vidí nezákonnosť napadnutého rozhodnutia. Poukázal na tvrdenie navrhovateľa, že v súdnom konaní (v ktorom žiada zastúpenie) sa od neho žiadalo plnenie, ktoré nebolo možné vykonať. Súd podaný návrh prejednal a rozhodol podľa ust. § 250q O.s.p. ako miestne a vecne príslušný súd (§ 246a ods. 2 O.s.p.) v neprítomnosti účastníkov konania. Navrhovateľ mal doručenie predvolania riadne vykázané dňom 25.7.2016, odporca ospravedlnil svoju neúčasť na pojednávaní podaním zo dňa 20.9.2016 a súhlasil s prejednaním veci v jeho neprítomnosti. Po riadnom preskúmaní napadnutého rozhodnutia a postupu správneho orgánu v rozsahu podaného návrhu - opravného prostriedku dospel k názoru, že napadnuté rozhodnutie odporcu je potrebné zrušiť podľa ust. § 250j ods. 2 písm. a) a vec vrátiť odporcovi na ďalšie konanie. Súd v rámci prípravy pojednávania vykonal dopyt na Okresný súd Bratislava I za účelom zistenia právoplatnosti uznesenia Najvyššieho súdu Slovenskej republiky 6Cdo/294/2012 zo dňa 24.10.2013. Okresný súd Bratislava I oznámil, že predmetné uznesenie nadobudlo právoplatnosť 20.12.2013. Súd sa v prejednávanej veci oboznámil s pripojeným spisom odporcu, z ktorého zistil, že navrhovateľ požiadal o poskytnutie právnej pomoci dňa 17.2.2014 v konaní navrhovateľom označenom ako „uznesenie Najvyššieho súdu SR sp.zn. 6 Cdo/294/2012 vo veci nesvojprávnosti sudcov“. K predmetnej žiadosti pripojil ako dôkaz predmetné uznesenie Najvyššieho súdu Slovenskej republiky. Odporca navrhovateľa vyzval 6.3.2014 na doplnenie údajov k jeho žiadosti, aby uviedol, ktoré práva navrhovateľa boli konaním Najvyššieho súdu Slovenskej republiky (prípadne súdov nižšej inštancie) porušené. Podaním zo dňa 3.4.2014 navrhovateľ uviedol, súdy nižšej inštancie (Okresný súd Bratislava I) porušili jeho práva najmä pri doručovaní rozhodnutí (kedy bolo doručované na zlú adresu), na základe čoho vznikla fikcia doručenia, a tým následne nastalo zmeškanie lehoty na podanie odvolania. Na záver uviedol, že: „nespôsobilosť sudcov vidím v tom, že vzhľadom na neodstrániteľné prekážky v procesných podmienkach konania od začiatku, neboli súdni, otvorene dehonestovali súdy.“ Navrhovateľ doručil odporcovi kópie žiadosti o doručovanie na uvedenú adresu, potvrdenia z okresného súdu o nesprávnom doručovaní a uznesenia okresného súdu o neodpustení zmeškania lehoty. Z dokladov predložených v administratívnom konaní vyplýva, že Okresný súd Bratislava I uznesením (č.k. 2Ps/1/2011-59 z 21.2.2012) vyzval navrhovateľa na doloženie vysvedčení o zdravotnom stave sudcov Najvyššieho súdu Slovenskej republiky, ktorých navrhovateľ žiada pozbaviť spôsobilosti. Krajský súd v Bratislave po podanom odvolaní voči predmetnému uzneseniu toto odvolanie odmietol (uznesením č.k. 11CoP/160/2012-74 zo dňa 30.4.2012), nakoľko išlo o uznesenie, ktorým sa upravuje vedenie konania. Navrhovateľ voči uzneseniu o odmietnutí podal dovolanie na Najvyšší súd Slovenskej republiky, ktorý toto odmietol (uznesením sp.zn. 6Cdo/294/2012 zo dňa 24.10.2013).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3 veta prvá O.s.p. o opravnom prostriedku rozhodne súd rozsudkom, ktorým preskúmané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Vyhodnocoval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Pre nenaplnenie požiadavky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Odporca sa v predmetnom negatívnom rozhodnutí vyjadroval k prípadnému rozhodnutiu navrhovateľovej veci - podania ústavnej sťažnosti a následnému posúdeniu, či došlo alebo nedošlo k porušeniu práv navrhovateľa konaním súdov. Posúdenie tejto právnej stránky prípadu je vo výlučnej kompetencii príslušného súdu a preto odporca za žiadnych okolností nemôže posudzovať výsledok konania na príslušnom súde v intenciách, ktoré prislúchajú príslušnému súdu. Vychádzajúc z vyššie uvedeného je zrejmé, že citovaný § 8 zákona o poskytovaní právnej pomoci nemožno pre charakter konania aplikovať. Námietka odporcu, že podľa jeho názoru konaním súdov nedošlo k porušeniu práv navrhovateľa (práva konať pred súdom v zmysle ust. § 237 písm. f) O.s.p., ktoré namietal v konaní pred Okresným súdom Bratislava I) nemá v prejednávanej veci žiadnu relevanciu, nakoľko, ako je uvedené i vyššie, iba konajúci súd môže posúdiť a rozhodnúť, či k porušeniu práva navrhovateľa došlo alebo nedošlo. V zmysle logického výkladu je v rozpore s predmetnými zákonnými ustanoveniami, aby správny orgán vyslovením zrejmej bezúspešnosti sporu preberal na seba právomoc a zodpovednosť konajúceho súdu a v konečnom dôsledku tak prejudikoval jeho rozhodnutie. K právnemu názoru o nezákonnosti prejudikovania rozhodnutia vo veci samej pri posudzovaní zrejmej bezúspešnosti sporu v zmysle zákona o poskytovaní právnej pomoci sa opakovane vyjadroval aj Najvyšší súd Slovenskej republiky vo svojich rozhodnutiach.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v intenciách vyššie uvedeného právneho názoru opätovne riadne posúdiť žiadosť navrhovateľa o poskytovanie právnej pomoci, objektívne vyhodnotiť splnenie podmienok pre priznanie nároku na poskytovanie právnej pomoci podľa zákona o poskytovaní právnej pomoci a v meritórnom rozhodnutí svoj záver náležitým a zákonným spôsobom odôvodniť. V tejto súvislosti súd poznamenáva, že pri vydaní následného rozhodnutia odporcom sa javí ako potrebné posúdiť aj plynutie lehoty na podanie ústavnej sťažnosti vo vzťahu k uzneseniu Najvyššieho súdu Slovenskej republiky sp.zn. 6Cdo/294/2012 zo dňa 24.10.2013, ktoré podľa oznámenia Okresného súdu Bratislava I nadobudlo právoplatnosť 20.12.2013.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https://www.kauzis.sk/judikatura/r/ECLI:SK:KSBA:2016:1014200767.2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