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4Sp/8/2014 z 13. 4. 2016</w:t>
      </w:r>
    </w:p>
    <w:p>
      <w:r>
        <w:t>Opravné uznesenie Krajského súdu Bratislava z 13. apríla 2016, sp. zn. 4Sp/8/2014, ECLI:SK:KSBA:2016:1014200892.2</w:t>
      </w:r>
    </w:p>
    <w:p>
      <w:r>
        <w:t>Súd: Krajský súd Bratislava</w:t>
      </w:r>
    </w:p>
    <w:p>
      <w:r>
        <w:t>Spisová značka: 4Sp/8/2014</w:t>
      </w:r>
    </w:p>
    <w:p>
      <w:r>
        <w:t>ECLI: ECLI:SK:KSBA:2016:1014200892.2</w:t>
      </w:r>
    </w:p>
    <w:p>
      <w:r>
        <w:t>Dátum vydania: 13. 4.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4Sp/8/2014 Identifikačné číslo súdneho spisu: 1014200892 Dátum vydania rozhodnutia: 14. 04. 2016 Meno a priezvisko sudcu, VSÚ: Mgr. Dáša Hlavatá ECLI: ECLI:SK:KSBA:2016:1014200892.2 Opravné uznesenie Krajský súd v Bratislave v konaní pred samosudcom JUDr. Ľubomírom Šramkom, právnej veci navrhovateľov: 1/ D.. G. B., 2/ D.. T. B., obaja bytom O. XX, B., proti odporcovi Okresný úrad Bratislava, katastrálny odbor, Ružová dolina 27, Bratislava, o preskúmanie zákonnosti rozhodnutia odporcu č. V-5514/14 zo dňa 9.4.2014, takto r o z h o d o l : Súd opravuje záhlavie uznesenia č.k. 4Sp/8/2014-19 zo dňa 24.2.2016 tak, že toto správne znie: „Krajský súd v Bratislave v konaní pred samosudcom JUDr. Ľubomírom Šramkom, právnej veci navrhovateľov: 1/ D.. G. B., 2/ D.. T. B., obaja bytom O. XX, B., proti odporcovi Okresný úrad Bratislava, katastrálny odbor, Ružová dolina 27, Bratislava, o preskúmanie zákonnosti rozhodnutia odporcu č. V-5514/14 zo dňa 9.4.2014“ o d ô v o d n e n i e : Dňa 24.2.2016 Krajský súd v Bratislave (ďalej len „súd“) vyhlásil uznesenie č.k. 4Sp/8/2014-19, ktorým konanie zastavil a zároveň nepriznal navrhovateľom náhradu trov konania. Tunajší súd zistil, že v predmetnom rozhodnutí došlo k chybe v písaní a počítaní, keď v záhlaví nesprávne uviedol navrhovateľa v prvom rade ako Ing. Štefana B., nakoľko tento má správne znieť Ing. František B.. Podľa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Súd s poukazom na ust. § 164 O.s.p. rozhodol tak, ako je uvedené vo výrokovej časti tohto uznesenia. Poučenie: Proti tomuto uzneseniu možno podať odvolanie v lehote 15 dní odo dňa jeho doručenia na Najvyšší súd Slovenskej republiky prostredníctvom Krajského súdu v Bratislave, písomne, vo dvoch vyhotoveniach. V prípade, že rozhodnutie vydal súdny úradník, je odvolanie prípustné, ak ho podá oprávnená osoba v lehote do 15 dní od jeho doručenia písomne na Krajský súd v Bratislave v dvoch vyhotoveniach. Podaním odvolania sa také rozhodnutie zruší a opätovne rozhodne sudca. V odvolaní sa má popri všeobecných náležitostiach (z odvolania musí byť zjavné, ktorému súdu je určené, kto ho robí, ktorej veci sa týka a čo sleduje, a musí byť podpísané a datované; odvolanie treba predložiť s potrebným počtom rovnopisov a s prílohami tak, aby jeden rovnopis zostal na súde a aby každý účastník dostal jeden rovnopis, ak je to potrebné; ak účastník nepredloží potrebný počet rovnopisov a príloh, súd vyhotoví kópie na jeho trovy) uviesť, proti ktorému rozhodnutiu smeruje, v akom rozsahu sa napáda, v čom sa toto rozhodnutie alebo postup súdu považuje za nesprávny a čoho sa odvolateľ domáha. (§ 205 ods. 1 O.s.p). Odvolacia lehota v prípade opravovaného rozsudku plynie znovu od doručenia opravného uznesenia len v rozsahu vykonanej opravy (§ 204 ods. 1 O.s.p.)</w:t>
      </w:r>
    </w:p>
    <w:p/>
    <w:p>
      <w:r>
        <w:t>Zdroj: KAUZIS.SK – https://www.kauzis.sk/judikatura/r/ECLI:SK:KSBA:2016:1014200892.2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