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10Sd/74/2014 z 18. 4. 2016</w:t>
      </w:r>
    </w:p>
    <w:p>
      <w:r>
        <w:t>Rozsudok Krajského súdu Bratislava z 18. apríla 2016, sp. zn. 10Sd/74/2014, ECLI:SK:KSBA:2016:1014200923.3</w:t>
      </w:r>
    </w:p>
    <w:p>
      <w:r>
        <w:t>Súd: Krajský súd Bratislava</w:t>
      </w:r>
    </w:p>
    <w:p>
      <w:r>
        <w:t>Spisová značka: 10Sd/74/2014</w:t>
      </w:r>
    </w:p>
    <w:p>
      <w:r>
        <w:t>ECLI: ECLI:SK:KSBA:2016:1014200923.3</w:t>
      </w:r>
    </w:p>
    <w:p>
      <w:r>
        <w:t>Dátum vydania: 18. 4. 2016</w:t>
      </w:r>
    </w:p>
    <w:p>
      <w:r>
        <w:t>Forma: Rozsudok</w:t>
      </w:r>
    </w:p>
    <w:p>
      <w:r>
        <w:t>Oblasť práva: Správne právo</w:t>
      </w:r>
    </w:p>
    <w:p>
      <w:pPr>
        <w:pStyle w:val="Heading2"/>
      </w:pPr>
      <w:r>
        <w:t>Text rozhodnutia</w:t>
      </w:r>
    </w:p>
    <w:p>
      <w:r>
        <w:t>Súd: Krajský súd Bratislava Spisová značka: 10Sd/74/2014 Identifikačné číslo súdneho spisu: 1014200923 Dátum vydania rozhodnutia: 19. 04. 2016 Meno a priezvisko sudcu, VSÚ: JUDr. Beata Jurgošová ECLI: ECLI:SK:KSBA:2016:1014200923.3 ROZSUDOK V MENE SLOVENSKEJ REPUBLIKY Krajský súd v Bratislave sudkyňou JUDr. Beátou Jurgošovou v právnej veci navrhovateľa: L. Ď., bytom Č. XXXX/XX, Q. proti odporkyni: Sociálnej poisťovni ústredie v Bratislave, Ul. 29. augusta č. 8, Bratislava, o invalidný dôchodok, takto r o z h o d o l : Súd rozhodnutie odporkyne číslo XXX XXX XXXX X - I.. zo dňa 22. mája 2015 potvrdzuje. Účastníkom náhradu trov konania nepriznáva. o d ô v o d n e n i e : Rozhodnutím číslo XXX XXX XXXX X zo dňa 13.2.2014 odporkyňa podľa § 70 a § 71 zákona č. 461/2003 Z.z. o sociálnom poistení v znení neskorších predpisov zamietla žiadosť navrhovateľa o invalidný dôchodok zo dňa 23. januára 2014. Rozhodnutím číslo XXX XXX XXXX X - I.. zo dňa 22.5.2015 odporkyňa podľa § 112 zákona č. 461/2003 Z.z. o sociálnom poistení zrušila rozhodnutie Sociálnej poisťovne, ústredie, číslo XXX XXX XXXX zo dňa 13.2.2014 o zamietnutí žiadosti o priznanie invalidného dôchodku a súčasne vyhovela čiastočne opravnému prostriedku navrhovateľa. Rozhodnutím číslo XXX XXX XXXX X-I.. zo dňa 12. mája 2015 odporkyňa podľa § 70 ods. 1 a § 82 zákona č. 461/2003 Z.z. o sociálnom poistení v znení neskorších predpisov priznala navrhovateľovi od 23. januára 2015 invalidný dôchodok v sume 183,00 eur mesačne. Rozhodla tak s odôvodnením, že podľa posudku posudkového lekára sociálneho poistenia Sociálnej poisťovne, pobočka Banská Bystrica zo dňa 26. marca 2015 navrhovateľ bol uznaný za invalidného, z dôvodu, že má pokles schopnosti vykonávať zárobkovú činnosť o 45% v porovnaní so zdravou fyzickou osobou. Navrhovateľ návrhom zo dňa 19.3.2014 žiadal preskúmať rozhodnutie odporkyne zo dňa 13.2.2014, a poukázal na nepriaznivý zdravotný stav. Následne po vydaní rozhodnutia číslo XXX XXX XXXX X - I.. zo dňa 22. mája 2015, navrhovateľ vo svojom vyjadrení zo dňa 28.7.2015 uviedol, že nesúhlasí so stanovým dátumom vzniku invalidity. Krajský súd preskúmal napadnuté rozhodnutie podľa § 250l a nasl. O.s.p., prejednal návrh navrhovateľa a dospel k záveru, že návrh nie je dôvodný. Krajský súd vykonal dokazovanie výsluchom navrhovateľa, odporkyne, posudkom posudkového lekára Sociálnej poisťovne pobočky Bratislava zo dňa 23.1.2014, posudkom posudkového lekára Sociálnej poisťovne ústredie Bratislava zo dňa 5. júna 2014, posudkom posudkového lekára Sociálnej poisťovne ústredie Bratislava zo dňa 26. marca 2015 a posudkom posudkového lekára Sociálnej poisťovne ústredie Bratislava zo dňa 13.januára 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navrhovateľa o invalidný dôchodok, zdravotný stav a pracovná schopnosť navrhovateľa boli posúdené posudkovým lekárom Sociálnej poisťovne pobočka Bratislava dňa 23.1.2014, ktorý uviedol, že posledné neurologické vyšetrenie z novembra 2013 dokumentuje benignú intrakraniálnu hypertenziu, ťažkosti pri krčnej diskopatii a psychiater klasifikuje ochorenie ako prejavy anxiózne depresívneho syndrómu, bez závažného objektívneho nálezu so somatizáciou. Psychologické vyšetrenie tiež potvrdilo závažné zdravotné postihnutie. Vzhľadom na uvedené bola zvolená MPSVZČ v strednej hranici danej položky 30 %. Uviedol, že invalidita nevznikla. Posudkový lekár Sociálnej poisťovne ústredie Bratislava v posudku zo dňa 5.6.2014 uviedol, že navrhovateľ nie je invalidný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u navrhovateľa je 30 %. Posudkový lekár Sociálnej poisťovne ústredie Bratislava v posudku zo dňa 26. marca 2015 uviedol, že počas opakovaných hospitalizácií na neurologickej klinike v januári 2013, v apríli 2013, v júni 2013, v januári 2014 a naposledy v máji 2014 bol navrhovateľ komplexne vyšetrený. Vylúčené bolo nádorové ochorenie mozgu, súčasne bolo vylúčené neurodegeneratívne ochorenie mozgu. Na ťažkostiach navrhovateľa sa podieľajú bolesti chrbtice najmä v oblasti krčného segmentu s vyžarovaním do oboch ramien, čo neurológ hodnotil ako cervikokraniálny a cervikobrachiálny syndróm. Pravdepodobne ide o následok polytraumy z roku 1994, kedy mal autonehodu s otrasom mozgu a traumatickou zlomeninou 3. krčného stavca a zlomeninou kľúčnej kosti vpravo, ktoré boli riešené konzervatívne. Podľa opakovaných vyšetrení je u menovaného v objektívnom náleze popísaná mierna funkčná porucha chrbtice s difúznym spazmom paravertebrálneho svalstva, bez výraznejších prejavov koreňového dráždenia, ktorá pri určení uvedeného ochorenia, za rozhodujúce zdravotné postihnutie pre stanovenie miery poklesu schopnosti vykonávať zárobkovú činnosť podmieňuje len mieru poklesu schopnosti vykonávať zárobkovú činnosť 30 %. Okrem ochorenia chrbtice so subjektívne udávanými bolesťami a s poruchou dynamiky je v klinickom obraze od januára 2013 prítomná larvovaná depresia so somatizáciou u premorbidne astenickej osobnosti. Mal zahájenú liečbu antidepresívami, anxiolytikami. Psychiatrické ochorenie bolo diagnosticky doriešené až počas hospitalizácie v psychiatrickom stacionári, ktorá trvala od 27.10.2014 do 31.12.2014. Kompletnú prepúšťaciu správu z uvedenej hospitalizácie nemali k dispozícii. Predložená bola len 1. časť, ktorá obsahuje anamnestické údaje. Až pri psychiatrickom vyšetrení zo dňa 23.01.2015 psychiater uviedol, že počas hospitalizácie bolo ochorenie hodnotené ako depresívna porucha so somatickými ťažkosťami s chronifikovaným priebehom, s nepriaznivou prognózou. Miera poklesu schopnosti vykonávať zárobkovú činnosť pri stredne ťažkej depresívnej poruche so somatickými ťažkosťami s chronickým priebehom je 45 %. Dátum vzniku invalidity určil až dňom psychiatrického vyšetrenia, t. j. 23.01.2015, ktoré jednoznačne dokumentuje depresívnu poruchu, stredne ťažkú, chronifikovanú, recidivujúcu s nepriaznivým priebehom napriek liečbe. Až v tomto období možno psychické ochorenie hodnotiť ako dlhodobo nepriaznivý zdravotný stav. Ostatné ochorenia uvedené pod chorobu v Lekárskej správe sú posudkovo nezávažné, nezvyšujú mieru poklesu schopnosti vykonávať zárobkovú činnosť. Uviedol, že rozhodujúcim zdravotným postihnutím u navrhovateľa sú duševné choroby a poruchy správania, poruchy nálad, depresívne, periodické - stredne ťažké formy (kapitola V., položka 3, písm. a ) prílohy č. 4 zákona č. 461/2003 Z.z.), kde mieru poklesu schopnosti vykonávať zárobkovú činnosť posudkový lekár stanovil na 45%. Celková miera poklesu schopnosti vykonávať zárobkovú činnosť u navrhovateľa je 45%. Dátum vzniku invalidity stanovil od 23.01.2015. Navrhovateľ je invalidný podľa § 71 ods. 1 zákona č. 461/2003 Z.z. o sociálnom poistení. Posudkový lekár Sociálnej poisťovne ústredie Bratislava v posudku zo dňa 13. januára 2016 uviedol že na základe psychiatrického vyšetrenia zo dňa 23.1.2015, kde je potvrdená depresívna porucha s chronickým priebehom a somatickými ťažkosťami s nepriaznivou prognózou uznala posudková lekárka žiadateľa invalidným s MPSVZČ 45 % . Rozhodujúcim zdravotným postihnutím u navrhovateľa sú duševné choroby a poruchy správania, poruchy nálad (manické, depresívne, periodické), stredne ťažké formy (kapitola V., položka 3.a), F 33 prílohy č. 4 zákona č. 461/2003 Z.z.). Bola zvolená horná hranica z percentuálneho rozpätia 35% až 45 % pre túto položku. Celková miera poklesu schopnosti vykonávať zárobkovú činnosť u navrhovateľa je 45%, pričom posudkový lekár zaujal stanovisko, že takto stanovená miera poklesu schopnosti vykonávať zárobkovú činnosť je pre navrhovateľa mimoriadne priaznivá. Navrhovateľ je invalidný podľa § 71 ods. 1 zákona č. 461/2003 Z.z. o sociálnom poistení v znení neskorších predpisov. Navrhovateľ môže vykonávať prácu bez nadmernej fyzickej námahy, bez obsluhy strojov a zariadení, môže vykonávať prácu podľa získaného vzdelania a pracovných skúseností, i na skrátený úväzok. Zástupkyňa odporkyne žiadala napadnuté rozhodnutie ako vecne správne potvrdiť. Posudkový lekári sociálneho poistenia Sociálnej poisťovne ústredie Bratislava vo svojich vyššie uvedených posudkoch, a to zo dňa 26.3.2015 a 13.1.2016 zohľadnili všetky navrhovateľom uvádzané ťažkosti a vysporiadali sa s lekárskymi nálezmi nachádzajúcimi sa v zdravotnej dokumentácii navrhovateľa a konštatovali, že až pri psychiatrickom vyšetrení zo dňa 23.1.2015 psychiater uvádza, že počas hospitalizácie bolo ochorenie hodnotené ako depresívna porucha so somatickými ťažkosťami s chronifikovaným priebehom, s nepriaznivou prognózou. Dátum vzniku invalidity určili až dňom psychiatrického vyšetrenia, t.j. dňom 23.1.2015, ktoré jednoznačne dokumentuje depresívnu poruchu, stredne ťažkú, chronifikovanú, recidivujúcu s nepriaznivým priebehom napriek liečbe. Teda až v tomto období možno psychické ochorenie hodnotiť ako dlhodobo nepriaznivý zdravotný stav. Ostatné ochorenia sú posudkovo nezávažné, nezvyšujú mieru poklesu schopnosti vykonávať zárobkovú činnosť. Zhodne určili, že rozhodujúcim zdravotným postihnutím u navrhovateľa sú duševné choroby a porucha správania, poruchy nálad, depresívne, periodické, stredne ťažké formy (kapitola V., položka 3 písm.a) prílohy č. 4 zákona č. 461/2003 Z.z.), kde mieru poklesu schopnosti vykonávať zárobkovú činnosť posudkoví lekári stanovili na 45%. Celková miera poklesu schopnosti vykonávať zárobkovú činnosť u navrhovateľa je 45%. Dátum vzniku invalidity stanovili od 23.1.2015, teda dňom psychiatrického vyšetrenia, nakoľko až toto psychiatrické vyšetrenie jednoznačne potvrdzuje depresívnu poruchu, stredne ťažkú, chronifikovanú, recidivujúcu s nepriaznivým priebehom napriek liečbe. Až v tomto období je možné psychické ochorenie hodnotiť ako dlhodobo nepriaznivý zdravotný stav. Spätné uznanie invalidity pred dátumom priznania invalidity z posudkového hľadiska je bezpredmetné. Závery posudkov posudkových lekárov sú odborné, presvedčivé, náležite zdôvodnené a súd nezistil rozpor medzi ich závermi a zisteným skutočným stavom. Krajský súd preto z vyššie uvedených dôvodov rozhodnutie číslo XXX XXX XXXX X - I.. zo dňa 22. mája 2015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https://www.kauzis.sk/judikatura/r/ECLI:SK:KSBA:2016:1014200923.3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