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6S/137/2014 z 27. 9. 2016</w:t>
      </w:r>
    </w:p>
    <w:p>
      <w:r>
        <w:t>Uznesenie Krajského súdu Bratislava z 27. septembra 2016, sp. zn. 6S/137/2014, ECLI:SK:KSBA:2016:1014201078.1</w:t>
      </w:r>
    </w:p>
    <w:p>
      <w:r>
        <w:t>Súd: Krajský súd Bratislava</w:t>
      </w:r>
    </w:p>
    <w:p>
      <w:r>
        <w:t>Spisová značka: 6S/137/2014</w:t>
      </w:r>
    </w:p>
    <w:p>
      <w:r>
        <w:t>ECLI: ECLI:SK:KSBA:2016:1014201078.1</w:t>
      </w:r>
    </w:p>
    <w:p>
      <w:r>
        <w:t>Dátum vydania: 27. 9. 2016</w:t>
      </w:r>
    </w:p>
    <w:p>
      <w:r>
        <w:t>Forma: Uznesenie</w:t>
      </w:r>
    </w:p>
    <w:p>
      <w:pPr>
        <w:pStyle w:val="Heading2"/>
      </w:pPr>
      <w:r>
        <w:t>Text rozhodnutia</w:t>
      </w:r>
    </w:p>
    <w:p>
      <w:r>
        <w:t>Súd: Krajský súd Bratislava Spisová značka: 6S/137/2014 Identifikačné číslo súdneho spisu: 1014201078 Dátum vydania rozhodnutia: 28. 09. 2016 Meno a priezvisko sudcu, VSÚ: JUDr. Vlastimil Pavlikovský ECLI: ECLI:SK:KSBA:2016:1014201078.1 Uznesenie Krajský súd v Bratislave v právnej veci žalobcu: GfK Slovakia, s.r.o., so sídlom Račianska 153, 831 54 Bratislava, právne zastúpený: BUŽEK &amp; TEREM advokáti s.r.o., advokátska kancelária so sídlom Mariánska 12, 811 08 Bratislava, proti žalovanému: Národný inšpektorát práce, so sídlom Masarykova 10, 040 01 Košice, v konaní o preskúmanie zákonnosti rozhodnutia žalovaného č. S/2014/00431-2.1, O-163/2014 zo dňa 4.6.2014, jednohlasne, takto r o z h o d o l : Krajský súd v Bratislave p o s t u p u j e vec Krajskému súdu v Prešove. o d ô v o d n e n i e : 1. Žalobou doručenou Krajskému súdu v Bratislave dňa 26.6.2014 (sa žalobca domáhal preskúmania zákonnosti rozhodnutia žalovaného č. S/2014/00431-2.1, O-163/2014 zo dňa 4.6.2014, ktorým žalovaný odvolanie žalobcu ako účastníka správneho konania zamietol a rozhodnutie Inšpektorátu práce Prešov č. P: 193/2013-R2, S/7401/13/5814/14 zo dňa 21.3.2014 o uložení pokuty vo výške 100.000,- € za porušenie zákazu nelegálneho zamestnávania, potvrdil. 2.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Inšpektorát práce Prešov, a teda miestne (aj vecne) príslušným je Krajský súd v Prešove,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Prešove.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https://www.kauzis.sk/judikatura/r/ECLI:SK:KSBA:2016:1014201078.1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