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2S/148/2014 z 31. 5. 2016</w:t>
      </w:r>
    </w:p>
    <w:p>
      <w:r>
        <w:t>Uznesenie Krajského súdu Bratislava z 31. mája 2016, sp. zn. 2S/148/2014, ECLI:SK:KSBA:2016:1014201134.1</w:t>
      </w:r>
    </w:p>
    <w:p>
      <w:r>
        <w:t>Súd: Krajský súd Bratislava</w:t>
      </w:r>
    </w:p>
    <w:p>
      <w:r>
        <w:t>Spisová značka: 2S/148/2014</w:t>
      </w:r>
    </w:p>
    <w:p>
      <w:r>
        <w:t>ECLI: ECLI:SK:KSBA:2016:1014201134.1</w:t>
      </w:r>
    </w:p>
    <w:p>
      <w:r>
        <w:t>Dátum vydania: 31. 5. 2016</w:t>
      </w:r>
    </w:p>
    <w:p>
      <w:r>
        <w:t>Forma: Uznesenie</w:t>
      </w:r>
    </w:p>
    <w:p>
      <w:pPr>
        <w:pStyle w:val="Heading2"/>
      </w:pPr>
      <w:r>
        <w:t>Text rozhodnutia</w:t>
      </w:r>
    </w:p>
    <w:p>
      <w:r>
        <w:t>Súd: Krajský súd Bratislava Spisová značka: 2S/148/2014 Identifikačné číslo súdneho spisu: 1014201134 Dátum vydania rozhodnutia: 01. 06. 2016 Meno a priezvisko sudcu, VSÚ: Mgr. Viliam Pohančeník ECLI: ECLI:SK:KSBA:2016:1014201134.1 Uznesenie Krajský súd v Bratislave v právnej veci žalobcu: J-OSCAR s.r.o. (právny nástupca MARQES, s.r.o.), IČO: 47 696 231, Kyjevská 4, Bratislava, proti žalovanému: Finančné riaditeľstvo Slovenskej republiky, Lazovná 63, Banská Bystrica, o preskúmanie zákonnosti rozhodnutia žalovaného č. XXXXXXX/X/ XXXXXX/XXXX/XXX zo dňa 05.05.2014, takto r o z h o d o l : Krajský súd v Bratislave konanie z a s t a v u j e . Žiaden z účastníkov nemá právo na náhradu trov konania. Krajský súd v Bratislave v r a c i a žalobcovi súdny poplatok vo výške 63,30 eur prostredníctvom Slovenská pošta, a.s., CVFT, OSA, Thurzova 1, 042 21 Košice. Súdny poplatok bude vrátený po nadobudnutí právoplatnosti uznesenia. o d ô v o d n e n i e : Žalobou doručenou Krajskému súdu v Bratislave dňa 08.07.2014 sa žalobca domáhal preskúmania zákonnosti rozhodnutia žalovaného č. XXXXXXX/X/XXXXXX/XXXX/XXX zo dňa 05.05.2014, ktorým žalovaný podľa § 74 ods. 4 zákona č. 563/2009 Z. z. o správe daní (daňový poriadok) a o zmene a doplnení niektorých zákonov v znení neskorších predpisov (ďalej aj len „daňový poriadok“) potvrdil rozhodnutie Daňového úradu Bratislava č. XXXXXXX/X/XXXXXX/XXXX/Ráš zo dňa 28.01.2014, ktorým znížil nadmerný odpočet zo sumy XXX XXX,XX eur na sumu XX XXX,XX eur a určil žalobcovi podľa § 68 ods. 6 daňového poriadku za zdaňovacie obdobie október 2012 rozdiel dane z pridanej hodnoty v sume XXX XXX,- eur. Dňa 20.10.2015 bolo Krajskému súdu v Bratislave doručené oznámenie právneho zástupcu pôvodného žalobcu o zániku spoločnosti MARQES, s.r.o. v dôsledku zlúčenia so spoločnosťou J-OSCAR s.r.o. a tiež o tom, že konateľ spoločnosti J-OSCAR s.r.o. mu neudelil splnomocnenie na jeho zastupovanie v tomto konaní. Dňa 28.11.2014 bolo Krajskému súdu v Bratislave doručené odvolanie plnej moci, ktorú spoločnosť MARQES, s.r.o. udelila JUDr. Milanovi Martinkovi na zastupovanie v tomto konaní. Výzvou Krajského súdu v Bratislave č. k. 2S/148/2014-23 zo dňa 22.03.2014 bol žalobca vyzvaný, aby v lehote 7 dní odo dňa doručenia výzvy oznámil súdu, či trvá na žalobe podanej jeho právnym predchodcom a aby v rovnakej lehote predložil v súlade § 250a O.s.p. pod následkom zastavenia konania plnomocenstvo udelené advokátovi na jeho zastupovanie v tomto konaní. Táto zásielka sa vrátila súdu dňa 07.04.2016 s informáciou od poštového doručovateľa: „adresát neznámy“. Podľa § 48 ods. 2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Vzhľadom na to, že súdu sa výzvu č. k. 2S/148/2014-23 zo dňa 22.03.2014 nepodarilo doručiť na adresu uvedenú v obchodnom registri Slovenskej republiky ako sídlo žalobcu a iná adresa nie je súdu známa, súd vychádzal v zmysle ustanovenia § 48 ods. 2 O.s.p. z fikcie doručenia. Predmetná výzva sa považuje po troch dňoch od vrátenia nedoručenej zásielky súdu za doručenú a to aj vtedy, ak ten, kto je oprávnený konať za právnickú osobu, sa o tom nedozvie, čo je v danom prípade deň 12.04.2016.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Podľa § 11 ods. 3 veta tretia zákona č. 71/1992 Zb. o súdnych poplatkoch a poplatku za výpis z registra trestov v znení neskorších predpisov (ďalej len „zákon o súdnych poplatkoch“) v konaní o preskúmaní rozhodnutia orgánu verejnej správy sa poplatok vráti, ak sa návrh na začatie konania vzal späť pred prejednaním veci alebo ak bolo konanie zastavené z dôvodu, že účastník nebol v konaní riadne zastúpený. Podľa § 11 ods. 4 veta prvá zákona o súdnych poplatkoch, okrem poplatku v rozvodovom konaní a poplatku, ktorý sa vracia podľa odseku 1, sa poplatok alebo jeho časť (preplatok) vracia krátený o 1 %, najmenej však 6,70 eura.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Vzhľadom na to, že žalobca zaplatil súdny poplatok za žalobu vo výške 70,- eur a konanie bolo zastavené z dôvodu, že žalobca nebol v konaní riadne zastúpený, Krajský súd v Bratislave rozhodol o vrátení súdneho poplatku kráteného o sumu 6,70 eur podľa § 11 ods. 3 veta tretia a § 11 ods. 4 veta prvá zákona o súdnych poplatkoch tak, ako je uvedené vo výroku tohto uznesenia. Súdny poplatok bude žalobcovi vrátený prostredníctvom Slovenskej pošty, a.s., CVFT, OSA, Thurzova 1, 042 21 Košice po nadobudnutí právoplatnosti uznesenia. Toto rozhodnutie senát Krajského súdu v Bratislave prijal pomerom hlasov 3 : 0 (§ 3 ods. 9 zákona č. 757/2004 Z. 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https://www.kauzis.sk/judikatura/r/ECLI:SK:KSBA:2016:1014201134.1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