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1Cbi/9/2014 z 26. 4. 2016</w:t>
      </w:r>
    </w:p>
    <w:p>
      <w:r>
        <w:t>Rozsudok Krajského súdu Bratislava z 26. apríla 2016, sp. zn. 1Cbi/9/2014, ECLI:SK:KSBA:2016:1014201162.3</w:t>
      </w:r>
    </w:p>
    <w:p>
      <w:r>
        <w:t>Súd: Krajský súd Bratislava</w:t>
      </w:r>
    </w:p>
    <w:p>
      <w:r>
        <w:t>Spisová značka: 1Cbi/9/2014</w:t>
      </w:r>
    </w:p>
    <w:p>
      <w:r>
        <w:t>ECLI: ECLI:SK:KSBA:2016:1014201162.3</w:t>
      </w:r>
    </w:p>
    <w:p>
      <w:r>
        <w:t>Dátum vydania: 26. 4. 2016</w:t>
      </w:r>
    </w:p>
    <w:p>
      <w:r>
        <w:t>Forma: Rozsudok</w:t>
      </w:r>
    </w:p>
    <w:p>
      <w:pPr>
        <w:pStyle w:val="Heading2"/>
      </w:pPr>
      <w:r>
        <w:t>Text rozhodnutia</w:t>
      </w:r>
    </w:p>
    <w:p>
      <w:r>
        <w:t>Súd: Krajský súd Bratislava Spisová značka: 1Cbi/9/2014 Identifikačné číslo súdneho spisu: 1014201162 Dátum vydania rozhodnutia: 27. 04. 2016 Meno a priezvisko sudcu, VSÚ: JUDr. Jarmila Glončáková ECLI: ECLI:SK:KSBA:2016:1014201162.3 ROZSUDOK V MENE SLOVENSKEJ REPUBLIKY Krajský súd v Bratislave sudkyňou JUDr. Jarmilou Glončákovou v právnej veci žalobcu V.I.Trade s. r. o., IČO 31 435 530, Novozámocká 102, Nitra, zast. JUDr. Radovanom Hraboveckým, advokátom vykonávajúcim advokáciu ako spoločník a konateľ advokátska kancelária JUDr. Radovan Hrabovecký - advocati s. r. o., Panenská 24, Bratislava, proti žalovanému JUDr. Ing. Vladimír Neuschl, správca konkurznej podstaty úpadcu D.V.P. - Družstvo Vzájomnej pomoci v konkurze, IČO 34 149 821, Wilsonovo nábrežie 64, Nitra, o vylúčenie veci zo súpisu konkurznej podstaty úpadcu, takto r o z h o d o l : Súd ukladá žalovanému vylúčiť nehnuteľnosti nachádzajúce sa v katastrálnom území Z. S., obec K., okres K., zapísané na LV č. XXXX, vedeným Okresným úradom K., katastrálny odbor: a/ pozemok, parc. reg. „D.“, parc. č. XXX, o výmere 791 m2, zastavené plochy, b/ pozemok, parc. reg. „D.“, parc. č. XXX/X, o výmere 545 m2, zastavené plochy, c/ pozemok, parc. reg. „D.“, parc. č. XXX/X, o výmere 206 m2, zastavené plochy, d/ stavba, súpis. č. XX, postavená na pozemku parc. reg. „D.“, parc. č. XXX, ubytovňa zo súpisu majetku konkurznej podstaty úpadcu D.V.P. - Družstvo Vzájomnej Pomoci v konkurze, IČO 34 149 821, Wilsonovo nábr. 64, Nitra, zapísané v obchodnom registri Okresného súdu Nitra, odd. Dr. vložka č. 212/N, v konkurznom konaní vedenom na Krajskom súde v Bratislave pod sp. zn. 8K 81/2002. Žalovaný je povinný zaplatiť 3 873,01 Eur na náhradu trov konania žalobcovi, k rukám práv. zást. žalobcu, do 3 dní od právoplatnosti rozsudku. o d ô v o d n e n i e : Žalobca si žalobou došlou súdu dňa 14. 07. 2014 uplatnil právo na vylúčenie nehnuteľností: a/ pozemok, parc. reg. „D.“, parc. č. XXX o výmere 791 m2, zastavené plochy b/pozemok, parc. reg. „D.“, parc. č. XXX/X o výmere 545 m2, zastavené plochy c/ pozemok, parc. reg. „D.“, parc. č. XXX/X o výmere 206 m2, zastavané plochy d/ stavba, súpis. č. XX, postavená na pozemku, parc. reg. „D.“, parc. č. XXX, ubytovňa všetky nachádzajúce sa v katastrálnom území Z. S., obec K., okres K., zapísané na LV č. XXXX, vedeným Okresným úradom K., katastrálny odbor, /ďalej len nehnuteľnosti/ zo súpisu majetku konkurznej podstaty úpadcu D. V. P. - Družstvo Vzájomnej pomoci v konkurze, Wilsonovo nábrežie 64, Nitra, v konkurznom konaní vedenom na Krajskom súde Bratislava pod sp. zn. 8K 81/2002. Z dôvodov žaloby vyplýva, že uznesením Krajského súdu v Bratislave sp. zn. 8K 81/02 zo dňa 07. 10. 2003 bol na majetok družstva D. V. P. - Družstvo Vzájomnej Pomoci, so sídlom v Nitre vyhlásený konkurz. Žalobcovi bola doručená výzva súdu na uplatnenie práva k vyššie uvedeným nehnuteľnostiam, podaním žaloby o ich vylúčenie zo súpisu konkurznej podstaty úpadcu podľa ust. § 19 ods. 2 zákona č. 328/1991 Zb. o konkurze a vyrovnaní /ďalej len ZKV/. Z dôvodu, že v súčasnosti je žalobca dôvodne a oprávnene zapísaný ako výlučný vlastník nehnuteľností v podiele 1/1 z celku, na základe čoho úpadca nemôže byť a nie je vlastníkom, ani spoluvlastníkom nehnuteľností, nie je zaradenie nehnuteľností, ani ktorejkoľvek ich časti do súpisu majetku konkurznej podstaty úpadcu dôvodné a oprávnené. Dňa 19. 04. 2002 bola medzi úpadcom, ako predávajúcim a spoločnosťou DVD Nitra, s. r. o., Nitra, ako kupujúcim /právny predchodca žalobcu/ uzatvorená kúpna zmluva o prevode vlastníctva k nehnuteľnostiam, predmetom ktorej bol odplatný prevod výlučného vlastníckeho práva k nehnuteľnostiam z úpadcu na právneho predchodcu žalobcu /ďalej len kúpna zmluva v 1. rade/. Vklad vlastníckeho práva k nehnuteľnostiam v prospech právneho predchodcu žalobcu na základe kúpnej zmluvy v 1. rade bol povolený rozhodnutím W. katastra K. /právoplatné dňa 24. 05. 2002/. Kúpna cena bola dohodnutá v sume 3 200 000,- Sk, hodnota nehnuteľností bola určená znaleckým posudkom č. 059/2002, vyhotoveným znalcom Ing. M. Medekom zo dňa 17. 04. 2002. Záväzok uhradiť kúpnu cenu za prevod vlastníckeho práva k nehnuteľnostiam, na základe kúpnej zmluvy v 1. rade zanikol riadne a včas na základe dohody o započítaní pohľadávok uzatvorenej medzi právnym predchodcom žalobcu a úpadcom zo dňa 15. 05. 2002 /dohoda o započítaní/. Dňa 01. 04. 2009 bola medzi právnym predchodcom žalobcu, ako predávajúcim a žalobcom, ako kupujúcim uzatvorená kúpna zmluva o odplatnom prevode výlučného vlastníckeho práva k nehnuteľnostiam /ďalej len kúpna zmluva v 2. rade/. Vklad vlastníckeho práva k nehnuteľnostiam v prospech žalobcu bol povolený rozhodnutím Správy katastra K. /právoplatné dňa 07. 04. 2009/. Kúpna cena, v sume 70 000,- Eur bola vinkulovaná na bankovom účte žalobcu a uvoľnená v prospech právneho predchodcu žalobcu. Záväzok uhradiť kúpnu cenu za prevod vlastníckeho práva k nehnuteľnostiam, na základe kúpnej zmluvy v 2. rade zanikol riadne a včas na základe uhradenia dohodnutej kúpnej ceny. V súčasnosti je žalobca zapísaný na liste vlastníctva č. XXXX vedený Okresným úradom K., katastrálny odbor, ako výlučný vlastník nehnuteľností. V ďalšom žalobca uviedol, že nemá vedomosť o tom, že by žalovaný vyzval právneho predchodcu žalobcu na úhradu kúpnej ceny za prevod vlastníckeho práva v zmysle kúpnej zmluvy v 1. rade podľa ust. § 14 ods. 1 písm. a/, v spojení s ust. § 14 ods. 1 písm. g/ a ust. § 14 ods. 4 ZKV a tiež nemá vedomosť o tom, že by žalovaný z dôvodu neuhradenia kúpnej ceny právnym predchodcom žalobcu v zmysle kúpnej zmluvy v 1. rade odstúpil od kúpnej zmluvy v 1. rade. Skutočnosť, že správca konkurznej podstaty posúdil kúpnu zmluvu v 1. rade za platnú preukazuje aj podanie odporovacej žaloby, ktorou sa správca konkurznej podstaty domáha určenia, že právny úkon úpadcu spočívajúci v uzatvorení tejto kúpnej zmluvy je právne neúčinný voči konkurzným veriteľom. Nakoľko odporovaciu žalobu je možné podať len proti platnému právnemu úkonu, niet pochýb o tom, že správca konkurznej podstaty považoval kúpnu zmluvu v 1. rade za platnú. V prípade neplatnosti dohody o započítaní poskytoval zákon o konkurze a vyrovnaní správcovi konkurznej podstaty možnosť uplatniť právo úpadcu na úhradu dohodnutej kúpnej ceny a v prípade jej neuhradenia v dodatočnej primeranej lehote odstúpiť od kúpnej zmluvy v 1. rade podľa ust. § 346 ods. 1 zákona č. 513/1991 Zb. /Obch. zákonníka/ v spojení s ust. § 261 ods. 6 Obch. zákonníka, alebo odstúpiť od kúpnej zmluvy v 1. rade. Právny predchodca žalobcu bol oprávnený uzatvoriť so žalobcom kúpnu zmluvu v 2. rade z dôvodu, že kúpna zmluva v 1. rade je platná a nedošlo k jej zrušeniu. Žalovaný vo vyjadrení zo dňa 11. 11. 2014 uviedol, že otázka vylúčenia nehnuteľností zaradených do konkurznej podstaty úpadcu už bola predmetom súdneho konania, ktoré bolo vedené na Krajskom súde v Bratislave pod č. k. 6 Cbi/36/2007, žalobcu DEXA s. r. o. /pôvodné obchodné meno D.V.D. Nitra s. r. o./ so sídlom Novozámocká 226, Nitra, IČO 36 531 821, /DEXA s. r. o./ proti žalovanému správca úpadcu. Spoločnosť DEXA s. r. o. je právnym predchodcom žalobcu, v predmetnom spore. Rozsudkom zo dňa 29. 04. 2010 č. k. 6Cbi/36/2007-85 Krajský súd v Bratislave žalobu zamietol. Uvedený rozsudok nadobudol právoplatnosť dňom 16. 07. 2010. V nadväznosti na uvedený rozsudok je potrebné posúdiť prekážku res iudicata v zmysle ust. § 159 ods. 3 OSP. Žalovaný konštatoval, že z dôvodu singulárnej právnej sukcesie na strane žalobcu, je okruh účastníkov súdneho konania rovnaký, ako bol okruh účastníkov súdneho konania, vedeného na Krajskom súde v Bratislave pod č. k. 6 Cbi/36/2007. Rovnako s prihliadnutím na petit žaloby je totožný. Spoločnosť DEXA s. r. o., ako aj žalobca sa domáhali voči správcovi vylúčenia nehnuteľností z konkurznej podstaty úpadcu. K jednotlivým skutočnostiam, ktoré uvádza žalobca v návrhu, žalovaný uviedol, že inicioval konanie o odporovateľnosti právneho úkonu, dané súdne konanie je t. č. prerušené z dôvodu súdneho konania vedeného na Okresnom súde Nitra pod sp. zn. 12C/56/2009 o určenie vlastníckeho práva, predmetom ktorého je aj otázka určenia vlastníckeho práva k nehnuteľnostiam. Otázka platnosti kúpnych zmlúv bola ako prvá predmetom súdneho konania, vedeného na Okresnom súde Nitra pod sp. zn. 14C/224/2002 /žaloba správcu konkurznej podstaty bola zamietnutá/. Po odvolaní, Krajský súd v Nitre rozsudkom zo dňa 07. 07. 2007 č. k. 25Co/164/2005-443 vyslovil neplatnosť všetkých spomínaných kúpnych zmlúv práve s poukazom na ich rozpor s dobrými mravmi. Najvyšší súd SR rozsudkom zo dňa 23. 05. 2008 sp. zn. 1 Cdo/86/2007 zrušil rozsudok Krajského súdu v Nitre a vec mu vrátil na ďalšie konanie. Následne Krajský súd v Nitre opätovne rozhodol o odvolaní proti rozsudku Okresného súdu Nitra zo dňa 19. 09. 2005 č. k. 14C/224/2002-382 tak, že tento potvrdil z dôvodu absencie naliehavého právneho záujmu. Žalovaný viedol konanie o určenie vlastníckeho práva k dotknutým nehnuteľnostiam, ktoré Okresný súd Nitra rozsudkom zo dňa 22. 03. 2010 č. k. 12C/56/2009-263 zamietol s poukazom na dobromyseľnosť vlastníkov dotknutých nehnuteľností zapísaných v katastri nehnuteľností. Odvolací súd uvedený rozsudok potvrdil. Najvyšší súd SR rozsudok Krajského súdu v Nitre zrušil a vec mu vrátil na ďalšie konanie. Následne Krajský súd v Nitre uznesením zo dňa 31. 07. 2012 č. k. 9Co/320/2011-413 rozsudok Okresného súdu zo dňa 22. 03. 2010 zrušil a vec mu vrátil na ďalšie konanie. Okresný súd v Nitre rozsudkom zo dňa 07. 04. 2014 žalobu zamietol, z dôvodu absencie naliehavého právneho záujmu zo strany správcu konkurznej podstaty na určení vlastníckeho práva k daným nehnuteľnostiam. Otázka platnosti, resp. neplatnosti kúpnej zmluvy a tým aj otázka vlastníckeho práva k nehnuteľnostiam nebola meritórne právoplatne rozhodnutá, nakoľko k zamietnutiu žalôb na určenie či už platnosti kúpnych zmlúv, ako aj vlastníckeho práva k dotknutým nehnuteľnostiam došlo z dôvodu absencie naliehavého právneho záujmu zo strany správcu konkurznej podstaty. Jedine Krajský súd v Nitre v rozsudku zo dňa 03. 12. 2008 č. k. 25Co/86/2008-554 napriek potvrdeniu prvostupňového rozsudku o zamietnutí žaloby skonštatoval to, že napádané kúpne zmluvy považuje za neplatné z dôvodu ich rozporu s dobrými mravmi. Aj zo strany správcu konkurznej podstaty úpadcu je kúpna zmluva považovaná za absolútne neplatný právny úkon z dôvodu, že odporuje dobrým mravom, čo v zmysle ust. § 39 Obč. zákonníka má za následok neplatnosť právneho úkonu od jeho samotného začiatku. Tento názor vyplýva zo spôsobu vyhotovenia uvedeného právneho úkonu, časového sledu medzi podpísaním kúpnych zmlúv, následným úradným overením podpisov zo strany členov štatutárneho orgánu úpadcu, spôsobu dojednania splatnosti kúpnej ceny, spôsobu jej uhradenia, spôsobu znaleckého ocenenia prevádzaných nehnuteľností a časového sledu zabezpečenia zápisu vlastníckeho práva v prospech spoločnosti DEXA s.r.o. S odvolaním sa na odôvodnenie rozsudku Krajského súdu v Nitre zo dňa 07. 03. 2007 č. k. 25Co/164/2005-443 žalovaný navrhol, aby si súd pripojil spis Okresného súdu Nitra vedeného pod sp. zn. 14C/224/2002 a spis Krajského súdu v Nitre vedený pod sp. zn. 25Co/164/2005. V ďalšej časti vyjadrenia žalovaný uviedol, že nehnuteľnosti boli prevedené na základe kúpnej zmluvy, ako právneho titulu, ale predmetný dvojstranný právny úkon je podľa názoru žalovaného potrebné skúmať v kontexte všetkých kúpnych zmlúv, ktorými boli prevedené nehnuteľnosti, nachádzajúce sa v majetku úpadcu na spoločnosť DEXA s. r. o. /pôvodné obchodné meno DVD Nitra, s. r. o./ a na oznámenie o zaradení nehnuteľností do konkurznej podstaty úpadcu. Absolútna neplatnosť právneho úkonu podľa ustanovení Občianskeho zákonníka má za následok, že postihnutý právny úkon je od začiatku neplatný. Z uvedeného dôvodu ani nemohlo dôjsť k platnému a účinnému prevodu vlastníckeho práva k nehnuteľnostiam na základe kúpnej zmluvy úpadcu na spoločnosť DEXA s. r. o. /pôvodne DVD Nitra s. r. o./, pričom na danej skutočnosti nič nemení ani zápis prevodu vlastníckeho práva do katastra nehnuteľností, keďže rozhodnutie o povolení vkladu, nemôže zahojiť absolútnu neplatnosť právneho titulu, v danom prípade kúpnej zmluvy. Z uvedených dôvodov nemohlo dôjsť k následnému platnému prevodu vlastníckeho práva zo spoločnosti DEXA s.r.o. na žalobcu, nakoľko DEXA s. r. o. nemohla platným spôsobom disponovať s vlastníckym právom k nehnuteľnostiam. Žalovaný navrhol, aby po vykonanom dokazovaní bolo konanie zastavené, alebo, aby žaloba bola v celom rozsahu zamietnutá. Žalobca podaním zo dňa 05. 03. 2015 zaujal stanovisko k vyjadreniu žalovaného, v ktorom okrem iného uviedol: Krajský súd v Bratislave rozsudkom zo dňa 29. 04. 2010 pod sp. zn. 6 Cbi 36/2007 zamietol návrh právneho predchodcu žalobcu na vylúčenie nehnuteľností zo súpisu konkurznej podstaty úpadcu - žalovaného. Návrh na vylúčenie nehnuteľností zo súpisu majetku tvoriaceho konkurznú podstatu úpadcu bol zamietnutý z dôvodu, že žalovaný, ako správca konkurznej podstaty úpadcu vylúčil nehnuteľnosti zo súpisu majetku tvoriaceho konkurznú podstatu úpadcu, a túto skutočnosť oznámil konajúcemu súdu podaním zo dňa 12. 03. 2009. Na základe tohto postupu žalovaného došlo k zániku aktívnej legitimácie právneho predchodcu žalobcu a pasívnej legitimácie žalovaného, na základe čoho sa podaná žaloba stala nedôvodnou. V prejednávanej veci boli nehnuteľnosti zapísané do súpisu konkurznej podstaty úpadcu na základe právneho úkonu žalovaného z roku 2014. Vo veci č. k. 6 Cbi 36/2007 sa súd nezaoberal vecou samou / z odôvodnenia rozsudku č. k. 6 Cbi 36/2007 vyplýva, že „odpadol dôvod na rozhodovanie o uložení povinnosti správcovi vylúčiť veci - nehnuteľnosti zo súpisu konkurznej podstaty, resp. na vylúčenie z konkurznej podstaty, súd žalobu zamietol“/, z toho dôvodu nedochádza k prekážke právoplatne rozhodnutej veci. Žalobca sa v tejto súvislosti odvolal na uznesenie NS SR zo dňa 27. 11. 2003 sp. zn. 2 Cdo 105/03 /“Ak ale určovacia žaloba bola zmietnutá bez toho, aby súd záväzne posúdil existenciu právneho vzťahu medzi účastníkmi, nejde o rozhodnutie, ktoré by zakladalo prekážku rozsúdenej veci podľa § 159 ods. 1 OSP“/. Žalovaný podal žalobu o určenie neplatnosti kúpnej zmluvy v 1. rade. Krajský súd v Nitre rozsudkom zo dňa 04. 05. 2009 sp. zn. 25 Co 86/2008 rozsudok súdu prvého stupňa, ktorým bola žaloba žalovaného zamietnutá, potvrdil. Dôvodom zamietnutia žaloby bolo nepreukázanie naliehavého právneho záujmu na takomto určení. Žalovaný podal žalobu o určenie vlastníckeho práva, k predmetným nehnuteľnostiam. Krajský súd v Nitre uznesením zo dňa 31. 07. 2012 rozsudok súdu prvého stupňa, ktorým bola žaloba / podaná v prejednávanej veci žalovaným/ zamietnutá, zrušil a vec mu vrátil na ďalšie konanie. V ďalšej časti žalobca vyjadril právny názor k jednotlivým dôvodom, pre ktoré žalovaný považuje kúpnu zmluvu v 1. rade za neplatnú. Z tejto časti stanoviska žalobcu vyplýva, že podľa žalobcu kúpna zmluva v 1. rade nie je v rozpore s dobrými mravmi a nie je neplatná. Jej uzavretím nedošlo k ukráteniu veriteľov úpadcu, kúpna cena za prevod vlastníckeho práva k nehnuteľnostiam predstavovala primeranú odplatu, uzavretím kúpnej zmluvy v 1. rade došlo ku zmene formy majetku úpadcu, nie ku zmenšeniu majetku úpadcu /s odvolaním sa na komentár k ust. § 4b ods. 1 písm. a/ ZKV/. Žalobca uhradil kúpnu cenu za prevod vlastníckeho práva k nehnuteľnostiam, na základe čoho je zrejmé, že jeho právny predchodca v rozhodnom čase disponoval nehnuteľnosťami vo svojom vlastníctve, resp. finančnými prostriedkami na uhradenie kúpnej ceny v prospech úpadcu. Platnosť kúpnej zmluvy v 1. rade nemá automaticky za následok platnosť dohody o započítaní a súčasne neplatnosť dohody o započítaní nemá za následok automaticky neplatnosť kúpnej zmluvy v 1. rade. Žalobca ďalej uviedol, že mu nie sú známe dôvody, pre ktoré žalovaný neuplatnil právo úpadcu na uhradenie kúpnej ceny za prevod vlastníckeho práva k nehnuteľnostiam a zodpovednosť za uzavretie dohody o započítaní, ktorou došlo k zániku záväzku uhradiť kúpnu cenu za prevod vlastníckeho práva k nehnuteľnostiam prenáša na žalobcu, najmä ak tento právny úkon považuje žalovaný za neplatný, resp. jeho uzavretie za dôvod odporovateľnosti. Sťažená vymožiteľnosť, ani prípadná nevymožiteľnosť kúpnej ceny od právneho predchodcu žalobcu, a to aj v prípade naplnenia skutkovej podstaty trestného činu úpadcu, príp. právneho predchodcu žalobcu nemôže mať a nemá za následok neplatnosť kúpnej zmluvy v 1. rade. Prenášať zodpovednosť na žalobcu nie je dôvodné preto, že žalovaný si neuplatnil právo na zaplatenie kúpnej ceny dohodnutej v kúpnej zmluve v 1. rade voči právnemu predchodcovi žalobcu /z dôvodu, že záväzok uhradiť kúpnu cenu podľa žalovaného nezanikol, ani neodstúpil od kúpnej zmluvy v 1. rade/ z dôvodu, že dohodu o započítaní považuje žalovaný za neplatnú. Neuplatnenie tohto práva nemôže mať a nemá za následok vznik neplatnosti kúpnej zmluvy v 1. rade. Medzi vyhlásením konkurzu na majetok úpadcu a uzavretím kúpnej zmluvy medzi právnym predchodcom žalobcu ako predávajúceho a žalobcom ako kupujúcim pritom uplynulo viac než päť rokov a päť mesiacov. Záverom žalobca uviedol, že žalovaný na jednej strane považuje kúpnu zmluvu v 1. rade za platnú, nakoľko z titulu jej uzavretia podal odporovaciu žalobu, avšak na druhej strane považuje kúpnu zmluvu v 1. rade za neplatnú, na základe čoho podal žalobu o určenie jej neplatnosti, resp. žalobu o určenie vlastníckeho práva k nehnuteľnostiam v prospech úpadcu. Žalovaný namieta dohodu o započítaní a nie uzavretie kúpnej zmluvy v 1. rade, avšak následky spojené s prípadným úspešným namietaním dohody o započítaní zamieňa s následkami spojenými s neplatnosťou kúpnej zmluvy v 1. rade, resp. namietaním dohody o započítaní sleduje záujem na dosiahnutí následkov neplatnosti kúpnej zmluvy v 1. rade. Uvedené nemá oporu v skutkovom, ani právnom stave veci. Žalobca navrhol, aby súd podanému návrhu na vylúčenie nehnuteľnosti zo súpisu majetku tvoriaceho konkurznú podstatu úpadcu vyhovel a zároveň priznal žalobcovi náhradu trov súdneho konania. Súd vykonal výsluch svedkov. Svedok p. S. X., O. Y. XX, K., bol v roku 2002 predsedom predstavenstva D.V.P. - Družstvo Vzájomnej Pomoci, v Nitre. Svedkovi bola predložená k nahliadnutiu kúpna zmluva o prevode vlastníctva k nehnuteľnostiam /z č. l. 8 - 9/. Zo svedeckej výpovede súd zistil, že kúpna cena bola doplnená na základe dohody. Svedok nevedel na základe akých podkladov bola hodnota ceny určená. Podklady vypracovali pracovníci družstva, a domnieva sa, že boli splnené všetky požiadavky k tomu, aby túto zmluvu mohol podpísať. Svedok nemá k dispozícii znalecký posudok vypracovaný Ing. Medekom. Dôvodom predaja nehnuteľností na parc. č. XXX U. XXX bolo vyrovnanie pohľadávok, ktoré mali, aké presne si nepamätá. Hľadali riešenie, aby došlo k vyrovnaniu záväzkov, nebola to jediná pohľadávka a jediný veriteľ. Na otázku žalovaného, či chceli úhradu kúpnej ceny uskutočniť zápočtom, svedok uviedol, že sa to vyvinulo, zámerom bolo vysporiadať pohľadávky s Dexou. Na dôvod dohody o úhrade ku koncu roka si svedok nespomenul. Ako chceli vyplácať ostatných veriteľov svedok uviedol, že to nevie. Nemali povinnosť urobiť nejaké súťažné konanie, a hľadali najlepšie a najrýchlejšie riešenia. Svedok p. I. Ď., O. X. X, K., súdu oznámil, že v roku 2002 podnikal predovšetkým v spoločnosti Rotox Slovakia s. r. o.. Bol jedným zo spoločníkov v spoločnosti DVD Nitra s. r. o. Svedkovi bola predložená k nahliadnutiu kúpna zmluva o prevode vlastníctva nehnuteľností zo dňa 05. 03. 2002 medzi predávajúcim úpadcom a kupujúcim DVD Nitra s. r. o. Zo svedeckej výpovede súd zistil, že cenu stanovovalo Družstvo vzájomnej pomoci. Ocenenie nehnuteľnosti schválilo družstvo, či bol vypracovaný znalecký posudok si nespomína. Cena nehnuteľností by mala byť zaevidovaná na katastri nehnuteľností. Svedka, ako kupujúceho zaujímala predajná cena. Či mal k dispozícii znalecký posudok č. 059/2002 vypracovaný znalcom Ing. Medekom, svedok uviedol, že to netuší. Nevie, či kúpna cena bola predmetom nejakého trestného konania. Bol vypočutý ako svedok v nejakej veci trestného stíhania vo vzťahu k D. V. P., ale nevie presne čo bolo vo veci, a nevie aké bolo konečné rozhodnutie v tej veci. O predaji nehnuteľnosti sa dozvedel štandardným spôsobom. Majitelia spoločnosti DVD, ale hlavne Rotox Slovakia boli členmi Družstva vzájomnej pomoci a mali určité výhody, ako jeho členovia, pri tom, keď si chceli požičať istú finančnú sumu, alebo tento zhodnotiť. O predaji nehnuteľností sa rozprávalo, kto mu o tom povedal presne si odstupom času nespomína. Kúpili asi päť nehnuteľností. Súd z predložených dokladov a na základe vykonaného dokazovania zistil, že predmetom sporu je vylúčenie nehnuteľností nachádzajúcich sa v kat. území Z. S., obec K., okres K., zapísané na LV č. XXXX, vedeným Okresným úradom K., katastrálny odbor a to parc. reg. „D.“ týkajúci sa: parc. č. XXX o výmere 791 m2 zastavanej plochy, parc. č. XXX/X o výmere 545 m2 zastavanej plochy, parc. č. XXX/ X o výmere 206 m2, zastavané plochy a stavba, súpis č. XX postavená na parc. č. XXX ubytovňa, zo súpisu majetku konkurznej podstaty úpadcu D. V. P. - Družstvo Vzájomnej Pomoci v konkurze, v Nitre. Súd má za preukázané, že pred tým, ako bol vyhlásený konkurz na majetok D.V.P. Družstvo Vzájomnej pomoci v Nitre /dňa 07. 10. 2003/, úpadca predal obchodnej spoločnosti DVD Nitra, s. r. o. Nitra sporné nehnuteľnosti zmluvou uzatvorenou dňa 19. 04. 2002. Spoločnosť DVD Nitra, s. r. o. zmenila svoje obchodné meno na DEXA s. r. o., s účinnosťou od 15. 08. 2002, podľa výpisu z Obchodného registra Okresného súdu Nitra, odd. Sro, vložka č. 11434/N. Žalobca sporné nehnuteľnosti kúpil na základe kúpnej zmluvy zo dňa 01. 04. 2009 od spoločnosti DEXA s. r. o. Žalobca predávajúcemu zaplatil dohodnutú kúpnu cenu, a bol realizovaný vklad vlastníckeho práva k nehnuteľnostiam, v prospech žalobcu bol povolený rozhodnutím Správy katastra nehnuteľností v K. /právoplatným dňom 07. 04. 2009/. Súd s prihliadnutím na judikát, ÚS ČR sa stotožnil s dobrou vierou kupujúceho - žalobcu, v tom, že osoba, ktorá urobila určitý právny úkon s dôverou v určitý, jej druhou stranou prezentovaný skutkový stav, naviac potvrdený údajmi z verejnej štátom vedenej evidencie, musí byť v právnom štáte poskytnutá ochrana. Žalovaný na základe rozsudku Krajského súdu v Bratislave č. k. 6 Cbi 36/2007 dňa 05. 04. 2009 vylúčil zo súpisu konkurznej podstaty majetok podliehajúci konkurzu. Následne žalovaný dňa 07. 05. 2014 oznámil Krajskému súdu v Bratislave v konkurznej veci úpadcu D. V. P. Družstvo vzájomnej pomoci Nitra, že nehnuteľnosti zapísal do konkurznej podstaty. Na základe tejto skutočnosti, nastala situácia, keď bol žalobca vyzvaný podľa ust. § 19 ods. 2 zákona o konkurze a vyrovnaní /z. č. 328/1991 Zb./, aby podal žalobu proti správcovi na súde ...... v prípade, že žaloba by nebola podaná včas, predpokladá sa, že vec je do súpisu zahrnutá oprávnené. bola podaná predmetná žaloba. Podkladom k zapísaniu nehnuteľností do súpisu majetku konkurznej podstaty úpadcu žalovaným dňa 07. 05. 2014 bol rozsudok Krajského súdu Nitra zo dňa 03. 12. 2008 č. k. 25 Co 86/2008, ktorým bol potvrdený rozsudok Okresného súdu Nitra zo dňa 10. 09. 2005 č. k. 14 C 224/2002-382, o zamietnutí žaloby správcu konkurznej podstaty, v prejednávanej veci žalovaného, o vyslovenie neplatnosti kúpnych zmlúv voči Dexa s. r. o. Dôvodom zamietnutia žaloby bolo nepreukázanie naliehavého právneho záujmu. Súd sa nestotožnil s úkonom žalovaného, spočívajúcim v zapísaní nehnuteľností do súpisu konkurznej podstaty, z dôvodu, že záver obsahujúci rozsudok Krajského súdu Nitra zo dňa 03. 12. 2008 č. k. 25 Co 86/2008 mu takéto oprávnenie neumožnil, a v neposlednej rade s prihliadnutím k tomu, že osoby, ktorým dobrá viera svedčí, nenesú žiadny diel zodpovednosti za neplatnosť zmluvy uzatvorenej medzi právnymi predchodcami. Vzhľadom na tú skutočnosť, že predmetné nehnuteľnosti v čase vyhlásenia konkurzu na majetok úpadcu D.V.P. - Družstvo vzájomnej pomoci Nitra, nepatrili úpadcovi a ani v priebehu konkurzného konania úpadca tento majetok nenadobudol, súd v súlade s ust. § 6 ods. 1 a 2, ust. § 15 ods. 1, 2, a 5 a v zmysle ust. § 19 ods. 1 a 2 zákona č. 328/1991 Zb. predmetné nehnuteľnosti vylúčil zo súpisu majetku konkurznej podstaty tak, ako je to uvedené vo výroku tohto rozsudku. Výrok o náhrade trov konania sa zakladá na ust. § 142 ods. 1 OSP. Žalobca mal vo veci plný úspech a preto sa mu priznáva plná náhrada trov konania. Tieto náklady predstavujú trovy právneho zastúpenia podľa vyhl. č. 655/2004 Z. z. za 5 úkonov právnej pomoci po 625,73 Eur /prevzatie zastúpenia, vypracovanie žaloby, písomné vyjadrenie zo dňa 05. 03. 2015, účasť na pojednávaniach v dňoch 06. 04. 2016 a dňa 27. 04. 2016/ a režijný paušál 2 x po 19,30 Eur, 1 x 10,07 Eur a 2 x po 20,60 Eur; spolu s 20 % DPH. ďalej súd žalobcovi priznáva náhradu za stratu času dňa 06. 04. 2016 v sume 34,32 Eur, vrátane DPH a dňa 27. 04. 2016 v sume 34,32 Eur, vrátane DPH. Poučenie: Proti tomuto rozsudku je možné podať odvolanie do 15 dní odo dňa doručenia rozsudku na Krajskom súde v Bratislave. V odvolaní sa má popri všeobecných náležitostiach /§ 42 ods. 3 OSP/ uviesť v čom sa toto rozhodnutie, alebo postup súdu považuje za nesprávny a čoho sa odvolateľ domáha. Odvolanie je potrebné odôvodniť podľa ust. § 205 ods. 2 OSP. Ak žalovaný nesplní dobrovoľne povinnosť uloženú mu týmto rozsudkom je možné podať návrh na vykonanie exekúcie.</w:t>
      </w:r>
    </w:p>
    <w:p/>
    <w:p>
      <w:r>
        <w:t>Zdroj: KAUZIS.SK – https://www.kauzis.sk/judikatura/r/ECLI:SK:KSBA:2016:1014201162.3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