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1S/147/2014 z 7. 9. 2016</w:t>
      </w:r>
    </w:p>
    <w:p>
      <w:r>
        <w:t>Uznesenie Krajského súdu Bratislava z 7. septembra 2016, sp. zn. 1S/147/2014, ECLI:SK:KSBA:2016:1014201176.3</w:t>
      </w:r>
    </w:p>
    <w:p>
      <w:r>
        <w:t>Súd: Krajský súd Bratislava</w:t>
      </w:r>
    </w:p>
    <w:p>
      <w:r>
        <w:t>Spisová značka: 1S/147/2014</w:t>
      </w:r>
    </w:p>
    <w:p>
      <w:r>
        <w:t>ECLI: ECLI:SK:KSBA:2016:1014201176.3</w:t>
      </w:r>
    </w:p>
    <w:p>
      <w:r>
        <w:t>Dátum vydania: 7. 9. 2016</w:t>
      </w:r>
    </w:p>
    <w:p>
      <w:r>
        <w:t>Forma: Uznesenie</w:t>
      </w:r>
    </w:p>
    <w:p>
      <w:r>
        <w:t>Oblasť práva: Správne právo</w:t>
      </w:r>
    </w:p>
    <w:p>
      <w:pPr>
        <w:pStyle w:val="Heading2"/>
      </w:pPr>
      <w:r>
        <w:t>Text rozhodnutia</w:t>
      </w:r>
    </w:p>
    <w:p>
      <w:r>
        <w:t>Súd: Krajský súd Bratislava Spisová značka: 1S/147/2014 Identifikačné číslo súdneho spisu: 1014201176 Dátum vydania rozhodnutia: 08. 09. 2016 Meno a priezvisko sudcu, VSÚ: JUDr. Monika Valašíková PhD. ECLI: ECLI:SK:KSBA:2016:1014201176.3 Uznesenie Krajský súd v Bratislave v právnej veci žalobcu: MANUFACTURING ERES s.r.o., Prešovská 40, 821 02 Bratislava, IČO: 47 249 838, proti žalovanému: Daňový úrad Bratislava, Ševčenkova 32, 850 00 Bratislava, o návrhu žalobcu o vyslovenie povinnosti orgánu verejnej správy vo veci konať a rozhodnúť, takto r o z h o d o l : Krajský súd v Bratislave žalobu zamieta. Žalobcovi súd právo na náhradu trov konania nepriznáva. o d ô v o d n e n i e : I. 1. Žalobca sa žalobou, ktorú Krajskému súdu v Bratislave doručil dňa 15.07.2014, domáhal, aby súd uložil žalovanému - Daňovému úradu Bratislava, v konaní vo veci registrácie žalobcu za platiteľa dane z pridanej hodnoty ako právneho nástupcu platiteľa, vybavenej oznámením č. 9101302/5/4019600/13/ Mol zo dňa 03.09.2013, vydať rozhodnutie najneskôr do 7 dní od právoplatnosti uznesenia súdu. 2. V žalobe uviedol, že v súlade s ust. § 4 ods. 6 zákona č. 222/2004 Z.z. listom zo dňa 16.08.2013 oznámil správcovi dane (žalovanému), že je právny nástupca platiteľa ERES CORP s.r.o., Prešovská 40, Bratislava, ktorá v zmysle projektu rozdelenia vyhotovenom vo forme notárskej zápisnice N272/2013, NZ 21527/2013, NCRIs 21970/2013 zanikla bez likvidácie, v dôsledku čoho sa žalobca dňa 14.08.2013 stal jej právnym nástupcom a tým aj platiteľom dane z pridanej hodnoty. 3. Žalovaný listom zo dňa 03.09.2013 doručil žalobcovi oznámenie o nevydaní osvedčenia podľa § 4 ods. 6 zákona č. 222/2001 Z.z., ktoré odôvodnil posúdením skutkového stavu a nereálnosti naplnenia možnosti rozdelenia spoločnosti, ktoré je podľa žalovaného rozhodujúce pre posúdenie opodstatnenosti registrácie spoločnosti. 4. Žalobca uvádza, že podľa ust. § 4 ods. 6 zákona č. 222/2004 Z.z., podľa jeho názoru, sa platiteľom stáva aj zdaniteľná osoba, ak je právnym nástupcom platiteľa, ktorý zanikol bez likvidácie, a to odo dňa, keď sa stal právnym nástupcom. Žalovaný napriek tejto skutočnosti zaslal žalobcovi oznámenie, že sa nestal platiteľom dane zo zákona a z uvedeného dôvodu mu ani nebude vydané osvedčenie o registrácii pre daň z pridanej hodnoty. Svoj postup odôvodnil skutočnosťou, že podľa jeho názoru nedošlo k preukázaniu postavenia zdaniteľnej osoby. 5. Podľa názoru žalobcu je takýto názor žalovaného o nevydaní rozhodnutia porušením čl. 46 Ústavy SR, ktorý upravuje právo na súdnu a inú právnu ochranu. Tým, že nie je vydané rozhodnutie žalobca nemá možnosť brániť sa zákonnými prostriedkami proti postupu správcu dane, keď podaním opravných prostriedkov, prípadne podaním žaloby, by sa dala posudzovať správnosť záveru správcu dane o neexistencii žalobcom oznámenej skutočnosti, na základe ktorej sa mal stať platiteľom DPH. 6. Žalobca upozorňuje, že zákon o DPH rozlišuje povinnú registráciu platiteľov DPH v závislosti od dosiahnutého obratu, a to podľa § 4 ods. 1 až 3 a dobrovoľnú registráciu podľa § 4 ods. 4. V prípade registrácie upravenej § 4 ods. 6 zákona o DPH ide o osobitný druh registrácie, ktorý predpokladá splnenie zákonom predvídaných skutočností. V tomto prípade sú platitelia povinní oznámiť daňovému úradu skutočnosť, na základe ktorej sa stali platiteľmi a daňový úrad je povinný platiteľa registrovať pre daň a vydať mu osvedčenie o registrácii pre daň a prideliť mu identifikačné číslo pre daň bezodkladne, najneskôr do 7 dní odo dňa doručenia oznámenia. 7. Žalobca tvrdí, že nevydaním vyššie uvedeného osvedčenia o registrácii pre daň z pridanej hodnoty správca dane zasiahol do právneho postavenia sťažovateľa. 8. Nakoľko odporca, ako aj Finančné riaditeľstvo SR odmieta konať v danej veci a odmieta si tak splniť svoju zákonnú povinnosť registrovať žalobcu pre daň a vydať mu osvedčenie o registrácii pre daň a prideliť mu identifikačné číslo pre daň v zmysle § 4 ods. 6 zákona č. 222/2004 Z.z., domáha sa žalobca na súde, aby tento vyslovil povinnosť orgánu verejnej správy vo veci konať a rozhodnúť. II. 9. Žalovaný vo vyjadrení k žalobe, ktoré súdu doručil dňa 02.09.2014 uvádza, že podľa ust. § 250d ods. 3 O.s.p. navrhuje, aby Krajský súd v Bratislave konanie vo veci zastavil, nakoľko podľa jeho názoru žalobca vo veci nepredložil splnomocnenie na zastupovanie v konaní advokátom podľa ust. § 250a O.s.p.. 10. K meritu veci sa žalovaný nevyjadroval. III. 11. Uznesením tunajšieho súdu číslo konania 1S 147/2014-22 zo dňa 08.09.2014 bola žalobcovi uložená povinnosť, aby tento v lehote do 15 dní od doručenia tohto rozhodnutia predložil v zmysle ust. § 250a O.s.p. originál plnomocenstva udeleného advokátovi na zastupovanie v predmetnom konaní. 12. Voči tomuto rozhodnutiu podal odvolanie žalobca, o ktorom bolo rozhodnuté uznesením Najvyššieho súdu SR sp. zn. 3Sžf/112/2014 zo dňa 27.04.2014 tak, že Najvyšší súdu SR uznesenie Krajského súdu v Bratislave sp. zn. 1S 147/2014-22 zo dňa 08.09.2014 zrušil a vec mu vrátil na ďalšie konanie. IV. 13. Krajský súd v Bratislave ako súd vecne a miestne príslušný o žalobe proti nečinnosti orgánu verejnej správy podľa ust. § 242 a nasl. S.s.p. preskúmal vec bez nariadenia pojednávania a dospel k záveru, že žalobu je potrebné podľa ust. § 249 S.s.p. zamietnuť. 14. Z obsahu pripojeného administratívneho spisu súd zistil, že žalobca listom zo dňa 16.08.2013 oznámil správcovi dane, že sa stal právnym nástupcom spoločnosti ERES CORP s.r.o., Prešovská 40, Bratislava, IČO: 47 165 391, IČ DPH: SK2023772927, ktorá zanikla bez likvidácie a dňa 14.08.2013 sa stal jej právnym nástupcom. Na základe tejto skutočnosti žalobca žalovanému oznámil, že podľa jeho názoru sa týmto stal platiteľom dane z pridanej hodnoty a žiadal o registráciu pre DPH, resp. žiadal o vydanie osvedčenia o registrácii pre daň a pridelenia identifikačného čísla. 15. Na uvedené oznámenie reagoval žalovaný listom zo dňa 03.09.2013 č. 9101302/5/4019600/13/Mol, v ktorom žalobcovi oznámil, že zaniknutá spoločnosť ERES CORP s.r.o. bola registrovaná pre daň z pridanej hodnoty odo dňa 22.05.2013. Daňový subjekt podal daňové priznanie pre daň z pridanej hodnoty za obdobie máj a jún 2013 s nulovými hodnotami. Táto suma nereprezentuje vykonávanie žiadnej ekonomickej činnosti na pokračujúcej báze. Spoločnosť nezamestnávala žiadnych zamestnancov, nevykonávala žiadnu ekonomickú činnosť, nemala hmotný majetok, ktorý by previedla na novovzniknuté spoločnosti. 16. Žalovaný na posúdenie opodstatnenosti registrácie spoločnosti konštatoval, že v danom prípade je rozhodujúci skutkový stav a reálnosť naplnenia možnosti rozdelenia spoločnosti. Nakoľko zaniknutá spoločnosť nemala žiaden hmotný ani nehmotný majetok, nevykazovala žiadne konkrétne záväzky a pohľadávky, nezamestnávala žiadnych zamestnancov, správca dane považuje rozdelenie spoločnosti za účelové a formálne. Na základe týchto skutočností žalobcovi oznámila, že sa nestal platiteľom dane z pridanej hodnoty zo zákona podľa § 4 ods. 6 zákona o DPH, a preto mu osvedčenie o registrácii pre daň z pridanej hodnoty nebolo vydané. 17. Podľa ust. § 242 ods. 1 S.s.p., žalobca sa môže žalobou domáhať odstránenia nečinnosti orgánu verejnej správy v začatom administratívnom konaní. 18. Podľa ust. § 243 S.s.p., účastníkmi konania sú žalobca a žalovaný. 19. Podľa ust. § 249 S.s.p., ak správny súd po preskúmaní nezistí nečinnosť žalovaného, uznesením žalobu zamietne. 20. Ustanovenia štvrtej časti štvrtej hlavy S.s.p. upravujúce konanie proti nečinnosti orgánu verejnej správy umožňujú súdu poskytnúť ochranu každej fyzickej alebo právnickej osobe, do práv ktorej bolo zasiahnuté nečinnosťou orgánu verejnej správy, a to tým, že na návrh dotknutej osoby môže súd uložiť nečinnému orgánu povinnosť v danej veci konať a v primeranej lehote rozhodnúť. Samozrejme za predpokladu, že po oboznámení sa s príslušným spisom zistí, že orgán verejnej správy vo veci týkajúcej sa žalobcu bez vážneho dôvodu nekoná spôsobom upraveným príslušným právnym predpisom, hoci by konať mal a mohol. 21. Z vyššie citovaných ustanovení S.s.p. vyplýva, že na ich základe možno nečinnému orgánu verejnej správy uložiť povinnosť zaoberať sa vecou žalobcu a vydať o tom rozhodnutie. Súd v tomto konaní nie je oprávnený akýmkoľvek spôsobom zasiahnuť do spôsobu posúdenia danej veci príslušným orgánom, prípadne mu prikázať rozhodnúť vo veci určitým spôsobom. 22. Súd konštatoval, že zo zákona o DPH ani z daňového poriadku, na ktorého primerané použitie zákon o DPH odkazuje (§ 84 zákona o DPH) nevyplýva, že by bol správca dane povinný vydať vo veci registrácie právnych nástupcov bez likvidácie zaniknutého platiteľa DPH formálne rozhodnutie. Uvedené právne predpisy nestanovujú osobitný procesný postup, v ktorom by bol správca dane povinný vybaviť žiadosti žalobcov o registráciu s výnimkou stanovenia lehoty sedem dní pre vykonanie registrácie, vydanie osvedčenia a pridelenie identifikačného čísla pre DPH plynúcej odo dňa doručenia oznámenia o právnom nástupníctve po platiteľovi DPH zaniknutom bez likvidácie. 23. Z tvrdení žalobcu, ako aj z obsahu administratívneho spisu vyplýva, že žalovaný, ktorému bolo doručené oznámenie o zaniknutej spoločnosti ERES CORP s.r.o. dňa 22.08.2013 a o jej právnom nástupníctve dal jednoznačne žalobcovi písomne na vedomie (oznámenie zo dňa 03.09.2013), že podľa jeho názoru sa žalobca nestal platiteľom dane z pridanej hodnoty a že mu osvedčenie o registrácii pre DPH nevydá, nakoľko nespĺňa podmienky kladené zákonom o DPH pre platiteľa tejto dane. 24. Oznámenie navrhovateľa o právnom nástupníctve po zaniknutej spoločnosti ERES CORP s.r.o., Bratislava, teda žalovaný vybavil spôsobom, z ktorého je zrejmé, že záležitosť registrácie žalobcu pre DPH z titulu právneho nástupníctva po zaniknutom platiteľovi považuje za vybavenú. 25. Súd preto konštatoval, že v predmetnej veci žalovaný rozhodol spôsobom, že neformálnym listom vyrozumel účastníka konania, že sa tento nestal platiteľom DPH zo zákona, a preto mu osvedčenie o registráciu pre DPH nevydáva. 26. Keďže z právneho poriadku SR nevyplýva pre žalovaného povinnosť vydať vo veci formálne rozhodnutie so zákonom stanovenými náležitosťami, nemôže súd žalovanému z tohto pohľadu nič vytknúť, ani nemôže konštatovať jeho nečinnosť. 27. Vzhľadom na uvedené dospel súd k záveru, že nakoľko žalovaný vo veci registrácie žalobcu pre DPH vydania osvedčenia a identifikačných čísel pre DPH nebol ku dňu podania žaloby žalobcu na súd nečinný, postupoval súd podľa ust. § 249 S.s.p. a žalobu ako nedôvodnú zamietol. 28. O trovách konania rozhodol súd podľa ust. § 167 a nasl. S.s.p. tak, že neúspešnému žalobcovi v konaní ich náhradu nepriznal. 29. Toto rozhodnutie senát Krajského súdu v Bratislave prijal pomerom hlasov 3:0 (§ 3 ods. 9 zákona č. 757/2004 Z.z. v znení zákona č. 33/2011 Z.z.).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https://www.kauzis.sk/judikatura/r/ECLI:SK:KSBA:2016:1014201176.3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