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6S/151/2014 z 10. 4. 2016</w:t>
      </w:r>
    </w:p>
    <w:p>
      <w:r>
        <w:t>Opravné uznesenie Krajského súdu Bratislava z 10. apríla 2016, sp. zn. 6S/151/2014, ECLI:SK:KSBA:2016:1014201185.4</w:t>
      </w:r>
    </w:p>
    <w:p>
      <w:r>
        <w:t>Súd: Krajský súd Bratislava</w:t>
      </w:r>
    </w:p>
    <w:p>
      <w:r>
        <w:t>Spisová značka: 6S/151/2014</w:t>
      </w:r>
    </w:p>
    <w:p>
      <w:r>
        <w:t>ECLI: ECLI:SK:KSBA:2016:1014201185.4</w:t>
      </w:r>
    </w:p>
    <w:p>
      <w:r>
        <w:t>Dátum vydania: 10. 4.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6S/151/2014 Identifikačné číslo súdneho spisu: 1014201185 Dátum vydania rozhodnutia: 11. 04. 2016 Meno a priezvisko sudcu, VSÚ: JUDr. Vlastimil Pavlikovský ECLI: ECLI:SK:KSBA:2016:1014201185.4 Opravné uznesenie Krajský súd v Bratislave v právnej veci žalobkyne: V. Y., Š. Z. Č. Ľ. X., I. Z. XXX/XX, XXX XX I., právne zastúpená: JUDr. Katarína Cibulková, advokátka so sídlom Winterova 38, 921 01 Piešťany, proti žalovanému: Prezídium Policajného zboru, Úrad hraničnej a cudzineckej polície, Riaditeľstvo hraničnej a cudzineckej polície Bratislava, so sídlom Hrobákova 44, 852 42 Bratislava, o preskúmanie zákonnosti rozhodnutia žalovaného č. PPZ-HCP-BA2-2014/005100-005 zo dňa 2.6.2014 a o oprave rozsudku č.k. 6S/151/2014-78 zo dňa 19.2.2016, takto r o z h o d o l : Rozsudok Krajského súdu v Bratislave č.k. 6S/151/2014-78 zo dňa 19.2.2016 sa vo výroku v druhom odseku opravuje tak, že správne znie: „Žalovaný je povinný nahradiť žalobkyni trovy konania spočívajúce v zaplatenom súdnom poplatku 70 € a v odmene právneho zástupcu v sume 533,04 €, všetko do 3 dní od právoplatnosti tohto rozhodnutia na účet právneho zástupcu žalobcu.“ Rozsudok Krajského súdu v Bratislave č.k. 6S/151/2014-78 zo dňa 19.2.2016 sa v odôvodnení opravuje tak, že na strane 11 predposledný odsek týkajúci sa výpočtu trov konania znie: „Žalovaný je povinný žalobkyni nahradiť trovy konania pozostávajúce zo zaplateného súdneho poplatku 70 € ako i z nákladov právneho zastúpenia podľa vyhlášky č. 655/2004 Z. z. o odmenách a náhradách advokátov za poskytovanie právnych služieb (ďalej len vyhláška), za 3 úkony právnej pomoci (prevzatie veci vrátane prvej porady s klientom, písomné podanie na súd - žaloba, účasť na pojednávaní), podľa § 13a ods. 1, písm. a), c), d) vykonané v roku 2014 a 2015 v sume 2 x 134 €, 1 x 143 €, paušálnej náhrady náležiacej k úkonom podľa § 16 ods. 3 vyhlášky, 2 x 8,04 €, 1 x 8,58 € podľa § 11 ods. 4, prvá veta vyhlášky, spolu v sume 435,66 € za právne zastupovanie. Právny zástupca si uplatnil náhradu za premeškaný čas 14,30 € za každú aj začatú polhodinu za cestu Piešťany - Bratislava a späť (4 polhodiny, t.j. 4 x 14,30 € = 57,20 €), náhradu cestovného podľa zákona č. 283/2002 Z.z. za 164 km (náhrada 0,183 €/1 km, náklady za spotrebu pohonných hmôt 40,18 €, podľa § 15 a 17 vyhlášky. Priznané náklady za právne úkony a cestovné náhrady predstavujú spolu 533,04 €.“ o d ô v o d n e n i e : Žalobou podanou na Krajský súd v Bratislave dňa 16.7.2014 sa žalobkyňa domáhala preskúmania zákonnosti rozhodnutia žalovaného č. PPZ-HCP-BA2-2014/005100-005 zo dňa 2.6.2014, ktorým žalovaný zamietol odvolanie žalobkyne a potvrdil rozhodnutie správneho orgánu prvého stupňa č. PPZ- HCP-BA6-57-008/2014-AV zo dňa 5.3.2014, ktorým bola žalobkyňa administratívne vyhostená a bol jej určený zákaz vstupu na územie Slovenskej republiky na dobu 1 roka. Rozsudkom č.k. 6S/151/2014-78 zo dňa 19.2.2016 krajský súd napadnuté rozhodnutie žalovaného č. PPZ-HCP-BA2-2014/005100-005 zo dňa 2.6.2014 zrušil podľa ustanovenia § 250j ods. 2 písm. c) a d) O.s.p. a vec vrátil žalovanému na ďalšie konanie. O trovách konania súd rozhodol tak, že žalovaný je povinný nahradiť žalobkyni trovy konania spočívajúce v zaplatenom súdnom poplatku 70 € a v odmene právneho zástupcu v sume 525,04 €, všetko do 3 dní od právoplatnosti tohto rozhodnutia na účet právneho zástupcu žalobkyne. Podaním právneho zástupcu žalobkyne doručeným krajskému súdu dňa 14.3.2016, žalobkyňa žiadala opravenie výroku ako aj odôvodnenia rozsudku č.k. 6S/151/2014-78 zo dňa 19.2.2016, nakoľko pri uvedení výšky odmeny právneho zástupcu žalobkyne došlo k chybe v počítaní a súd vo výroku ako aj v odôvodnení pri počítaní odmeny pre právneho zástupcu nesprávne uviedol sumu 525,04 € namiesto správne vyčíslenej odmeny 533,04 €. Podľa § 164 veta prvá a druhá O.s.p, súd kedykoľvek aj bez návrhu opraví v rozsudku chyby v písaní a počítaní, ako aj iné zrejmé nesprávnosti. O oprave vydá opravné uznesenie, ktoré doručí účastníkom. Nakoľko Krajský súd v Bratislave zistil, že pri počítaní odmeny pre právneho zástupcu došlo k chybe v počítaní, kedy krajský súd nesprávne uviedol odmenu vo výške 525,04 € namiesto správne vyčíslenej 533,04 €, súd v zmysle § 164 O.s.p. uvedenú chybu v počítaní opravil.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https://www.kauzis.sk/judikatura/r/ECLI:SK:KSBA:2016:1014201185.4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