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6S/170/2014 z 30. 6. 2016</w:t>
      </w:r>
    </w:p>
    <w:p>
      <w:r>
        <w:t>Opravné uznesenie Krajského súdu Bratislava z 30. júna 2016, sp. zn. 6S/170/2014, ECLI:SK:KSBA:2016:1014201361.2</w:t>
      </w:r>
    </w:p>
    <w:p>
      <w:r>
        <w:t>Súd: Krajský súd Bratislava</w:t>
      </w:r>
    </w:p>
    <w:p>
      <w:r>
        <w:t>Spisová značka: 6S/170/2014</w:t>
      </w:r>
    </w:p>
    <w:p>
      <w:r>
        <w:t>ECLI: ECLI:SK:KSBA:2016:1014201361.2</w:t>
      </w:r>
    </w:p>
    <w:p>
      <w:r>
        <w:t>Dátum vydania: 30. 6.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6S/170/2014 Identifikačné číslo súdneho spisu: 1014201361 Dátum vydania rozhodnutia: 01. 07. 2016 Meno a priezvisko sudcu, VSÚ: Mgr. Magdaléna Bošková ECLI: ECLI:SK:KSBA:2016:1014201361.2 Opravné uznesenie Krajský súd v Bratislave v právnej veci žalobcu: Univerzita Komenského v Bratislave, IČO: 00 397 865, so sídlom Šafárikovo nám. 6, 814 99 Bratislava, právne zastúpený: BAJO LEGAL, s.r.o., so sídlom Landererova 8, 811 09 Bratislava, proti žalovanému: 1. Výskumná agentúra, so sídlom Hanulova 5/ B, 841 01 Bratislava, 2. Ministerstvo školstva, vedy, výskumu a športu Slovenskej republiky, so sídlom Stromová 1, 813 30 Bratislava, o preskúmanie zákonnosti rozhodnutia žalovaného v 1. rade Správy o zistenej nezrovnalosti č. N21301166/S05 zo dňa 26.6.2014 a Žiadosti o vrátenie finančných prostriedkov č. 26240120023/Z01 zo dňa 26.6.2014, takto r o z h o d o l : Uznesenie Krajského súdu v Bratislave č.k. 6S/170/2014-81 zo dňa 17.9.2014 sa v záhlaví opravuje tak, že správne znie: „Krajský súd v Bratislave v právnej veci žalobcu: Univerzita Komenského v Bratislave, IČO: 00 397 865, so sídlom Šafárikovo nám. 6, 814 99 Bratislava, v zastúpení: Prof. JUDr. Mária Patakyová, PhD., prorektorka, proti žalovanému: 1. Výskumná agentúra, so sídlom Hanulova 5/B, 841 01 Bratislava, 2. Ministerstvo školstva, vedy, výskumu a športu Slovenskej republiky, so sídlom Stromová 1, 813 30 Bratislava, o preskúmanie zákonnosti rozhodnutia žalovaného v 1. rade Správy o zistenej nezrovnalosti č. N21301166/S05 zo dňa 26.6.2014 a Žiadosti o vrátenie finančných prostriedkov projektu č. 26240120023/Z01 zo dňa 26.6.2014, takto...“ Uznesenie Krajského súdu v Bratislave č.k. 6S/170/2014-81 zo dňa 17.9.2014 sa vo výroku opravuje tak, že správne znie: „Súd odkladá vykonateľnosť rozhodnutia žalovaného v 1. rade - „Správy o zistenej nezrovnalosti č. N21301166/S05 zo dňa 26.6.2014 a Žiadosti o vrátenie finančných prostriedkov projektu č. 26240120023/Z01 Dobudovanie centra excelentnosti pre náhle cievne mozgové príhody na Lekárskej fakulte UK“ zo dňa 26.6.2014, v časti, ktorou bola žalobcovi uložená povinnosť vrátiť poskytnutý príspevok vo výške 449.995,80 eur do 19.8.2014, a to až do právoplatnosti rozhodnutia súdu vo veci samej.“ Uznesenie Krajského súdu v Bratislave č.k. 6S/170/2014-81 zo dňa 17.9.2014 sa v odôvodnení v prvom odseku opravuje tak, že správne znie: „Žalobca sa žalobou, doručenou Krajskému súdu v Bratislave dňa 15.8.2014, domáhal preskúmania zákonnosti rozhodnutia žalovaného v 1. rade - Správy o zistenej nezrovnalosti č. N21301166/S05 zo dňa 26.6.2014 a Žiadosti o vrátenie finančných prostriedkov projektu č. 26240120023/Z01 Dobudovanie centra excelentnosti pre náhle cievne mozgové príhody na Lekárskej fakulte UK zo dňa 26.6.2014, ktorým bola žalobcovi v zmysle Zmluvy o poskytnutí finančného príspevku určená povinnosť vrátiť poskytnuté finančné prostriedky v lehote do 19.8.2014 (vyčíslené v sume 449.995,80 eur).“ o d ô v o d n e n i e : Žalobca sa žalobou, doručenou Krajskému súdu v Bratislave dňa 15.8.2014, domáhal preskúmania zákonnosti rozhodnutia žalovaného v 1. rade - Správy o zistenej nezrovnalosti č. N21301166/S05 zo dňa 26.6.2014 a Žiadosti o vrátenie finančných prostriedkov projektu 26240120023/Z01 Dobudovanie centra excelentnosti pre náhle cievne mozgové príhody na Lekárskej fakulte UK zo dňa 26.6.2014, ktorým bola žalobcovi v zmysle Zmluvy o poskytnutí finančného príspevku určená povinnosť vrátiť poskytnuté finančné prostriedky v lehote do 19.8.2014 (vyčíslené v sume 449.995,80 eur). Podľa § 143 S.s.p., správny súd kedykoľvek aj bez návrhu opraví v rozsudku chyby v písaní a počítaní, ako aj iné zrejmé nesprávnosti. O oprave vydá opravné uznesenie, ktoré doručí osobám uvedeným v § 142 ods. 1. Podľa § 147 ods. 2 S.s.p., ak nie je ďalej ustanovené inak, použijú sa na uznesenie primerane ustanovenia o rozsudku vrátane ustanovenia § 139 ods. 4 a § 141. Nakoľko Krajský súd v Bratislave zistil, že pri písomnom vyhotovení uznesenia došlo k iným zrejmým nesprávnostiam spočívajúcich v opomenutí uviesť žalovaného v 1. rade ako žalovaného v záhlaví, výroku a odôvodnení uznesenia, ktorý vydal všetky žalobou napadnuté rozhodnutia, súd v zmysle § 143 S.s.p. v spojení s § 147 ods. 2 S.s.p. uvedené chyby opravil. Poučenie: Proti uzneseniu správneho súdu vydanému súdnym úradníkom, ktoré treba doručiť, je prípustná sťažnosť, ak ju tento zákon nevylučuje (§ 152 ods. 1 S.s.p.). Sťažnosť musí byť podaná v lehote 15 dní od doručenia uznesenia na správnom súde, ktorý napadnuté uznesenie vydal (154 S.s.p.). Podľa § 155 ods. 1 S.s.p., v sťažnosti sa musí okrem všeobecných náležitostí podania podľa § 57 uviesť a) označenie napadnutého uznesenia, b) dátum, kedy bolo napadnuté uznesenie sťažovateľovi doručené, c) v čom sa postup správneho súdu považuje za nesprávny, d) návrh výroku rozhodnutia.</w:t>
      </w:r>
    </w:p>
    <w:p/>
    <w:p>
      <w:r>
        <w:t>Zdroj: KAUZIS.SK – https://www.kauzis.sk/judikatura/r/ECLI:SK:KSBA:2016:1014201361.2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