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8Sd/108/2014 z 1. 5. 2016</w:t>
      </w:r>
    </w:p>
    <w:p>
      <w:r>
        <w:t>Uznesenie Krajského súdu Bratislava z 1. mája 2016, sp. zn. 8Sd/108/2014, ECLI:SK:KSBA:2016:1014201437.3</w:t>
      </w:r>
    </w:p>
    <w:p>
      <w:r>
        <w:t>Súd: Krajský súd Bratislava</w:t>
      </w:r>
    </w:p>
    <w:p>
      <w:r>
        <w:t>Spisová značka: 8Sd/108/2014</w:t>
      </w:r>
    </w:p>
    <w:p>
      <w:r>
        <w:t>ECLI: ECLI:SK:KSBA:2016:1014201437.3</w:t>
      </w:r>
    </w:p>
    <w:p>
      <w:r>
        <w:t>Dátum vydania: 1.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8Sd/108/2014 Identifikačné číslo súdneho spisu: 1014201437 Dátum vydania rozhodnutia: 02. 05. 2016 Meno a priezvisko sudcu, VSÚ: JUDr. Peter Pospech ECLI: ECLI:SK:KSBA:2016:1014201437.3 Uznesenie Krajský súd v Bratislave v právnej veci navrhovateľa: S. S. F. Š. M., Ž. X, XXX XX I., proti odporcovi: Sociálna poisťovňa - ústredie, ul. 29. augusta 8, 813 63 Bratislava, o neprávom vyplatenú sumu na starobnom dôchodku, takto r o z h o d o l : Súd konanie z a s t a v u j e . Žiaden z účastníkov nemá právo na náhradu trov konania. o d ô v o d n e n i e : Navrhovateľ svojím návrhom zo dňa 11.06.2014 žiadal preskúmať rozhodnutie odporkyne číslo XXX XXX XXXX X zo dňa 16.04.2014, ktorým mu bola uložená povinnosť vrátiť neprávom vyplatenú sumu 23,58 Eur na dôchodku zamestnanca X. G., E.. XX.XX.XXXX, I. G. XX, I.. V podanom opravnom prostriedku namietal, že si nie je vedomý nesprávneho potvrdenia skutočností rozhodujúcich na zvýšenie starobného dôchodku. Podľa § 19 O.s.p. spôsobilosť byť účastníkom konania má ten, kto má spôsobilosť mať práva a povinnosti; inak len ten, komu ju zákon priznáva. Podľa § 107 ods. 1 O.s.p. ak účastník stratí spôsobilosť byť účastníkom konania skôr, ako sa konanie právoplatne skončilo, súd posúdi podľa povahy veci, či má konanie zastaviť alebo prerušiť alebo či môže v ňom pokračovať. Podľa § 107 ods. 4 O.s.p. ak po začatí konania zanikne právnická osoba, súd pokračuje v konaní s jej právnym nástupcom, a ak právneho nástupcu niet, súd konanie zastaví. Podľa § 23 ods. 1 zákona č. 593/2003 Z.z. o štátnej správe v školstve a školskej samospráve a o zmene a doplnení niektorých zákonov škola alebo školské zariadenie sa po jeho vyradení zo siete zruší. Súd zistil, že Ministerstvo školstva, vedy výskumu a športu Slovenskej republiky, sekcia regionálneho školstva rozhodnutím číslo: 2014-9829/32262:4-100B zo dňa 02.07.2014 vyradil Súkromnú strednú odbornú školu GASMO zo siete škôl a školských zariadení Slovenskej republiky s účinnosťou ku dňu 31.08.2014. S poukazom na zistené skutočnosti a citované zákonné ustanovenia súd konanie zastavil, keďže navrhovateľ stratil spôsobilosť byť účastníkom konania a niet právneho nástupcu.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https://www.kauzis.sk/judikatura/r/ECLI:SK:KSBA:2016:1014201437.3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