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5Sd/205/2014 z 26. 7. 2016</w:t>
      </w:r>
    </w:p>
    <w:p>
      <w:r>
        <w:t>Uznesenie Krajského súdu Bratislava z 26. júla 2016, sp. zn. 5Sd/205/2014, ECLI:SK:KSBA:2016:1014201478.3</w:t>
      </w:r>
    </w:p>
    <w:p>
      <w:r>
        <w:t>Súd: Krajský súd Bratislava</w:t>
      </w:r>
    </w:p>
    <w:p>
      <w:r>
        <w:t>Spisová značka: 5Sd/205/2014</w:t>
      </w:r>
    </w:p>
    <w:p>
      <w:r>
        <w:t>ECLI: ECLI:SK:KSBA:2016:1014201478.3</w:t>
      </w:r>
    </w:p>
    <w:p>
      <w:r>
        <w:t>Dátum vydania: 26. 7.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5Sd/205/2014 Identifikačné číslo súdneho spisu: 1014201478 Dátum vydania rozhodnutia: 27. 07. 2016 Meno a priezvisko sudcu, VSÚ: JUDr. Milota Tóthová ECLI: ECLI:SK:KSBA:2016:1014201478.3 Uznesenie Krajský súd v Bratislave v právnej veci navrhovateľky W. F., D. U. XXX/XX, R. A. O. N. R. po R. F. F., U.. X.XX.XXXX, R. D. U. XXX/XX, R.Á. A.ka o výplatu invalidného dôchodku takto r o z h o d o l : Súd konanie z a s t a v u j e. Žiaden z účastníkov nemá právo na náhradu trov konania. o d ô v o d n e n i e : Navrhovateľ pán F. F. svojím návrhom zo dňa 17.8.2014 žiadal preskúmať rozhodnutie odporkyne číslo XXX XXX XXXX 0 zo dňa 16.7.2014, ktorým odporkyňa navrhovateľovi od 24. mája 2014 priznala starobný dôchodok v sume 365,60 eur mesačne a rozhodnutie číslo XXX XXX XXXX X zo dňa 16.7.2014, ktorým odporkyňa rozhodla, že navrhovateľovi od 24. mája 2014 vypláca starobný dôchodok v sume 365,60 eur mesačne a súčasne od 24. augusta 2014 odníma invalidný dôchodok v sume 361,10 eur mesačne. V priebehu konania navrhovateľ dňa 1.12.2015 zomrel a do konania vstúpila jeho manželka W. F., ktorá písomným prehlásením zo dňa 9.2.2016 oznámila súdu, že návrh zo dňa 17.8.2014 berie v celom rozsahu späť. Súd podľa § 250d ods. 3 v spojení s § 250h ods. 2 a § 250l ods. 2 O.s.p. konanie zastavil O trovách konania súd rozhodol podľa § 246c a § 146 ods. 1 písm. c) O.s.p. V danom prípade súd postupoval podľa ustanovenia § 492 ods. 1 zákona č. 162/2015 Z.z., podľa ktorého konania podľa tretej hlavy piatej časti Občianskeho súdneho poriadku začaté predo dňom nadobudnutia účinnosti tohto zákona sa dokončia podľa doterajších predpisov. Poučenie: Proti tomuto uzneseniu je možné podať odvolanie do 15 odo dňa jeho doručenia na Krajskom súde v Bratislave.</w:t>
      </w:r>
    </w:p>
    <w:p/>
    <w:p>
      <w:r>
        <w:t>Zdroj: KAUZIS.SK – https://www.kauzis.sk/judikatura/r/ECLI:SK:KSBA:2016:1014201478.3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