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6S/191/2014 z 18. 4. 2016</w:t>
      </w:r>
    </w:p>
    <w:p>
      <w:r>
        <w:t>Uznesenie Krajského súdu Bratislava z 18. apríla 2016, sp. zn. 6S/191/2014, ECLI:SK:KSBA:2016:1014201507.1</w:t>
      </w:r>
    </w:p>
    <w:p>
      <w:r>
        <w:t>Súd: Krajský súd Bratislava</w:t>
      </w:r>
    </w:p>
    <w:p>
      <w:r>
        <w:t>Spisová značka: 6S/191/2014</w:t>
      </w:r>
    </w:p>
    <w:p>
      <w:r>
        <w:t>ECLI: ECLI:SK:KSBA:2016:1014201507.1</w:t>
      </w:r>
    </w:p>
    <w:p>
      <w:r>
        <w:t>Dátum vydania: 18.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6S/191/2014 Identifikačné číslo súdneho spisu: 1014201507 Dátum vydania rozhodnutia: 19. 04. 2016 Meno a priezvisko sudcu, VSÚ: JUDr. Vlastimil Pavlikovský ECLI: ECLI:SK:KSBA:2016:1014201507.1 Uznesenie Krajský súd v Bratislave v právnej veci žalobcu: ERS Holding, spol. s r.o., so sídlom Malé Pálenisko 11, 821 09 Bratislava, proti žalovanému: Finančné riaditeľstvo Slovenskej republiky, so sídlom Lazovná 63, 974 01 Banská Bystrica, o preskúmanie zákonnosti rozhodnutia žalovaného č. 1100302/1/263000/2014/1042 zo dňa 5.6.2014 v spojení s rozhodnutím Daňového úradu Bratislava č. 9104408/5/203945/2014/BieM zo dňa 17.1.2014, takto r o z h o d o l : Krajský súd v Bratislave o d k l a d á vykonateľnosť rozhodnutia Finančného riaditeľstva Slovenskej republiky č. 1100302/1/263000/2014/1042 zo dňa 5.6.2014 v spojení s rozhodnutím Daňového úradu Bratislava č. 9104408/5/203945/2014/BieM zo dňa 17.1.2014, a to až do nadobudnutia právoplatnosti rozhodnutia súdu vo veci samej. o d ô v o d n e n i e : Žalobca sa žalobou podanou Krajskému súdu v Bratislave dňa 11.9.2014 domáhal preskúmania zákonnosti rozhodnutia žalovaného č. 1100302/1/263000/2014/1042 zo dňa 5.6.2014 v spojení s rozhodnutím Daňového úradu Bratislava č. 9104408/5/203945/2014/BieM zo dňa 17.1.2014, ktorým daňový úrad vyrubil žalobcovi rozdiel dane vo výške XXX.XXX,- € za zdaňovacie obdobie december 2011. Spolu s podanou žalobou sa žalobca domáhal odkladu vykonateľnosti rozhodnutia žalovaného č. 1100302/1/263000/2014/1042 zo dňa 5.6.2014 v spojení s rozhodnutím Daňového úradu Bratislava č. 9104408/5/203945/2014/BieM zo dňa 17.1.2014. Podľa § 250c veta druhá O.s.p., na žiadosť účastníka môže predseda senátu uznesením vykonateľnosť rozhodnutia odložiť, ak by okamžitým výkonom napadnutého rozhodnutia hrozila závažná ujma. Krajský súd v Bratislave je toho názoru, že výkonom rozhodnutia zaväzujúceho žalobcu k odvedeniu sumy vo výške XXX.XXX,- € by mu hrozila vážna ujma v majetkovej sfére, preto súd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https://www.kauzis.sk/judikatura/r/ECLI:SK:KSBA:2016:1014201507.1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