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1S/192/2014 z 3. 2. 2016</w:t>
      </w:r>
    </w:p>
    <w:p>
      <w:r>
        <w:t>Uznesenie Krajského súdu Bratislava z 3. februára 2016, sp. zn. 1S/192/2014, ECLI:SK:KSBA:2016:1014201518.2</w:t>
      </w:r>
    </w:p>
    <w:p>
      <w:r>
        <w:t>Súd: Krajský súd Bratislava</w:t>
      </w:r>
    </w:p>
    <w:p>
      <w:r>
        <w:t>Spisová značka: 1S/192/2014</w:t>
      </w:r>
    </w:p>
    <w:p>
      <w:r>
        <w:t>ECLI: ECLI:SK:KSBA:2016:1014201518.2</w:t>
      </w:r>
    </w:p>
    <w:p>
      <w:r>
        <w:t>Dátum vydania: 3.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1S/192/2014 Identifikačné číslo súdneho spisu: 1014201518 Dátum vydania rozhodnutia: 04. 02. 2016 Meno a priezvisko sudcu, VSÚ: JUDr. Monika Valašíková PhD. ECLI: ECLI:SK:KSBA:2016:1014201518.2 Uznesenie Krajský súd v Bratislave v právnej veci žalobcu: A. S., B. 1, XXX XX A., zastúpeného: Anna Gališinová, advokátka, s.r.o., so sídlom Dvojkrížna 13155/6, 821 07 Bratislava, proti žalovanému: Slovenský rybársky zväz, Mestská organizácia Pezinok, Myslenická 89, 902 03 Pezinok, zastúpeného: RR Legal Corp., s.r.o., Humenské nám. 4, 851 07 Bratislava, o preskúmanie zákonnosti rozhodnutia žalovaného č. R-2/2014 zo dňa 18.06.2014 takto r o z h o d o l : Krajský súd v Bratislave postupuje vec Okresnému súdu Pezinok. o d ô v o d n e n i e : Žalobou, doručenou tunajšiemu súdu dňa 11.09.2014, sa žalobca domáhal preskúmania rozhodnutia žalovaného č. R-2/2014 zo dňa 18.06.2014, ktorým bolo potvrdené rozhodnutie Disciplinárnej komisie pri výbore Mestskej organizácie Slovenského rybárskeho zväzu Pezinok č. R-2/2014 zo dňa 16.04.2014 o dočasnom vylúčení žalobcu z členstva na dobu 3 rokov a odvolanie žalobcu zamietol. Proti rozhodnutiu žalovaného nie je prípustný opravný prostriedok. Podľa § 103 O.s.p., kedykoľvek za konania prihliada súd na to, či sú splnené podmienky, za ktorých môže konať vo veci (podmienky konania). Podľa § 11 ods. 1 O.s.p., konanie sa uskutočňuje na tom súde, ktorý je vecne a miestne príslušný. Príslušnosť sa určuje podľa okolností, ktoré tu sú v čase začatia konania a trvá až do jeho skončenia. Podľa § § 104a a 105 ods. 1 O.s.p., súd skúma miestu a vecnú príslušnosť prv, než začne konať vo veci samej. Podľa § 246c ods. 1, prvá veta O.s.p., pre riešenie otázok, ktoré nie sú priamo upravené v tejto časti, sa použijú primerane ustanovenia prvej, tretej a štvrtej časti tohto zákona. Podľa ust. § 15 ods. 1 zákona č. 83/1990 Zb. o združovaní občanov v znení neskorších predpisov, ak člen združenia považuje rozhodnutie niektorého z jeho orgánov, proti ktorému už nemožno podľa stanov podať opravný prostriedok, za nezákonné alebo odporujúce stanovám, môže do 30 dní odo dňa, keď sa o ňom dozvedel, najneskôr však do 6 mesiacov od rozhodnutia požiadať okresný súd o jeho preskúmanie. Podľa ust. § 246 ods. 1 O.s.p., na preskúmavanie rozhodnutí a postupov sú vecne príslušné krajské súdy, ak zákon neustanovuje inak. V danom prípade osobitný zákon o združovaní občanov výslovne v citovanom ustanovení uvádza, že na preskúmanie rozhodnutí orgánov združenia proti ktorému nie je prípustný opravný prostriedok, je príslušný okresný súd. V danej veci preto miestnu príslušnosť je potrebné určiť podľa § 246a ods. 1 O.s.p., podľa ktorého je miestne príslušným súd, v ktorého obvode má sídlo orgán, ktorého rozhodnutie sa preskúmava, teda Okresný súd Pezinok. Podľa § 250d ods. 2 O.s.p., ak predseda senátu zistí, že súd nie je vecne alebo miestne príslušný, postúpi vec uznesením príslušnému súdu. Na základe uvedených dôvodov, s prihliadnutím aj na právny názor Najvyššieho súdu Slovenskej republiky vyslovený v jeho rozsudku sp. zn. 3Nds/2/2014 zo dňa 18.06.2014, vec postúpil Okresnému súdu Pezinok. Poučenie: Proti tomuto uzneseniu nie je prípustné odvolanie (§ 246c ods. 1, druhá hlava O.s.p.).</w:t>
      </w:r>
    </w:p>
    <w:p/>
    <w:p>
      <w:r>
        <w:t>Zdroj: KAUZIS.SK – https://www.kauzis.sk/judikatura/r/ECLI:SK:KSBA:2016:1014201518.2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