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5Sd/236/2014 z 17. 5. 2016</w:t>
      </w:r>
    </w:p>
    <w:p>
      <w:r>
        <w:t>Rozsudok Krajského súdu Bratislava z 17. mája 2016, sp. zn. 5Sd/236/2014, ECLI:SK:KSBA:2016:1014201598.3</w:t>
      </w:r>
    </w:p>
    <w:p>
      <w:r>
        <w:t>Súd: Krajský súd Bratislava</w:t>
      </w:r>
    </w:p>
    <w:p>
      <w:r>
        <w:t>Spisová značka: 5Sd/236/2014</w:t>
      </w:r>
    </w:p>
    <w:p>
      <w:r>
        <w:t>ECLI: ECLI:SK:KSBA:2016:1014201598.3</w:t>
      </w:r>
    </w:p>
    <w:p>
      <w:r>
        <w:t>Dátum vydania: 17. 5. 2016</w:t>
      </w:r>
    </w:p>
    <w:p>
      <w:r>
        <w:t>Forma: Rozsudok</w:t>
      </w:r>
    </w:p>
    <w:p>
      <w:r>
        <w:t>Oblasť práva: Správne právo</w:t>
      </w:r>
    </w:p>
    <w:p>
      <w:pPr>
        <w:pStyle w:val="Heading2"/>
      </w:pPr>
      <w:r>
        <w:t>Text rozhodnutia</w:t>
      </w:r>
    </w:p>
    <w:p>
      <w:r>
        <w:t>Súd: Krajský súd Bratislava Spisová značka: 5Sd/236/2014 Identifikačné číslo súdneho spisu: 1014201598 Dátum vydania rozhodnutia: 18. 05. 2016 Meno a priezvisko sudcu, VSÚ: JUDr. Milota Tóthová ECLI: ECLI:SK:KSBA:2016:1014201598.3 ROZSUDOK V MENE SLOVENSKEJ REPUBLIKY Krajský súd v Bratislave samosudkyňou JUDr. Milotou Tóthovou v právnej veci navrhovateľky G. P., L. Z.. X. XXXX/XX, J., proti odporkyni Sociálnej poisťovni ústredie v Bratislave, Ul. 29. augusta č. 8-10, Bratislava, o invalidný dôchodok, takto r o z h o d o l : Súd rozhodnutie odporkyne číslo XXX XXX XXXX X zo dňa 22. januára 2014 p o t v r d z u j e . Účastníkom náhradu trov konania nepriznáva. o d ô v o d n e n i e : Rozhodnutím číslo XXX XXX XXXX X zo dňa 22. januára 2014 odporkyňa podľa § 70 ods. 1, § 82 a § 293ce zákona č. 461/2003 Z.z. o sociálnom poistení v znení neskorších predpisov navrhovateľke od 6. júna 2013 priznala invalidný dôchodok v sume 142,00 eur mesačne, zvýšený od 1. januára 2014 na sumu 146,50 eur mesačne. Rozhodla tak s odôvodnením, že podľa posudku posudkového lekára sociálneho poistenia Sociálnej poisťovne, pobočka Bratislava zo dňa 16. decembra 2013 navrhovateľka bola uznaná za invalidnú, miera poklesu schopnosti vykonávať zárobkovú činnosť u navrhovateľky je 50%. Zároveň uviedla, že týmto rozhodnutím realizuje rozsudok Krajského súdu v Bratislave č.k. 10Sd/10/2013 - 69 zo dňa 20. septembra 2013. Navrhovateľka návrhom zo dňa 3.3.2014 žiadala preskúmať toto rozhodnutie, poukazovala na to, že má závažné, dlhodobé, chronické a bolestivé zdravotné problémy, utrpela veľa úrazov, má poškodený pohybový aparát, čo preukazujú správy z odborných vyšetrení, vyšetrení RTG a CT a nesúhlasila s posúdením jej zdravotného stavu. Krajský súd preskúmal napadnuté rozhodnutie podľa § 250l a nasl. O.s.p., prejednal návrh navrhovateľky a dospel k záveru, že návrh nie je dôvodný. Krajský súd vykonal dokazovanie výsluchom účastníkov, posudkami posudkového lekára Sociálnej poisťovne pobočky Bratislava zo dňa 16.12.2013 a 14.7.2014, posudkom posudkového lekára Sociálnej poisťovne ústredie Bratislava zo dňa 17.9.2014, doplňujúcim odborným vyjadrením posudkového lekára Sociálnej poisťovne ústredie Bratislava zo dňa 19.11.2015, 15.1.2016 a 6.4.2016 a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1 písm. a)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82 ods. 5 písm. a) cit. zákona invalidný dôchodok priznaný z dôvodu poklesu schopnosti vykonávať zárobkovú činnosť najviac o 70% vyplácaný k 1. januáru príslušného kalendárneho roka a invalidný dôchodok priznaný z dôvodu poklesu schopnosti vykonávať zárobkovú činnosť najviac o 70%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invalidného dôchodku priznaného z dôvodu poklesu schopnosti vykonávať zárobkovú činnosť najviac o 70%. Podľa § 82 ods. 5 písm. b) cit. zákona invalidný dôchodok priznaný z dôvodu poklesu schopnosti vykonávať zárobkovú činnosť najviac o 70% vyplácaný k 1. januáru príslušného kalendárneho roka a invalidný dôchodok priznaný z dôvodu poklesu schopnosti vykonávať zárobkovú činnosť najviac o 70%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invalidného dôchodku priznaného z dôvodu poklesu schopnosti vykonávať zárobkovú činnosť najviac o 70%,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ods. 3 písm. d) zákona č. 461/2003 Z.z. v znení zákona č. 252/2012 účinnom od 1.9.2012 pevná suma zvýšenia invalidného dôchodku priznaného z dôvodu poklesu schopnosti vykonávať zárobkovú činnosť najviac o 70% sa určí percentom, ktoré sa určí ako súčet 50% medziročného rastu spotrebiteľských cien a 50% medziročného rastu priemernej mesačnej mzdy v hospodárstve Slovenskej republiky vykázaných štatistickým úradom za prvý polrok roku 2012, z priemernej mesačnej sumy invalidného dôchodku priznaného z dôvodu poklesu schopnosti vykonávať zárobkovú činnosť najviac o 70% vykázanej Sociálnou poisťovňou k 30. júnu 2012. Podľa § 1 písm. g) opatrenia Ministerstva práce, sociálnych vecí a rodiny Slovenskej republiky č. 329/2012 Z.z., ktorým sa ustanovuje pevná suma zvýšenia dôchodkovej dávky a percento zvýšenia úrazovej renty v roku 2013 dôchodková dávka v roku 2013 sa zvyšuje takto: invalidný dôchodok priznaný z dôvodu poklesu schopnosti vykonávať zárobkovú činnosť najviac o 70% o 5,90 eura. Podľa § 1 písm. g)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4,50 eura ak ide o invalidný dôchodok priznaný z dôvodu poklesu schopnosti vykonávať zárobkovú činnosť najviac o 70%. Navrhovateľke pôvodne rozhodnutím číslo XXX XXX XXXX X zo dňa 20. decembra 2012 odporkyňa podľa § 70 a § 71 ods. 1 zákona č. 461/2003 Z.z. o sociálnom poistení v znení neskorších predpisov zamietla žiadosť navrhovateľky o invalidný dôchodok zo dňa 10. decembra 2012 s odôvodnením, že navrhovateľka pre dlhodobo nepriaznivý zdravotný stav nemá pokles schopnosti vykonávať zárobkovú činnosť o viac ako 40% v porovnaní so zdravou fyzickou osobou. Navrhovateľka požiadala o preskúmanie uvedeného rozhodnutia. Krajský súd v Bratislave po vykonanom dokazovaní rozsudkom č.k. 10Sd/10/2013 - 69 zo dňa 20. septembra 2013, ktorý nadobudol právoplatnosť dňa 29.10.2013 zrušil rozhodnutie odporkyne číslo XXX XXX XXXX X zo dňa 20. decembra 2012 a vec vrátil odporkyni na ďalšie konanie s tým, že odporkyňa musí opätovne posúdiť zdravotné postihnutie navrhovateľky podľa kritérií stanovených zákonom a zohľadniť aj tú skutočnosť, že navrhovateľka sa začala liečiť na psychiatrickej ambulancii. Odporkyňa po vrátení veci opätovne preskúmala zdravotný stav navrhovateľky. Posudkový lekár Sociálnej poisťovne pobočka Bratislava v posudku zo dňa 16.12.2013 uviedol, že navrhovateľka trpí na choroby a to: posttraumatickú artrózu členkového kĺbu, bolesť chrbta - dorzalgiu, depresívne epizódy, iné depresívne psychózy, žilovú insuficienciu chronickú periférnu, esenciálnu hypertenziu I. štádium podľa SZO, obezitu III. stupňa a zvýšenú hladinu glukózy v krvi a úraz: zlomeninu predkolenia vrátane členka. Konštatoval, že ortopedické vyšetrenia dokumentovali a dokumentujú opísaný úrazový dej v roku 1996 ako špirálovitú zlomeninu dolných koncov oboch kostí ľavého predkolenia, ktoré boli liečené chirurgickou fixáciou, rehabilitáciou a po roky odstránením kovového materiálu. Od tejto doby dochádzalo opakovane k poškodzovaniu ľavého členkového kĺbu následkom opakovaných pádov alebo úrazov (aj po napadnutí susedou - kopnutie), s postupným vývojom artrózy ľavého členkového kĺbu, ktorý bol v decembri 2012 posúdený na úrovni stredne ťažkého stupňa s klinickou diagnózou arthrosis ATC I. sin. gr. II. posttraumatica a ktorá bola od 6.6.2013 podľa RTG nálezu zmenená na poúrazovú artrózu horného a dolného ľavého členkového kĺbu II. až III. stupňa, v klinickom obraze je ľavý členok zhrubnutý, bez známok zápalu, bolestivý na pohmat, na špičku sa nepostaví, chôdza so šetrením ľavej nohy. Uviedol, že celkové zdravotné postihnutie navrhovateľky je komplikované bolesťami chrbta, ktoré sú dokumentované ortopedickými a neurologickými vyšetrenia s opisom klinického nálezu o viacbodovom bolestivom syndróme chrbtice na podklade degeneratívnych zmien, bez koreňového dráždenia v kombinácii s bolesťami hlavy, po páde v septembri 2013 je stav aktuálne zhoršený. Navrhovateľke sa zhoršili ťažkosti od napadnutia susedou 2.7.2012, má problémy so spánkom, zhoršilo sa jej menštruačné krvácanie. Od augusta 2013 je navrhovateľka sledovaná v psychiatrickej ambulancii, dokumentované nálezy od 9.9.2013 ako atypická (larvovaná) depresia stredne ťažká až ťažká epizóda, pri následných dvoch kontrolných vyšetreniach dochádza k zlepšovaniu zdravotného stavu, už nie ako ťažká depresia, ktorá z posudkového hľadiska t.č. nespĺňa podmienku o dlhodobo nepriaznivom zdravotnom stave. Rozhodujúcim zdravotným postihnutím u navrhovateľky je stav po zlomenine dolnej časti oboch kostí ľavého predkolenia, zhojená s porušenou funkciou v končatine (kapitola XV., oddiel G, položka 53.b) prílohy č. 4 zákona č. 461/2003 Z.z.), kde mieru poklesu schopnosti vykonávať zárobkovú činnosť posudkový lekár stanovil na 40%. Pre iné zdravotné postihnutie a degeneratívne zmeny na chrbtici a medzistavcových platničkách, recidivujúci, polytopný vertebrogénny algický syndróm s miernym funkčným postihnutím (kapitola XV., oddiel E, položka 3.b) prílohy č. 4 zákona č. 461/2003 Z.z.) zvýšil percentuálnu mieru o 10%. Celková miera poklesu schopnosti vykonávať zárobkovú činnosť je 50%. Dátum vzniku invalidity stanovil od 6.6.2013 na základe ortopedického nálezu zo dňa 6.6.2013, mimo podporného obdobia a ohľadom požiadavky navrhovateľky o priznanie invalidity od 12.4.2012 uviedol, že to nie je možné pre absenciu takých odborných názov, ktoré by v požadovanom období umožňovali určiť mieru poklesu schopnosti vykonávať zárobkovú činnosť nad 41%. Navrhovateľka je invalidná podľa § 71 ods. 1 zákona č. 461/2003 Z.z. o sociálnom zabezpečení. Navrhovateľka môže vykonávať prácu bez zvýšenej fyzickej a psychickej záťaže, bez zvýšenej záťaže dolných končatín, bez zdvíhania a prenášania ťažkých bremien a činností spojených s prácami v extrémne vynútených polohách trupu, bez zvýšených nárokov na dlhú chôdzu a státie, s možnosťou striedania pracovných činností v sede a v stoji, napr. práce podľa vzdelania v administratíve. Posudkový lekár Sociálnej poisťovne pobočka Bratislava v posudku zo dňa 14.7.2014 po vyhodnotení novodoložených lekárskych nálezov a to ortopedického vyšetrenia zo dňa 18.12.2013, 3.6.2014 a 14.7.2014, psychologického vyšetrenia zo dňa 17.2.2014, neurologickej kontroly zo dňa 21.5.2014 a 3.6.2014 a psychiatrického vyšetrenia zo dňa 14.7.2014 uviedol, že tieto lekárske správy dokumentujú nezmenený stav invalidizujúceho zdravotného postihnutia a neboli doložené také skutočnosti, ktoré by podmieňovali zmenu miery poklesu alebo dátumu vzniku invalidity z hľadiska ortopedického a neurologického postihnutia, celkové zdravotné postihnutie je komplikované periodickou depresívnou poruchou, esenciálnou hypertenziou a inými zdravotnými postihnutiami navrhovateľky. Zotrval na posudkovom závere uvedenom v posudku zo dňa 16.12.2013. Posudkový lekár Sociálnej poisťovne ústredie Bratislava v posudku zo dňa 17.9.2014 za prítomnosti prísediaceho odborného lekára psychiatra uviedol, že navrhovateľka trpí na choroby a to iné atrózy - posttraumatickú artrózu členkového kĺbu, bolesť chrbta - dorzalgiu, iné depresívne poruchy - neurasténia, metabolický syndróm - esenciálnu (primárnu) hypertenziu, obezitu III. stupňa a zvýšenú hladinu glukózy v krvi a úraz: zlomeninu predkolenia vrátane členka. Konštatoval, že neznemený stav invalidizujúceho zdravotného postihnutia navrhovateľky bol posúdený priaznivo až veľmi priaznivo a neboli doložené také nové skutočnosti, ktoré by podmieňovali zmenu miery poklesu alebo dátumu vzniku invalidity z hľadiska ortopedického, neurologického alebo psychiatrického postihnutia. Poúrazové postihnutie členka je komplikované neuroticitou u senzitívnej osobnosti a ďalšími somatickými postihnutiami ako bolesťami chrbta pri tučnote s vysokým krvným tlakom a poruchou metabolizmu cukrov. Ako rozhodujúce zdravotné postihnutie u navrhovateľky stanovil stav po zlomenine tíbie, zhojená v nepriaznivom postavení s porušenou funkciou pohybu končatiny (kapitola XV., oddiel G, položka 51.b) prílohy č. 4 zákona č. 461/2003 Z.z.), kde mieru poklesu schopnosti vykonávať zárobkovú činnosť posudkový lekár stanovil na 40%, čo prestavuje hornú hranicu percentuálneho rozpätia u danej položky. Pre iné zdravotné postihnutie a to bolesť chrbta - dorzalgiu, iné neurotické poruchy - neurasténie, metabolický syndróm - esenciálnu (primárnu hypertenziu, obezitu III. stupňa a zvýšenú hladinu glukózy v krvi zvýšil percentuálnu mieru o 10%. Celková miera poklesu schopnosti vykonávať zárobkovú činnosť je 50%. Potvrdil dátum vzniku invalidity od 6.6.2013 na základe ortopedického nálezu zo dňa 6.6.2013, mimo podporného obdobia a ohľadom požiadavky navrhovateľky o priznanie invalidity od 12.4.2012 konštatoval, že to nie je možné pre absenciu takých odborných názov, ktoré by v požadovanom období umožňovali určiť mieru poklesu schopnosti vykonávať zárobkovú činnosť nad 41%. Navrhovateľka je invalidná podľa § 71 ods. 1 zákona č. 461/2003 Z.z. o sociálnom zabezpečení. Navrhovateľka môže vykonávať prácu bez nadmernej fyzickej záťaže, napr. práce primerané vzdelaniu, na skrátený pracovný úväzok. Navrhovateľka pri výsluchu v súdnom konaní zotrvala na podanom návrhu, poukazovala na to, má dlhodobo zdravotné problémy, predložila množstvo lekárskych nálezov, ktoré neboli akceptované a jej zdravotný stav bol posúdený krátko a údaje v posudkoch sú prekrútené a nezodpovedajú skutočnosti. Nesúhlasila s dátumom vzniku invalidity. Zdôraznila, že nie je schopná pracovať, živí ju manžel, výška invalidného dôchodku je nízka a nestačí zabezpečiť jej životné potreby. Poukázala ďalej na to, že v roku 2006 mala pracovný úraz, nebola posúdená posudkovým lekárom, nedostala žiadne finančné náhrady za bolesť, sťaženie zdravotnej situácie, jednorazové vyrovnanie ani príspevok na preplatenie rehabilitácie, rovnako tak nebola riešená úrazová renta za tento úraz a ani za ďalší úraz, ktorý utrpela počas rehabilitácie v Pinnelovej nemocnici a neboli jej priznané žiadne náhrady za pracovný úraz a náhrady za spoločenské uplatnenie. Poukázala na svoje podanie zo dňa 15.2.2016, ktorým doplnila údaje poistenca a uviedla, že prvým zamestnávateľom bolo Ministerstvo obchodu SSR, pracovný pomer bol od 1.8.1984, neskôr zmena názvu Ministerstvo obchodu a cestovného ruchu SR, pracovný pomer od 27.1.1992 do 11.4.1995. Odporkyňa v písomnom vyjadrení zo dňa 19.2.2016 uviedla, že predmetné obdobie bolo navrhovateľke zhodnotené v celom rozsahu a poukázala na to, že doba poistenia bola zhodnotená na základe spisového a evidenčného materiálu nachádzajúceho sa v evidencii Sociálnej poisťovne ústredie. Ďalej uviedla, že obdobie od 22.6.2010 do 31.7.2010 a od 8.12.2010 do 31.3.2011 nie je obdobím dôchodkového poistenia a zdôraznila, že zamestnancom na účely dôchodkového poistenia podľa § 4 ods. 2 zákona č. 461/2003 Z.z. o sociálnom poistení v znení neskorších predpisov je od 1. januára 2013 aj fyzická osoba vykonávajúca činnosť v právnom vzťahu na základe dohody o vykonaní práce, dohody o pracovnej činnosti alebo dohody o brigádnickej práci študentov, ak má z tohto právneho vzťahu právo na pravidelný mesačný príjem alebo nepravidelný príjem podľa ustanovenia § 3 ods. 1 a ods. 2 zákona č. 461/2003 Z.z. v znení zákona č. 543/2010 Z.z.. Vzhľadom na uvedené fyzické osoby, ktoré mali so zamestnávateľom uzatvorený právny vzťah na základe dohôd o prácach vykonávaných mimo pracovného pomeru, neboli do 31.12.2012 dôchodkovo poistené, t.j. nemali povinnosť platiť poistné na dôchodkové poistenie a takého osoby sa poistencami na účely sociálneho poistenia stali až od 1.1.2013. Napadnuté rozhodnutie číslo XXX XXX XXXX X zo dňa 22. januára 2014 žiadala ako vecne správne potvrdiť. Navrhovateľka v priebehu súdneho konania doložila nové lekárske nálezy. Súd doplnil dokazovanie zadovážením si odborného doplňujúceho vyjadrenia posudkového lekára Sociálnej poisťovne ústredie Bratislava, ktorý dňa 19.11.2015 aj za osobnej účasti navrhovateľky po vyhodnotení doložených nových lekárskych nálezov a to ortopedického vyšetrenia zo dňa 17.3.2015 a 19.5.2015, reumatologického vyšetrenia zo dňa 17.3.2015 a 27.5.2015, chirurgického vyšetrenia zo dňa 20.3.2015 a 6.5.2015, interného vyšetrenia zo dňa 9.3.2015 a 8.4.2015, očného vyšetrenia zo dňa 6.3.2015 a 7.4.2015, kontrolného diabetologického vyšetrenia zo dňa 6.3.2015, psychiatrického vyšetrenia zo dňa 13.3.2015, vyšetrenia v prsníkovej ambulancii zo dňa 29.10.2013 a 28.10.2014, USG vyšetrenia hornej časti brucha zo dňa 22.10.2014, výmenného lístka na urologické vyšetrenie zo dňa 18.3.2015, laboratórnych výsledkov zo dňa 25.2.2015, žiadanky o SONO duplex žíl zo dňa 20.3.2015 a CCDS HVS ĽDK zo dňa 28.4.2015, vyšetrenia zo dňa 24.4.2015 UNsP Milosrdní bratia, neurologického vyšetrenia zo dňa 21.5.2015 a 16.6.2015, správy o vyšetrení zo dňa 13.4.2015, hematologického vyšetrenia zo dňa 27.4.2015 a 5.5.2015, výmenného lístka na EMG vyšetrenie zo dňa 21.5.2015 a EMG vyšetrenia zo dňa 28.7.2015, ďalej nových lekárskych nálezov, ktoré navrhovateľka predložila priamo posudkovému lekárovi dňa 19.11.2015 a to reumatologického kontrolného vyšetrenia zo dňa 8.9.2015 a 6.10.2015, kontrolného neurologického vyšetrenia zo dňa 10.9.2015, prepúšťacej správy z Neurologickej kliniky UNB Staré Mesto hospitalizácia od 13.10.2015 do 17.10.2015, očného vyšetrenia zo dňa 21.9.2015, urologického vyšetrenia zo dňa 28.9.2015, endokrinologického vyšetrenia zo dňa 31.8.2015, dermatologického vyšetrenia zo dňa 4.9.2015, USG prsníkov zo dňa 16.11.2015, žiadanky o ortopedické vyšetrenia zo dňa 25.9.2015 a zoznamu liekov, liečiv a pomôcok rok 2015 uviedol, že navrhovateľka trpí na choroby a to iné artrózy - poúrazové stuhnutie (artrózu) ľavého členkového kĺbu, tučnotu (obezitu) III. stupňa, bolesť chrbta - dorzalgiu na viacerých miestach, iné neurotické poruchy - neurasténiu, chorobu vysokého tlaku krvi (hypertenziu) II. stupňa, zvýšenú hladinu cukru v (glukózy) v krvi, ďalekozrakosť (presbyopiu) oboch očí, zmeny na sietnici pri hypertenzii. chronický tráviaci syndróm, stukovatenie pečene (steatózu) bez poruchy funkcie, žlčový kameň (zistený na sonografickom vyšetrení) a kŕčové žily (varixy) končatín a úraz zlomeninu predkolenia vrátane členka vľavo (v roku 1996). Konštatoval, že bolo zaslaných zo strany súdu dvadsaťpäť novodoložených odborných lekárskych nálezov, z ktorých sú tieto kompletne v norme alebo zaznamenávajú iba minimálne, posudkovo nijako nevýznamné chorobné zmeny a ďalšie v počte osem odborných lekárskych nálezov, ktoré doložila priamo navrhovateľka dokumentujú už známe, posudkovo zohľadnené ochorenia a stavy. Uviedol, že tieto vyšetrenia dokumentujú zdĺhavé, chronické ťažkosti navrhovateľky, avšak objektívny nález nezodpovedá subjektívnym pocitom navrhovateľky a je veľmi pravdepodobné, že pri udržiavaní ťažkostí sa výraznou mierou podieľa mechanizmus agravácie (zvýrazňovania) zdravotných ťažkostí s cieľom získania invalidného dôchodku. Zdôraznil, že uznanie invalidity navrhovateľky s mierou poklesu schopnosti vykonávať zárobkovú činnosť 50% od 6.6.2013, t.j. dňom ortopedického vyšetrenia, kedy boli dokumentované chronické zmeny na členkovom kĺbe je pre navrhovateľku mimoriadne priaznivé. Rozhodujúcim zdravotným postihnutím u navrhovateľky je stav po zlomenine tíbie, zhojená so skrátením, v nesprávnom uhlovom postavení a s porušenou funkciou pohybu končatiny (kapitola XV., oddiel G, položka 51.b) prílohy č. 4 zákona č. 461/2003 Z.z.), kde mieru poklesu schopnosti vykonávať zárobkovú činnosť posudkový lekár stanovil na 40%, čo prestavuje hornú hranicu percentuálneho rozpätia u danej položky. Pre iné zdravotné postihnutie a ostatné ochorenia zvýšil percentuálnu mieru o 10%. Celková miera poklesu schopnosti vykonávať zárobkovú činnosť je 50%. Potvrdil dátum vzniku invalidity od 6.6.2013, t.j. dňom ortopedického nálezu zo dňa 6.6.2013, ktorý dokumentuje chronické zmeny na členkovom kĺbe. Navrhovateľka je invalidná podľa § 71 ods. 1 zákona č. 461/2003 Z.z. o sociálnom zabezpečení. Navrhovateľka môže vykonávať prácu bez nadmerných nárokov na fyzický výkon, napr. prácu primeranú vzdelaniu a pracovným skúsenostiam, i na skrátený pracovný úväzok. Posudkový lekár Sociálnej poisťovne ústredie Bratislava v doplňujúcom odbornom vyjadrení dňa 15.1.2016 po vyhodnotení doložených nových lekárskych nálezov a to kontrolného reumatologického vyšetrenia zo dňa 8.9.2015 a 6.10.2015, kontrolného neurologického vyšetrenia zo dňa 10.9.2015, prepúšťacej správy z Neurologickej kliniky UNB Staré Mesto hospitalizácia od 13.10.2015 do 17.10.2015, očného vyšetrenia zo dňa 21.9.2015, urologického vyšetrenia zo dňa 28.9.2015, endokrinologického vyšetrenia zo dňa 25.8.2015 a výsledkov zo dňa 31.8.2015, dermatovenerologického vyšetrenia zo dňa 4.9.2015, USG vyšetrenia prsníkov zo dňa 16.11.2015, žiadanky o ortopedické vyšetrenie zo dňa 25.9.2015 a zoznamu liekov, liečiv a pomôcok rok 2015 uviedol, že sa jedná o kópie lekárskych nálezov, ktoré už boli posudkovo vyhodnotené a zotrval na odbornom posudkovom stanovisku uvedenom v doplňujúcom odbornom vyjadrení zo dňa 19.11.2015. Posudkový lekár Sociálnej poisťovne ústredie Bratislava dňa 6.4.2016 aj za osobnej účasti navrhovateľky a za prítomnosti prísediaceho odborného lekára ortopéda po vyhodnotení doložených nových lekárskych nálezov a to ortopedického vyšetrenia zo dňa 14.12.2015, neurologického vyšetrenia zo dňa 14.1.2016 a 18.1.2016, hematologického vyšetrenia zo dňa 4.2.2016, dekurz onkológia vyšetrenie z prsníkovej ambulancie zo dňa 24.11.2015 a ďalej nových lekárskych nálezov, ktoré navrhovateľka predložila priamo posudkovému lekárovi dňa 6.4.2016 a to ortopedického vyšetrenia zo dňa 5.4.2016, reumatologického vyšetrenia zo dňa 29.3.2016, neurologického vyšetrenia zo dňa 21.3.2016, výmenného lístka zo dňa 5.4.2016, cievneho vyšetrenia zo dňa 23.3.2016 a kožného vyšetrenia zo dňa 17.3.2016 uviedol, že navrhovateľka trpí na choroby a to iné artrózy - poúrazové stuhnutie (artrózu) ľavého členkového kĺbu, tučnotu (obezitu) III. stupňa, bolesť chrbta - dorzalgiu na viacerých miestach, iné neurotické poruchy - neurasténiu, chorobu vysokého tlaku krvi (hypertenziu) II. stupňa, zvýšenú hladinu cukru (glukózy) v krvi, ďalekozrakosť (presbyopiu) oboch očí, zmeny na sietnici pri hypertenzii, chronický tráviaci syndróm, stukovatenie pečene (steatózu) bez poruchy funkcie, žlčový kameň (zistený na sonografickom vyšetrení), kŕčové žily (varixy) končatín a cystickú mastopatiu (prsníkovú anomáliu) a úraz zlomeninu predkolenia vrátane členka vľavo (v roku 1996). Konštatoval, že sa jedná o dokumenty so známym súborom diagnóz, ktorú nepodmieňujú zmenu posudkových záverov predchádzajúcich posudkov. Opätovne zdôraznil, že uznanie invalidity navrhovateľky s mierou poklesu schopnosti vykonávať zárobkovú činnosť 50% od 6.6.2013, t.j. dňom ortopedického vyšetrenia, kedy boli dokumentované zdĺhavé chorobné zmeny na členkovom zhybe je pre navrhovateľku mimoriadne priaznivé a zotrval na posudkovom závere uvedenom v doplňujúcom odbornom vyjadrení zo dňa 19.11.2015. Rozhodujúcim zdravotným postihnutím u navrhovateľky je stav po zlomenine tíbie, zhojená so skrátením, v nesprávnom uhlovom postavení a s porušenou funkciou pohybu končatiny (kapitola XV., oddiel G, položka 51.b) prílohy č. 4 zákona č. 461/2003 Z.z.), kde mieru poklesu schopnosti vykonávať zárobkovú činnosť posudkový lekár stanovil na 40%, čo prestavuje hornú hranicu percentuálneho rozpätia u danej položky. Pre iné zdravotné postihnutie a ostatné ochorenia zvýšil percentuálnu mieru o 10%. Celková miera poklesu schopnosti vykonávať zárobkovú činnosť je 50%. Potvrdil dátum vzniku invalidity od 6.6.2013, t.j. dňom ortopedického nálezu zo dňa 6.6.2013, ktorý dokumentuje zdĺhavé chorobné zmeny na členkovom zhybe. Navrhovateľka je invalidná podľa § 71 ods. 1 zákona č. 461/2003 Z.z. o sociálnom zabezpečení. Navrhovateľka môže vykonávať prácu bez nadmerných nárokov na fyzický výkon, napr. prácu primeranú vzdelaniu a pracovným skúsenostiam, i na skrátený pracovný úväzok. Navrhovateľka na pojednávaní dňa 18.5.2016 zotrvala na podanom návrhu, vznášala námietky proti poslednému posúdeniu jej zdravotného stavu, namietala, že neboli zohľadnené jej zdravotné problémy, nesúhlasila s dátumom vzniku invalidity vzhľadom na to, že úraz sa jej stal v roku 1996 a následne mala problémy s nohou a uviedla, že žiadala priznať invalidný dôchodok od roku 2012, čo nebolo akceptované. Zástupkyňa odporkyne poukázala na to, že navrhovateľke bolo vykonané zvýšenie percentuálne rozpätie maximálne o 10% v zmysle zákona, kde boli zhodnotené aj všetky jej ďalšie ochorenia, a zdôraznila, že významným zdravotným problémom je práve stav po zlomenine tíbie a fibuly a špirálová zlomenina členka. Zdôraznila, že bolo vykonané rozsiahle dokazovanie ohľadom zdravotného stavu navrhovateľky, boli vyhodnotené všetky lekárske nálezy a v posúdeniach sa posudkoví lekári podrobne vysporiadali aj s dátumom vzniku invalidity. Napadnuté rozhodnutie žiadala ako vecne správne potvrdiť. Posudkový lekár sociálneho poistenia Sociálnej poisťovne pobočka Bratislava ako aj posudkový lekár sociálneho poistenia Sociálnej poisťovne ústredie Bratislava vo svojich vyššie uvedených posudkoch ako aj doplňujúcich odborných vyjadreniach posudkového lekára Sociálnej poisťovne ústredie Bratislava zo dňa 19.11.2015, 15.1.2016 a 6.4.2016, zohľadnili všetky navrhovateľkou uvádzané ťažkosti a vysporiadali sa s lekárskymi nálezmi nachádzajúcimi sa v zdravotnej dokumentácii navrhovateľky a aj za účasti prísediaceho odborného lekára psychiatra a ortopéda zhodne konštatovali, že zdravotný stav navrhovateľky z posudkového hľadiska spĺňa posudkové kritériá na uznanie invalidity od 6.6.2013 pre rozhodujúce zdravotné postihnutie, ktorým bol pôvodne stanovený stav po zlomenine dolnej časti oboch kostí ľavého predkolenia, zhojená s porušenou funkciou v končatine (kapitola XV., oddiel G, položka 53.b) prílohy č. 4 zákona č. 461/2003 Z.z.), kde mieru poklesu schopnosti vykonávať zárobkovú činnosť posudkový lekár Sociálnej poisťovne pobočka Bratislava stanovil na 40%, čo prestavuje hornú hranicu percentuálneho rozpätia u danej položky. Pre iné zdravotné postihnutie a to ostané ochorenia a pre iné zdravotné postihnutie a to degeneratívne zmeny na chrbtici a medzistavcových platničkách, recidivujúci, polytopný vertebrogénny algický syndróm s miernym funkčným postihnutím (kapitola XV., oddiel E, položka 3.b) prílohy č. 4 zákona č. 461/2003 Z.z.) zvýšil percentuálnu mieru o 10%. Celková miera poklesu schopnosti vykonávať zárobkovú činnosť je 50%. Posudkový lekár sociálnej poisťovne ústredie Bratislava ako rozhodujúce zdravotné postihnutie u navrhovateľky stanovil stav po zlomenine tíbie, zhojená v nepriaznivom postavení s porušenou funkciou pohybu končatiny (kapitola XV., oddiel G, položka 51.b) prílohy č. 4 zákona č. 461/2003 Z.z.), kde mieru poklesu schopnosti vykonávať zárobkovú činnosť stanovil na 40%, čo prestavuje hornú hranicu percentuálneho rozpätia u danej položky. Pre iné zdravotné postihnutie a to ostané ochorenia navrhovateľky zvýšil percentuálnu mieru o 10%. Celková miera poklesu schopnosti vykonávať zárobkovú činnosť je 50%. Dátum vzniku invalidity posudkoví lekári zhodne stanovili invalidity od 6.6.2013 na základe ortopedického nálezu zo dňa 6.6.2013, ktorý dokumentuje chronické zmeny na členkovom kĺbe, pričom uznanie invalidity od 12.4.2012 že to nie je možné z dôvodu absencie takých odborných názov, ktoré by v požadovanom období umožňovali určiť mieru poklesu schopnosti vykonávať zárobkovú činnosť nad 41%. Posudkoví lekári zhodne konštatovali, že uznanie invalidity navrhovateľky s mierou poklesu schopnosti vykonávať zárobkovú činnosť 50% od 6.6.2013, teda dňom ortopedického vyšetrenia, kedy boli dokumentované zdĺhavé chorobné zmeny na členkovom zhybe je pre navrhovateľku mimoriadne priaznivé. Ortopedické vyšetrenia dokumentovali a dokumentujú opísaný úrazový dej v roku 1996 ako špirálovitú zlomeninu dolných koncov oboch kostí ľavého predkolenia, ktoré boli liečené chirurgickou fixáciou, rehabilitáciou a po roky odstránením kovového materiálu. Od tejto doby dochádzalo opakovane k poškodzovaniu ľavého členkového kĺbu následkom opakovaných pádov alebo úrazov a poúrazové postihnutie členka je komplikované neuroticitou u senzitívnej osobnosti a ďalšími somatickými postihnutiami ako bolesťami chrbta pri tučnote s vysokým krvným tlakom a poruchou metabolizmu cukrov. Od augusta 2013 je navrhovateľka sledovaná v psychiatrickej ambulancii, pričom jej psychiatrické problémy boli posudkovými lekármi zohľadnené pri zvýšení percentuálnej miery o 10%. Zistenia posudkových lekárov neboli spochybnené ani v súdnom konaní, nakoľko ani nové lekárske nálezy, ktoré navrhovateľka doložila v súdnom konaní nepreukázali zhoršenie jej zdravotného stavu. Závery posudkov posudkových lekárov sú odborné, presvedčivé, náležite zdôvodnené a súd nezistil rozpor medzi ich závermi a zisteným skutočným stavom. V prípade, že sa zdravotný stav navrhovateľky v budúcnosti významne zhorší, čo by preukazovali nové lekárske nálezy, navrhovateľka má možnosť požiadať o zvýšenie invalidného dôchodku a o nové posúdenie miery poklesu jej schopnosti vykonávať zárobkovú činnosť. Výšku invalidného dôchodku navrhovateľky pri stanovenom poklese schopnosti vykonávať zárobkovú činnosť o 50% odporkyňa určila v súlade s ust. § 73 ods. 2 zákona č. 461/2003 Z.z. o sociálnom poistení v znení neskorších predpisov ako súčin priemerného osobného mzdového bodu 0,6412; 42,3891 rokov obdobia dôchodkového poistenia a pripočítaného obdobia, percentuálneho poklesu schopnosti vykonávať zárobkovú činnosť 50% a aktuálnej dôchodkovej hodnoty platnej k 6. júnu 2013 vo výške 10,0098 eur, čo predstavuje sumu invalidného dôchodku 136,10 eur mesačne. K tejto sume patrí zvýšenie odo dňa priznania dôchodku o 5,90 eur mesačne, t.j. na 142,00 eur mesačne a od 1. januára 2014 o 4,50 eur mesačne na 146,50 eur mesačne.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pričom údaje na evidenčných listoch dôchodkového zabezpečenia (poistenia) sú podkladom pre odporkyňu pre hodnotenie doby zamestnania a zárobku. V konaní o preskúmanie rozhodnutia správneho orgánu vo veci dôchodkového poistenia sa súd môže zaoberať len posúdením zákonnosti toho rozhodnutia odporkyne, proti ktorému navrhovateľka podala v zákonnej lehote opravný prostriedok a ktoré tak označila za predmet preskúmania. Súd sa preto s námietkou navrhovateľky, ktorá nie je predmetom preskúmavacieho konania zaoberať nemohol, a preto sa v tomto skonaní ani nezaoberal námietkou navrhovateľky, že v roku 2006 mala pracovný úraz, nebola posúdená posudkovým lekárom, nedostala žiadne finančné náhrady za bolesť, sťaženie zdravotnej situácie, jednorazové vyrovnanie ani príspevok na preplatenie rehabilitácie, rovnako tak nebola riešená úrazová renta za tento úraz a ani za ďalší úraz, ktorý utrpela počas rehabilitácie v Pinnelovej nemocnici a neboli jej priznané žiadne náhrady za pracovný úraz a náhrady za spoločenské uplatnenie. Zo zisteného skutkového stavu súd mal za to, že odporkyňa pri posudzovaní zdravotného stavu navrhovateľky ako aj priznaní invalidného dôchodku navrhovateľke a jeho výpočte nepochybila a postupovala správne podľa citovaných zákonných ustanovení. Krajský súd preto z vyššie uvedených dôvodov napadnuté rozhodnutie číslo XXX XXX XXXX X zo dňa 22. januára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V Bratislave, 18. mája 2016</w:t>
      </w:r>
    </w:p>
    <w:p/>
    <w:p>
      <w:r>
        <w:t>Zdroj: KAUZIS.SK – https://www.kauzis.sk/judikatura/r/ECLI:SK:KSBA:2016:1014201598.3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