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5S/208/2014 z 5. 9. 2016</w:t>
      </w:r>
    </w:p>
    <w:p>
      <w:r>
        <w:t>Uznesenie Krajského súdu Bratislava z 5. septembra 2016, sp. zn. 5S/208/2014, ECLI:SK:KSBA:2016:1014201620.1</w:t>
      </w:r>
    </w:p>
    <w:p>
      <w:r>
        <w:t>Súd: Krajský súd Bratislava</w:t>
      </w:r>
    </w:p>
    <w:p>
      <w:r>
        <w:t>Spisová značka: 5S/208/2014</w:t>
      </w:r>
    </w:p>
    <w:p>
      <w:r>
        <w:t>ECLI: ECLI:SK:KSBA:2016:1014201620.1</w:t>
      </w:r>
    </w:p>
    <w:p>
      <w:r>
        <w:t>Dátum vydania: 5.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5S/208/2014 Identifikačné číslo súdneho spisu: 1014201620 Dátum vydania rozhodnutia: 06. 09. 2016 Meno a priezvisko sudcu, VSÚ: JUDr. Anna Peťovská PhD. ECLI: ECLI:SK:KSBA:2016:1014201620.1 Uznesenie Krajský súd v Bratislave v právnej veci žalobcu: KECKA, s.r.o., so sídlom Okružná 3239, 900 01 Modra, IČO: 46664866, zastúpený Advokátskou kanceláriou OLEXOVA VASILISIN s.r.o., so sídlom Dunajská 18, 811 08 Bratislava, IČO: 36820059, proti žalovanému: Daňový úrad Bratislava, so sídlom Ševčenkova 32, 850 00 Bratislava, o preskúmanie zákonnosti rozhodnutí žalovaného zo dňa 25. júla 2014 č. XXXXXXX/X/XXXXXXX/XXXX, č. XXXXXXX/X/XXXXXXX/XXXX, č. XXXXXXX/X/XXXXXXX/XXXX, č. XXXXXXX/X/XXXXXXX/XXXX, č. XXXXXXX/X/XXXXX/XXXX, č. XXXXXXX/X/XXXXXXX/XXXX, takto r o z h o d o l : Súd konanie z a s t a v u j e . Žiaden z účastníkov nemá právo na náhradu trov konania. o d ô v o d n e n i e : Žalobou doručenou tunajšiemu správnemu súdu dňa 30.09.2014 sa žalobca domáhal preskúmania zákonnosti v záhlaví citovaných rozhodnutí žalovaného zo dňa 25.07.2014 vo veci zastavenia daňových konaní u právneho predchodcu žalobcu DANEA 1, s.r.o. (spoločnosť vzniknutá ako právny nástupca v dôsledku zlúčenia spoločnosti La Bottine 1, s.r.o.; La Bottine 2, s.r.o.; La Bottine 3, s.r.o.; La Bottine 5, s.r.o. a La Bottine 6, s.r.o., všetko so sídlom Stará Vajnorská 11, Bratislava). Žalovaný sa k žalobe vyjadril ako ku žalobe o nečinnosti podaním doručeným súdu dňa 15.03.2016 s návrhom na zastavenie konania pre nesplnenie podmienok konania podľa § 103 a 107 O.s.p. Podaním doručeným správnemu súdu v elektronickej podobe dňa 05.09.2016 a poštou dňa 06.09.2016 vzal žalobca spoločnú žalobu pred prejednaním veci v celom rozsahu späť s tým, že navrhol, aby súd konanie v zmysle § 99a SSP zastavil a náhradu trov právneho zastupovania účastníkom nepriznal. Podľa § 491 ods. 1 SSP, ak nie je ďalej ustanovené inak, platí tento zákon aj na konania začaté podľa piatej časti Občianskeho súdneho poriadku predo dňom nadobudnutia jeho účinnosti. Podľa § 63 zákona č. 162/2015 Z.z.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 Podľa § 99 písm. a/ SSP, správny súd konanie uznesením zastaví, ak žalobca vzal žalobu späť skôr, ako správny súd vo veci rozhodol. Nakoľko žalobca vzal späť spoločnú žalobu v celom rozsahu pred rozhodnutím veci, správny súd v súlade s ust. § 99 písm. a/ SSP konanie vo veci tejto žaloby zastavil. O náhrade trov konania správny súd rozhodol podľa § 170 písm. b/ SSP tak, že žiaden z účastníkov nemá právo na náhradu trov konania, nakoľko konanie bolo zastavené. Toto rozhodnutie senát Krajského súdu v Bratislave prijal pomerom hlasov 3 : 0 (§ 3 ods. 9 zákona č. 757/2004 Z.z. v znení zákona č. 33/2011 Z.z.).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a/ má sťažovateľ alebo opomenutý sťažovateľ, jeho zamestnanec alebo člen, ktorý za neho na kasačnom súde koná alebo ho zastupuje, vysokoškolské právnické vzdelanie druhého stupňa; b/ ide o konanie o správnej žalobe podľa § 6 ods. 2 písm. c/ a d/; c/ je žalovaným Centrum právnej pomoci.</w:t>
      </w:r>
    </w:p>
    <w:p/>
    <w:p>
      <w:r>
        <w:t>Zdroj: KAUZIS.SK – https://www.kauzis.sk/judikatura/r/ECLI:SK:KSBA:2016:1014201620.1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