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5Sd/255/2014 z 8. 11. 2016</w:t>
      </w:r>
    </w:p>
    <w:p>
      <w:r>
        <w:t>Uznesenie Krajského súdu Bratislava z 8. novembra 2016, sp. zn. 5Sd/255/2014, ECLI:SK:KSBA:2016:1014201693.4</w:t>
      </w:r>
    </w:p>
    <w:p>
      <w:r>
        <w:t>Súd: Krajský súd Bratislava</w:t>
      </w:r>
    </w:p>
    <w:p>
      <w:r>
        <w:t>Spisová značka: 5Sd/255/2014</w:t>
      </w:r>
    </w:p>
    <w:p>
      <w:r>
        <w:t>ECLI: ECLI:SK:KSBA:2016:1014201693.4</w:t>
      </w:r>
    </w:p>
    <w:p>
      <w:r>
        <w:t>Dátum vydania: 8.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5Sd/255/2014 Identifikačné číslo súdneho spisu: 1014201693 Dátum vydania rozhodnutia: 09. 11. 2016 Meno a priezvisko sudcu, VSÚ: JUDr. Milota Tóthová ECLI: ECLI:SK:KSBA:2016:1014201693.4 Uznesenie Krajský súd v Bratislave v právnej veci navrhovateľky P.. F. G., B. V. XX, B., proti odporkyni Sociálnej poisťovni ústredie, Ul. 29. augusta č. 8-10, Bratislava, o dátum priznania vdovského dôchodku, takto r o z h o d o l : Súd konanie z a s t a v u j e . Žiaden z účastníkov nemá právo na náhradu trov konania. o d ô v o d n e n i e : Navrhovateľka svojím návrhom zo dňa 4.8.2014 žiadala preskúmať rozhodnutie odporkyne číslo XXX XXX XXXX X zo dňa 26.6.2014, ktorým odporkyňa navrhovateľke priznala vdovský dôchodok od 22. októbra 2010 v sume 114,80 eur mesačne, ktorý sa v súlade s § 81 ods. 2 zákona č. 461/2003 Z.z. od 22. októbra 2010 bude vyplácať v sume jednej polovice, t.j. v sume 57,40 eur mesačne. Odporkyňa dňa vydala rozhodnutie číslo XXX XXX XXXX X zo dňa 22.3.2016, ktorým pozmenila napadnuté rozhodnutie číslo XXX XXX XXXX X zo dňa 26.6.2014 a navrhovateľke priznala vdovský dôchodok od 26. októbra 2007 v sume 3 566,- Sk mesačne, ktorý sa v súlade s § 81 ods. 2 zákona č. 461/2003 Z.z. od 22. októbra 2010 bude vyplácať v sume jednej polovice, t.j. v sume 1 783,- Sk mesačne (ktorý 1. januáru 2009 predstavuje 62,20 eur mesačne; vdovský dôchodok bol ďalej postupne zvyšovaný podľa právnych predpisov o zvyšovaní dôchodkových dávok a od 1.1.2016 navrhovateľke patrí v sume 80,20 eur mesačne), čím navrhovateľke celkom vyhovela. Súd podľa § 250o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https://www.kauzis.sk/judikatura/r/ECLI:SK:KSBA:2016:1014201693.4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