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6S/215/2014 z 25. 10. 2016</w:t>
      </w:r>
    </w:p>
    <w:p>
      <w:r>
        <w:t>Uznesenie Krajského súdu Bratislava z 25. októbra 2016, sp. zn. 6S/215/2014, ECLI:SK:KSBA:2016:1014201695.2</w:t>
      </w:r>
    </w:p>
    <w:p>
      <w:r>
        <w:t>Súd: Krajský súd Bratislava</w:t>
      </w:r>
    </w:p>
    <w:p>
      <w:r>
        <w:t>Spisová značka: 6S/215/2014</w:t>
      </w:r>
    </w:p>
    <w:p>
      <w:r>
        <w:t>ECLI: ECLI:SK:KSBA:2016:1014201695.2</w:t>
      </w:r>
    </w:p>
    <w:p>
      <w:r>
        <w:t>Dátum vydania: 25. 10. 2016</w:t>
      </w:r>
    </w:p>
    <w:p>
      <w:r>
        <w:t>Forma: Uznesenie</w:t>
      </w:r>
    </w:p>
    <w:p>
      <w:pPr>
        <w:pStyle w:val="Heading2"/>
      </w:pPr>
      <w:r>
        <w:t>Text rozhodnutia</w:t>
      </w:r>
    </w:p>
    <w:p>
      <w:r>
        <w:t>Súd: Krajský súd Bratislava Spisová značka: 6S/215/2014 Identifikačné číslo súdneho spisu: 1014201695 Dátum vydania rozhodnutia: 26. 10. 2016 Meno a priezvisko sudcu, VSÚ: JUDr. Vlastimil Pavlikovský ECLI: ECLI:SK:KSBA:2016:1014201695.2 Uznesenie Krajský súd v Bratislave v právnej veci žalobcu: N.. Y. V., X. S. XXX, XXX XX I., právne zastúpený: JUDr. Zuzana Kollárová, Zimná 59, 052 01 Spišská Nová Ves, proti žalovanému: Ministerstvo životného prostredia Slovenskej republiky, so sídlom Námestie Ľudovíta Štúra 1, 812 35 Bratislava, v konaní o preskúmanie zákonnosti rozhodnutia žalovaného - fiktívneho rozhodnutia, jednohlasne, takto r o z h o d o l : Krajský súd v Bratislave p o s t u p u j e vec Krajskému súdu v Banskej Bystrici. o d ô v o d n e n i e : 1. Žalobou doručenou Krajskému súdu v Bratislave dňa 10.10.2014 sa žalobca domáhal preskúmania zákonnosti rozhodnutia žalovaného - fiktívneho rozhodnutia, ktorým žalovaný na základe právoplatného a vykonateľného rozsudku Krajského súdu v Bratislave č.k. 1S/34/2013-230 zo dňa 05.06.2014 rozhodol o žalobcových odvolaniach proti rozhodnutiu bývalého Krajského úradu životného prostredia v Banskej Bystrici č. 02/2012/933-1 zo dňa 05.10.2012 a č. 02/2012/934-2 zo dňa 05.10.2012. 2. Dňa 01.07.2016 nadobudli účinnosť tri procesné kódexy - Civilný sporový poriadok (zákon č. 160/2015 Z.z.), Civilný mimosporový poriadok (zákon č. 161/2015 Z.z.) a Správny súdny poriadok? (zákon č. 162/2015 Z.z.),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ako prvostupňový správny orgán Krajský úrad životného prostredia v Banskej Bystrici, a teda miestne (aj vecne) príslušným je Krajský súd v Banskej Bystrici,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Banskej Bystrici.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https://www.kauzis.sk/judikatura/r/ECLI:SK:KSBA:2016:1014201695.2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