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8Sd/125/2014 z 24. 1. 2016</w:t>
      </w:r>
    </w:p>
    <w:p>
      <w:r>
        <w:t>Uznesenie Krajského súdu Bratislava z 24. januára 2016, sp. zn. 8Sd/125/2014, ECLI:SK:KSBA:2016:1014201698.3</w:t>
      </w:r>
    </w:p>
    <w:p>
      <w:r>
        <w:t>Súd: Krajský súd Bratislava</w:t>
      </w:r>
    </w:p>
    <w:p>
      <w:r>
        <w:t>Spisová značka: 8Sd/125/2014</w:t>
      </w:r>
    </w:p>
    <w:p>
      <w:r>
        <w:t>ECLI: ECLI:SK:KSBA:2016:1014201698.3</w:t>
      </w:r>
    </w:p>
    <w:p>
      <w:r>
        <w:t>Dátum vydania: 24.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8Sd/125/2014 Identifikačné číslo súdneho spisu: 1014201698 Dátum vydania rozhodnutia: 25. 01. 2016 Meno a priezvisko sudcu, VSÚ: JUDr. Peter Pospech ECLI: ECLI:SK:KSBA:2016:1014201698.3</w:t>
      </w:r>
    </w:p>
    <w:p>
      <w:r>
        <w:t>Uznesenie Krajský súd v Bratislave v právnej veci navrhovateľky: T. H., N.. XX.XX.XXXX, D. Y. F. H., W. Okresného B. A. J., proti odporkyni: Sociálna poisťovňa - ústredie, so sídlom Ul. 29. augusta 8, 813 63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podala opravný prostriedok proti rozhodnutiu odporkyne č. XXX XXX XXXX zo dňa 10.06.2014, ktorým jej bola zamietnutá žiadosť o invalidný dôchodok. Žiadala, aby jej zdravotný stav bol opätovne prehodnotený, nakoľko sa zhoršil.</w:t>
      </w:r>
    </w:p>
    <w:p>
      <w:r>
        <w:t>Vzhľadom na námietku navrhovateľky uvedenú v opravnom prostriedku odporkyňa opätovne posúdila nárok navrhovateľky na invalidný dôchodok a bolo vydané rozhodnutie číslo XXX XXX XXXX X - I zo dňa 22.10.2014, ktorým bolo v rámci autoremedúry zrušené napadnuté rozhodnutie a rozhodnutím číslo XXX XXX XXXX - II zo dňa 22.10.2014 bol navrhovateľke priznaný invalidný dôchodok v sume 167,- eur mesačne.</w:t>
      </w:r>
    </w:p>
    <w:p>
      <w:r>
        <w:t>Podľa § 250o O.s.p. ak správny orgán, ktorého rozhodnutie súd preskúmava, vydá nové rozhodnutie, ktorým návrhu celkom vyhovie, súd uznesením konanie zastaví.</w:t>
      </w:r>
    </w:p>
    <w:p>
      <w:r>
        <w:t>Pretože rozhodnutím odporkyne číslo XXX XXX XXXX - II zo dňa 22.10.2014 bolo v rámci autoremedúry celkom vyhovené odvolaniu navrhovateľky, súd v zmysle § 250o O.s.p. konanie zastavil.</w:t>
      </w:r>
    </w:p>
    <w:p>
      <w:r>
        <w:t>O trovách konania súd rozhodol podľa § 146 ods. 1 písm. c/ O.s.p. /§ 250l ods. 2, § 246c O.s.p./.</w:t>
      </w:r>
    </w:p>
    <w:p/>
    <w:p>
      <w:r>
        <w:t>Zdroj: KAUZIS.SK – https://www.kauzis.sk/judikatura/r/ECLI:SK:KSBA:2016:1014201698.3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