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4Sp/38/2014 z 22. 3. 2016</w:t>
      </w:r>
    </w:p>
    <w:p>
      <w:r>
        <w:t>Rozsudok Krajského súdu Bratislava z 22. marca 2016, sp. zn. 4Sp/38/2014, ECLI:SK:KSBA:2016:1014201750.1</w:t>
      </w:r>
    </w:p>
    <w:p>
      <w:r>
        <w:t>Súd: Krajský súd Bratislava</w:t>
      </w:r>
    </w:p>
    <w:p>
      <w:r>
        <w:t>Spisová značka: 4Sp/38/2014</w:t>
      </w:r>
    </w:p>
    <w:p>
      <w:r>
        <w:t>ECLI: ECLI:SK:KSBA:2016:1014201750.1</w:t>
      </w:r>
    </w:p>
    <w:p>
      <w:r>
        <w:t>Dátum vydania: 22. 3. 2016</w:t>
      </w:r>
    </w:p>
    <w:p>
      <w:r>
        <w:t>Forma: Rozsudok</w:t>
      </w:r>
    </w:p>
    <w:p>
      <w:r>
        <w:t>Oblasť práva: Správne právo</w:t>
      </w:r>
    </w:p>
    <w:p>
      <w:pPr>
        <w:pStyle w:val="Heading2"/>
      </w:pPr>
      <w:r>
        <w:t>Text rozhodnutia</w:t>
      </w:r>
    </w:p>
    <w:p>
      <w:r>
        <w:t>Súd: Krajský súd Bratislava Spisová značka: 4Sp/38/2014 Identifikačné číslo súdneho spisu: 1014201750 Dátum vydania rozhodnutia: 23. 03. 2016 Meno a priezvisko sudcu, VSÚ: JUDr. Ľubomír Šramko ECLI: ECLI:SK:KSBA:2016:1014201750.1 ROZSUDOK V MENE SLOVENSKEJ REPUBLIKY Krajský súd v Bratislave v konaní pred sudcom JUDr. Ľubomírom Šramkom v právnej veci navrhovateľa: S. C.. P.. S. Ď., bytom D. XX, C., proti odporcovi: Centrum právnej pomoci, so sídlom Námestie slobody 12, Bratislava o opravnom prostriedku navrhovateľa zo dňa 20.10.2014 proti rozhodnutiu odporcu Sp. zn.: 1832/2014-KaBa (5656/2013), ČRZ: 58145/2014 zo dňa 2.10.2014 takto r o z h o d o l : Krajský súd v Bratislave napadnuté rozhodnutie odporcu Sp. zn.: 1832/2014-KaBa (5656/2013), ČRZ: 58145/2014 zo dňa 2.10.2014 p o t v r d z u j e. Navrhovateľovi n e p r i z n á v a právo na náhradu trov tohto konania. o d ô v o d n e n i e : Napadnutým rozhodnutím Sp. zn.: 1832/2014-KaBa (5656/2013), ČRZ: 58145/2014 zo dňa 2.10.2014 odporca v zmysle § 10 ods. 5 zákona č. 327/2005 Z.z. o poskytovaní právnej pomoci osobám v materiálnej núdzi a o zmene a doplnení zákona č. 586/2003 Z.z. o advokácii a o zmene a doplnení zákona č. 455/1991 Zb. o živnostenskom podnikaní v znení neskorších predpisov platnom v čase vydania napadnutého rozhodnutia (ďalej len „zákon o poskytovaní právnej pomoci“) rozhodol, že navrhovateľovi nepriznáva nárok na poskytovanie právnej pomoci vo veci označenej navrhovateľom ako „dovolanie proti rozhodnutiu o zamietnutí námietok proti upovedomeniu o začatí exekúcie a nepovolení odkladu, sp. zn. 15CoE/86/2012“, (ďalej len „konanie sp. zn. 15CoE/86/2012“), a to z dôvodu nesplnenia kumulatívnej podmienky v zmysle § 6 ods. 1 písm. b) zákona o poskytovaní právnej pomoci, t.j. podmienky vylúčenia zrejmej bezúspešnosti sporu. Odporca v napadnutom rozhodnutí opísal zistený stav veci a svoj záver nepriznať navrhovateľovi poskytnutie právnej pomoci zdôvodnil tým, že lehota na podanie dovolania uplynula dňom 16.7.2013, keď konanie sp. zn. 15CoE/86/2012 bolo právoplatne skončené dňa 16.6.2013. Okrem toho odporca poukázal na skutočnosť, že navrhovateľ sám v zákonom stanovenej lehote dovolanie nepodal. Proti rozhodnutiu odporcu podal navrhovateľ v zákonnej lehote opravný prostriedok - návrh zo dňa 20.10.2014, ktorým sa domáhal jeho zrušenia a vrátenia veci odporcovi na ďalšie konanie. Uviedol v ňom, že napadnuté rozhodnutie odporcu vychádzalo z nesprávneho právneho posúdenia veci, ak tento dospel k záveru, že nie je vylúčená bezúspešnosť sporu. Mal za to, že odporca pochybil i v tom, že právnymi názormi uvedenými v napadnutom rozhodnutí prejudikoval rozhodnutie vo veci samej. Nesúhlasí s názorom odporcu, podľa ktorého je jeho nárok na podanie dovolania premlčaný. Navrhovateľ má za to, že jednomesačná lehota na podanie dovolania bude zachovaná aj vtedy, ak dovolanie bude podané v tejto lehote určeným právnym zástupcom po tom, ako bude právoplatne rozhodnuté o žiadosti navrhovateľa o priznanie nároku na poskytovanie právnej pomoci. Podaním z 9.11.2014 súhlasil s prejednaním veci bez nariadenia pojednávania. Odporca navrhol vo svojom vyjadrení k návrhu zo dňa 11.11.2014 napadnuté rozhodnutie v celom rozsahu potvrdiť, a to s poukazom na skutočnosti už v ňom obsiahnuté. Zotrval na dôvodoch napadnutého rozhodnutia. Na záver svojho vyjadrenia k návrhu uviedol, že súhlasí s tým, aby súd vec prejednal a rozhodol bez nariadenia pojednávania. Súd prejednal a rozhodol vec na základe súhlasu účastníkov konania bez nariadenia pojednávania (§ 250f ods. 1 Občianskeho súdneho poriadku - „O.s.p.“) ako miestne a vecne príslušný súd (§ 246a ods. 2 O.s.p.) a po riadnom preskúmaní napadnutého rozhodnutia a postupu správneho orgánu v rozsahu podaného návrhu - opravného prostriedku za použitia ust. § 250q ods. 3 O.s.p. dospel k záveru, že napadnuté (negatívne) rozhodnutie odporcu je potrebné potvrdiť ako vecne správne. Súd v prejednávanej veci dokazovanie nedoplnil, riadne sa však oboznámil s obsahom administratívneho spisu. Z jeho obsahu o. i. zistil, že navrhovateľ 17.6.2013 požiadal odporcu o poskytnutie právnej pomoci vo veci podania dovolania proti uzneseniu Krajského súdu v Bratislave o zamietnutí námietok proti upovedomeniu o začatí exekúcie a nepovolení odkladu, č. k.: 15CoE/86/2012-84 zo dňa 30.4.2013, ktoré nadobudlo právoplatnosť 16.6.2013. Odporca následne rozhodol rozhodnutím Sp. zn.: 5656/2013, Ev.č.: 27312/2013 zo dňa 19.6.2013 o nepriznaní nároku na poskytnutie právnej pomoci. Navrhovateľ proti predmetnému rozhodnutiu podal odvolanie, o ktorom rozhodol Krajský súd v Bratislave rozsudkom č.k. 9Sp/49/2013-21 zo dňa 8.11.2013, ktorým napadnuté rozhodnutie potvrdil. Navrhovateľ proti tomuto rozsudku podal odvolanie, o ktorom rozhodol Najvyšší súd Slovenskej republiky tak, že napadnuté rozhodnutie odporcu zrušil a vrátil odporcovi na ďalšie konanie, v ktorom mal opätovne posúdiť žiadosť navrhovateľa z hľadiska splnenia podmienok ust. v § 6 ods. 1 zákona o poskytovaní právnej pomoci. Odporca po opätovnom preskúmaní navrhovateľovej žiadosti rozhodnutím Sp. zn.: 1832/2014-KaBa (5656/2013), ČRZ: 58145/2014 zo dňa 2.10.2014 nepriznal nárok na poskytovanie právnej pomoci, pretože nebola vylúčená podmienka zrejmej bezúspešnosti sporu. Podľa ust. § 6 ods. 1 písm. b) zákona o poskytovaní právnej pomoci, fyzická osoba má právo na poskytnutie právnej pomoci bez finančnej účasti, ak nejde o zrejmú bezúspešnosť sporu. Podľa ust. § 8 zákona o poskytovaní právnej pomoci pri posudzovaní zrejmej bezúspešnosti sporu centrum prihliadne najmä na to, či právo nezaniklo uplynutím času, či sa právo nepremlčalo a či je žiadateľ schopný označiť dôkazy na preukázanie svojich tvrdení, ktoré sú dôležité na zistenie skutkového stavu. Podľa § 240 O.s.p. (1) Účastník môže podať dovolanie do jedného mesiaca od právoplatnosti rozhodnutia odvolacieho súdu na súde, ktorý rozhodoval v prvom stupni. Ak odvolací súd vydal opravné uznesenie, plynie táto lehota od doručenia opravného uznesenia. (2) Zmeškanie lehoty uvedenej v odseku 1 nemožno odpustiť. Lehota je však zachovaná, ak sa dovolanie podá v lehote na odvolacom alebo dovolacom súde. Podľa § 241 ods. 1, druhá veta O.s.p., dovolateľ musí byť zastúpený advokátom, pokiaľ nemá právnické vzdelanie buď sám, alebo jeho zamestnanec (člen), ktorý za neho koná. Podľa ust. § 250q ods. 3 O.s.p. o opravnom prostriedku rozhodne súd rozsudkom, ktorým preskúmavané rozhodnutie buď potvrdí, alebo ho zruší a vráti na ďalšie konanie. Vo veci azylu a doplnkovej ochrany zruší súd rozhodnutie správneho orgánu a vráti vec na ďalšie konanie aj vtedy, ak po preskúmaní rozhodnutia dospel k záveru, že od vydania rozhodnutia správnym orgánom sa podstatne zmenili okolnosti veci. Ustanovenie § 250j ods. 5 &lt;https://www.slov-lex.sk/pravne-predpisy/ SK/ZZ/1963/99/20160101&gt; platí obdobne. Súd preskúmal napadnuté rozhodnutie odporcu v intenciách podaných námietok voči nemu a dospel k názoru, že nie sú dôvodné. K námietke nesprávneho právneho posúdenia veci: V zmysle citovaných ustanovení zákona o poskytovaní právnej pomoci je predpokladom na priznanie nároku na poskytovanie právnej pomoci splnenie kumulatívnej podmienky stanovenej v § 6 ods. 1 písm. b) tohto zákona, podľa ktorej nemožno žiadateľovi o poskytnutie právnej pomoci túto poskytnúť, ak ide o zrejmú bezúspešnosť sporu. Zákon o poskytovaní právnej pomoci príklady zrejmej bezúspešnosti exemplifikatívnym spôsobom vymenováva v ust. § 8. V tomto ustanovení sa ako dôvod zrejmej bezúspešnosti uvádza aj zánik práva uplynutím času. Rozhodnutie, ktoré navrhovateľ žiadal napadnúť dovolaním a v dovolacom konaní priznať poskytnutie právnej pomoci, nadobudlo právoplatnosť dňa 16.6.2013. Lehota na podanie dovolania (jeden mesiac) sa s poukazom na cit. ust. § 240 ods. 1 O.s.p. skončila dňom 16.7.2013. V zmysle cit. ust. § 240 ods. 2 O.s.p., zmeškanie lehoty na podanie odvolania nemožno odpustiť. Odporca vydal napadnuté rozhodnutie dňa 2.10.2014, teda je potrebné skonštatovať, že v čase jeho vydania zákonná procesná lehota na podanie dovolania voči uzneseniu Krajského súdu v Bratislave č. k.: 15CoE/86/2012 - 84 zo dňa 30.4.2013 uplynula. A to bez ohľadu na okolnosti, ktoré jej uplynutie spôsobili. Napadnuté rozhodnutie odporcu je teda správne a je v súlade so zákonom, nakoľko uplynutie zákonnej procesnej lehoty na podanie dovolania je potrebné subsumovať pod jeden z dôvodov zrejmej bezúspešnosti - podľa názoru súdu pod dôvod zániku práva uplynutím času (§ § zákona o poskytovaní právnej pomoci). Záverom tejto časti odôvodnenia súd poukazuje na skutočnosť, že posúdenie veci, ktoré je obsahom napadnutého rozhodnutia odporcu nevybočilo zo zásady, podľa ktorej samotné posúdenie veci v ktorej sa navrhovateľ domáhal podania dovolania patrí výlučne súdu. Napadnuté rozhodnutie rešpektovalo platnú právnu úpravu ust. § 6 ods. 1 písm. b), § 8 zákona o poskytovaní právnej pomoci. Jej zjavným cieľom bolo dosiahnuť stav, aby štátom vynakladané finančné prostriedky boli vynakladané účelne - teda nie v konaniach v ktorých je už z bežného posúdenia zjavné, že nie je možné vylúčiť ich zrejmú bezúspešnosť. K námietke navrhovateľa, podľa ktorej jednomesačná lehota na podanie dovolania je zachovaná aj vtedy, ak dovolanie bude podané v tejto lehote určeným právnym zástupcom potom, ako bude právoplatne rozhodnuté o žiadosti o nároku na poskytovanie právnej pomoci: Podľa názoru súdu ani táto námietka (právny názor navrhovateľa) nie je dôvodná. Predovšetkým preto, lebo ust. § 240 ods. 2 O.s.p. nepripúšťa odpustenie zmeškania jednomesačnej lehoty na podanie dovolania a to z akýchkoľvek dôvodov. Nad rámec vyhodnotenia navrhovateľom vznesených námietok voči napadnutému rozhodnutiu odporcu súd poukazuje na skutočnosť, že navrhovateľ v priebehu plynutia jednomesačnej lehoty na podanie dovolania toto dovolanie nepodal. Ak by tak bol urobil - i za stavu že v čase jeho podania nebol zastúpený advokátom - zákon pripúšťa konvalidáciu takéhoto stavu následným a náležitým postupom advokáta (napr. doplnenie, nahradenie podaného dovolania, stotožnenie sa s podaným dovolaním). Pretože námietky vznesené navrhovateľom neboli dôvodné, pričom odporca stav veci v čase vydania napadnutého rozhodnutia správne a v súlade so zákonom posúdil, súd napadnuté rozhodnutie odporcu potvrdil. O trovách navrhovateľa súd rozhodol za použitia ust. § 250k ods. 1 O.s.p. v spojení s § 250l ods. 2 O.s.p. s poukazom na výsledok konania. Navrhovateľ bol v konaní neúspešný a preto mu ich náhradu súd nepriznal. Poučenie: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https://www.kauzis.sk/judikatura/r/ECLI:SK:KSBA:2016:1014201750.1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