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6S/226/2014 z 27. 9. 2016</w:t>
      </w:r>
    </w:p>
    <w:p>
      <w:r>
        <w:t>Uznesenie Krajského súdu Bratislava z 27. septembra 2016, sp. zn. 6S/226/2014, ECLI:SK:KSBA:2016:1014201769.1</w:t>
      </w:r>
    </w:p>
    <w:p>
      <w:r>
        <w:t>Súd: Krajský súd Bratislava</w:t>
      </w:r>
    </w:p>
    <w:p>
      <w:r>
        <w:t>Spisová značka: 6S/226/2014</w:t>
      </w:r>
    </w:p>
    <w:p>
      <w:r>
        <w:t>ECLI: ECLI:SK:KSBA:2016:1014201769.1</w:t>
      </w:r>
    </w:p>
    <w:p>
      <w:r>
        <w:t>Dátum vydania: 27. 9. 2016</w:t>
      </w:r>
    </w:p>
    <w:p>
      <w:r>
        <w:t>Forma: Uznesenie</w:t>
      </w:r>
    </w:p>
    <w:p>
      <w:pPr>
        <w:pStyle w:val="Heading2"/>
      </w:pPr>
      <w:r>
        <w:t>Text rozhodnutia</w:t>
      </w:r>
    </w:p>
    <w:p>
      <w:r>
        <w:t>Súd: Krajský súd Bratislava Spisová značka: 6S/226/2014 Identifikačné číslo súdneho spisu: 1014201769 Dátum vydania rozhodnutia: 28. 09. 2016 Meno a priezvisko sudcu, VSÚ: JUDr. Vlastimil Pavlikovský ECLI: ECLI:SK:KSBA:2016:1014201769.1 Uznesenie Krajský súd v Bratislave v právnej veci žalobcu: RL Trading s.r.o., so sídlom Puškinova 4616/1, 036 01 Martin, právne zastúpený: JUDr. Ján Repáň, advokát so sídlom M. R. Štefánika 25, 036 01 Martin, proti žalovanému: Slovenská obchodná inšpekcia, Ústredný inšpektorát Slovenskej obchodnej inšpekcie so sídlom v Bratislave, Prievozská 32, P.O.BOX 29, 827 99 Bratislava, v konaní o preskúmanie zákonnosti rozhodnutia žalovaného č. SK/0248/99/2014 zo dňa 15.8.2014, jednohlasne, takto r o z h o d o l : Krajský súd v Bratislave p o s t u p u j e vec Krajskému súdu v Žiline. o d ô v o d n e n i e : 1. Žalobou doručenou Krajskému súdu v Bratislave dňa 23.10.2014 sa žalobca domáhal preskúmania zákonnosti rozhodnutia žalovaného č. SK/0248/99/2014 zo dňa 15.8.2014, ktorým žalovaný odvolanie žalobcu ako účastníka administratívneho konania zamietol a rozhodnutie Inšpektorátu Slovenskej obchodnej inšpekcie so sídlom v Žiline č. D/0350/05/2013 zo dňa 29.1.2014 potvrdil. Týmto rozhodnutím bola žalobcovi uložená pokuta vo výške 420,- € z dôvodu porušenia povinností podľa § 10 ods. 4 písm. a) a § 12 ods. 4 písm. b) zákona č. 108/2000 Z.z. o ochrane spotrebiteľa pri podomovom a zásielkovom predaji. 2.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Ústredný inšpektorát Slovenskej obchodnej inšpekcie so sídlom v Žiline, a teda miestne (aj vecne) príslušným je Krajský súd v Žiline,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Žiline.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https://www.kauzis.sk/judikatura/r/ECLI:SK:KSBA:2016:1014201769.1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