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6S/231/2014 z 16. 8. 2016</w:t>
      </w:r>
    </w:p>
    <w:p>
      <w:r>
        <w:t>Uznesenie Krajského súdu Bratislava z 16. augusta 2016, sp. zn. 6S/231/2014, ECLI:SK:KSBA:2016:1014201796.2</w:t>
      </w:r>
    </w:p>
    <w:p>
      <w:r>
        <w:t>Súd: Krajský súd Bratislava</w:t>
      </w:r>
    </w:p>
    <w:p>
      <w:r>
        <w:t>Spisová značka: 6S/231/2014</w:t>
      </w:r>
    </w:p>
    <w:p>
      <w:r>
        <w:t>ECLI: ECLI:SK:KSBA:2016:1014201796.2</w:t>
      </w:r>
    </w:p>
    <w:p>
      <w:r>
        <w:t>Dátum vydania: 16. 8. 2016</w:t>
      </w:r>
    </w:p>
    <w:p>
      <w:r>
        <w:t>Forma: Uznesenie</w:t>
      </w:r>
    </w:p>
    <w:p>
      <w:pPr>
        <w:pStyle w:val="Heading2"/>
      </w:pPr>
      <w:r>
        <w:t>Text rozhodnutia</w:t>
      </w:r>
    </w:p>
    <w:p>
      <w:r>
        <w:t>Súd: Krajský súd Bratislava Spisová značka: 6S/231/2014 Identifikačné číslo súdneho spisu: 1014201796 Dátum vydania rozhodnutia: 17. 08. 2016 Meno a priezvisko sudcu, VSÚ: JUDr. Vlastimil Pavlikovský ECLI: ECLI:SK:KSBA:2016:1014201796.2 Uznesenie Krajský súd v Bratislave v právnej veci žalobcu: DONAU, a.s., so sídlom Na Hrebienku 30, 811 02 Bratislava, právne zastúpený: JUDr. Peter Petrík, advokát so sídlom Komenského 14419/18D, 974 01 Banská Bystrica, proti žalovanému: Finančné riaditeľstvo Slovenskej republiky, so sídlom Lazovná 63, 974 01 Banská Bystrica, v konaní o preskúmanie zákonnosti rozhodnutia žalovaného č. 1100302/1/367633/2014/885 zo dňa 15.8.2014, jednohlasne, takto r o z h o d o l : Krajský súd v Bratislave konanie z a s t a v u j e . Žiaden z účastníkov konania nemá právo na náhradu trov konania. o d ô v o d n e n i e : 1. Žalobou podanou dňa 28.10.2014 na Krajský súd v Bratislave sa žalobca domáhal preskúmania zákonnosti rozhodnutia žalovaného č. 1100302/1/367633/2014/885 zo dňa 15.8.2014, ktorým žalovaný potvrdil rozhodnutie Daňového úradu Bratislava č. 9104408/5/2304319/2014/Rohá zo dňa 29.5.2014, ktorým podľa § 68 ods. 6 zákona č. 563/2009 Z.z. o správe daní za zdaňovacie obdobie október 2012 správca dane určil rozdiel dane z priadnej hodnoty v sume XX.XXX,XX € a znížil nadmerný odpočet za október 2012 zo sumy XX.XXX,XX € na sumu XX,XX €. 2. Výzvou zo dňa 18.4.2016 doručenou právnemu zástupcovi žalobcu dňa 27.4.2016, bol žalobca vyzvaný na zaplatenie súdneho poplatku vo výške 70,- €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v konaní pred správnym súdom sa poplatok platí správnemu súdu, ktorý vo veci koná. V konaní o kasačnej sťažnosti sa poplatok platí súdu, ktorý napadnuté rozhodnutie vydá. 7.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https://www.kauzis.sk/judikatura/r/ECLI:SK:KSBA:2016:1014201796.2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