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8Sd/134/2014 z 8. 2. 2016</w:t>
      </w:r>
    </w:p>
    <w:p>
      <w:r>
        <w:t>Uznesenie Krajského súdu Bratislava z 8. februára 2016, sp. zn. 8Sd/134/2014, ECLI:SK:KSBA:2016:1014201823.2</w:t>
      </w:r>
    </w:p>
    <w:p>
      <w:r>
        <w:t>Súd: Krajský súd Bratislava</w:t>
      </w:r>
    </w:p>
    <w:p>
      <w:r>
        <w:t>Spisová značka: 8Sd/134/2014</w:t>
      </w:r>
    </w:p>
    <w:p>
      <w:r>
        <w:t>ECLI: ECLI:SK:KSBA:2016:1014201823.2</w:t>
      </w:r>
    </w:p>
    <w:p>
      <w:r>
        <w:t>Dátum vydania: 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8Sd/134/2014 Identifikačné číslo súdneho spisu: 1014201823 Dátum vydania rozhodnutia: 09. 02. 2016 Meno a priezvisko sudcu, VSÚ: JUDr. Peter Pospech ECLI: ECLI:SK:KSBA:2016:1014201823.2</w:t>
      </w:r>
    </w:p>
    <w:p>
      <w:r>
        <w:t>Uznesenie Krajský súd v Bratislave v právnej veci navrhovateľa: S. B., D..Č.. XXX XXX/XXXX, Q. F. XXXX/XX, XXX XX Q., proti odporcovi: Sociálna poisťovňa - ústredie, Ul. 29. augusta č. 8, 813 63 Bratislava, zast. Mgr. Ľudmilou Harnasovou,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4.8.2014 žiadala preskúmať rozhodnutie odporkyne číslo XXX XXX XXXXX zo dňa 18.6.2014, ktorým odporkyňa priznala navrhovateľke invalidný dôchodok od 16.4.2014 v sume 151,00 Eur.</w:t>
      </w:r>
    </w:p>
    <w:p>
      <w:r>
        <w:t>Dňa 9.2.2014 navrhovateľka vzala späť návrh v celom rozsahu a žiadala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https://www.kauzis.sk/judikatura/r/ECLI:SK:KSBA:2016:1014201823.2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