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10Sd/101/2014 z 14. 1. 2016</w:t>
      </w:r>
    </w:p>
    <w:p>
      <w:r>
        <w:t>Uznesenie Krajského súdu Bratislava z 14. januára 2016, sp. zn. 10Sd/101/2014, ECLI:SK:KSBA:2016:1014201824.2</w:t>
      </w:r>
    </w:p>
    <w:p>
      <w:r>
        <w:t>Súd: Krajský súd Bratislava</w:t>
      </w:r>
    </w:p>
    <w:p>
      <w:r>
        <w:t>Spisová značka: 10Sd/101/2014</w:t>
      </w:r>
    </w:p>
    <w:p>
      <w:r>
        <w:t>ECLI: ECLI:SK:KSBA:2016:1014201824.2</w:t>
      </w:r>
    </w:p>
    <w:p>
      <w:r>
        <w:t>Dátum vydania: 14.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10Sd/101/2014 Identifikačné číslo súdneho spisu: 1014201824 Dátum vydania rozhodnutia: 15. 01. 2016 Meno a priezvisko sudcu, VSÚ: JUDr. Beata Jurgošová ECLI: ECLI:SK:KSBA:2016:1014201824.2</w:t>
      </w:r>
    </w:p>
    <w:p>
      <w:r>
        <w:t>Uznesenie Krajský súd v Bratislave v právnej veci navrhovateľa: Š. R., bytom R. XX, I., zastúpeného: opatrovníkom O.. Z. R., K. XXXX/XX, I., proti odporkyni: Sociálnej poisťovni ústredie, Ul. 29. augusta č. 8,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30.7.2014 žiadal preskúmať rozhodnutie odporkyne číslo XXX XXX XXXX X zo dňa 24.6.2014, ktorým odporkyňa zamietla žiadosť o zvýšenie sumy invalidného dôchodku.</w:t>
      </w:r>
    </w:p>
    <w:p>
      <w:r>
        <w:t>Písomným prehlásením zo dňa 20.12.2015 navrhovateľ vzal späť návrh v celom rozsahu. 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https://www.kauzis.sk/judikatura/r/ECLI:SK:KSBA:2016:1014201824.2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