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6S/237/2014 z 11. 2. 2016</w:t>
      </w:r>
    </w:p>
    <w:p>
      <w:r>
        <w:t>Uznesenie Krajského súdu Bratislava z 11. februára 2016, sp. zn. 6S/237/2014, ECLI:SK:KSBA:2016:1014201841.1</w:t>
      </w:r>
    </w:p>
    <w:p>
      <w:r>
        <w:t>Súd: Krajský súd Bratislava</w:t>
      </w:r>
    </w:p>
    <w:p>
      <w:r>
        <w:t>Spisová značka: 6S/237/2014</w:t>
      </w:r>
    </w:p>
    <w:p>
      <w:r>
        <w:t>ECLI: ECLI:SK:KSBA:2016:1014201841.1</w:t>
      </w:r>
    </w:p>
    <w:p>
      <w:r>
        <w:t>Dátum vydania: 11.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6S/237/2014 Identifikačné číslo súdneho spisu: 1014201841 Dátum vydania rozhodnutia: 12. 02. 2016 Meno a priezvisko sudcu, VSÚ: JUDr. Soňa Langová ECLI: ECLI:SK:KSBA:2016:1014201841.1 Uznesenie Krajský súd v Bratislave v právnej veci žalobcu: Y. Q., Q. XXXX/X, XXX XX P., právne zastúpený: JUDr. Peter Nyilfa, advokát so sídlom Alžbetínske námestie 328, 929 01 Dunajská Streda, proti žalovanému: Ministerstvo financií Slovenskej republiky, so sídlom Štefanovičova 5, 817 82 Bratislava, o preskúmanie zákonnosti rozhodnutia žalovaného č. MF/020374/2014-11 zo dňa 28.8.2014, jednohlasne, takto r o z h o d o l : Krajský súd v Bratislave konanie z a s t a v u j e . Žiaden z účastníkov nemá právo na náhradu trov konania. o d ô v o d n e n i e : Žalobou doručenou Krajskému súdu v Bratislave dňa 4.11.2014 sa žalobca domáhal preskúmania zákonnosti rozhodnutia žalovaného č. MF/020374/2014-11 zo dňa 28.8.2014. Dňa 28.1.2016 bolo krajskému súdu doručené späťvzatie s tým, že žalobca žiadal konanie v celom rozsahu zastaviť.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https://www.kauzis.sk/judikatura/r/ECLI:SK:KSBA:2016:1014201841.1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