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12Sp/79/2014 z 9. 8. 2016</w:t>
      </w:r>
    </w:p>
    <w:p>
      <w:r>
        <w:t>Uznesenie Krajského súdu Bratislava z 9. augusta 2016, sp. zn. 12Sp/79/2014, ECLI:SK:KSBA:2016:1014201847.1</w:t>
      </w:r>
    </w:p>
    <w:p>
      <w:r>
        <w:t>Súd: Krajský súd Bratislava</w:t>
      </w:r>
    </w:p>
    <w:p>
      <w:r>
        <w:t>Spisová značka: 12Sp/79/2014</w:t>
      </w:r>
    </w:p>
    <w:p>
      <w:r>
        <w:t>ECLI: ECLI:SK:KSBA:2016:1014201847.1</w:t>
      </w:r>
    </w:p>
    <w:p>
      <w:r>
        <w:t>Dátum vydania: 9. 8. 2016</w:t>
      </w:r>
    </w:p>
    <w:p>
      <w:r>
        <w:t>Forma: Uznesenie</w:t>
      </w:r>
    </w:p>
    <w:p>
      <w:pPr>
        <w:pStyle w:val="Heading2"/>
      </w:pPr>
      <w:r>
        <w:t>Text rozhodnutia</w:t>
      </w:r>
    </w:p>
    <w:p>
      <w:r>
        <w:t>Súd: Krajský súd Bratislava Spisová značka: 12Sp/79/2014 Identifikačné číslo súdneho spisu: 1014201847 Dátum vydania rozhodnutia: 10. 08. 2016 Meno a priezvisko sudcu, VSÚ: JUDr. Ľubomír Šramko ECLI: ECLI:SK:KSBA:2016:1014201847.1 Uznesenie Krajský súd v Bratislave v právnej veci navrhovateľa: Z. D., bytom H. XXX, R. A. proti odporkyni: Sociálna poisťovňa, ústredie so sídlom ulica 29. Augusta 8-10, Bratislava v konaní o opravnom prostriedku navrhovateľa zo dňa 19.9.2014 proti rozhodnutiu odporkyne č.: 45872-1/2014-BA zo dňa 25.8.2014 takto r o z h o d o l : Krajský súd v Bratislave konanie z a s t a v u j e . Žiaden z účastníkov konania nemá právo na náhradu trov tohto konania. o d ô v o d n e n i e : Dňa 5.11.2014 bol konajúcemu Krajskému súdu v Bratislave (ďalej len „súd“) prostredníctvom odporcu doručený návrh - opravný prostriedok navrhovateľa z 19.9.2014, ktorým sa navrhovateľ domáhal zrušenia napadnutého rozhodnutia odporkyne č.: 45872-1/2014-BA zo dňa 25.8.2014. Na deň 10.8.2016 bol v prejednávanej veci určený termín jej prejednania. Pred otvorením pojednávania vo veci samej navrhovateľ zobral navrhovateľ svoj návrh - odvolanie voči napadnutému rozhodnutiu odporkyne späť.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odporkyne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https://www.kauzis.sk/judikatura/r/ECLI:SK:KSBA:2016:1014201847.1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