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5Sd/295/2014 z 5. 4. 2016</w:t>
      </w:r>
    </w:p>
    <w:p>
      <w:r>
        <w:t>Rozsudok Krajského súdu Bratislava z 5. apríla 2016, sp. zn. 5Sd/295/2014, ECLI:SK:KSBA:2016:1014201859.2</w:t>
      </w:r>
    </w:p>
    <w:p>
      <w:r>
        <w:t>Súd: Krajský súd Bratislava</w:t>
      </w:r>
    </w:p>
    <w:p>
      <w:r>
        <w:t>Spisová značka: 5Sd/295/2014</w:t>
      </w:r>
    </w:p>
    <w:p>
      <w:r>
        <w:t>ECLI: ECLI:SK:KSBA:2016:1014201859.2</w:t>
      </w:r>
    </w:p>
    <w:p>
      <w:r>
        <w:t>Dátum vydania: 5. 4. 2016</w:t>
      </w:r>
    </w:p>
    <w:p>
      <w:r>
        <w:t>Forma: Rozsudok</w:t>
      </w:r>
    </w:p>
    <w:p>
      <w:r>
        <w:t>Oblasť práva: Správne právo</w:t>
      </w:r>
    </w:p>
    <w:p>
      <w:pPr>
        <w:pStyle w:val="Heading2"/>
      </w:pPr>
      <w:r>
        <w:t>Text rozhodnutia</w:t>
      </w:r>
    </w:p>
    <w:p>
      <w:r>
        <w:t>Súd: Krajský súd Bratislava Spisová značka: 5Sd/295/2014 Identifikačné číslo súdneho spisu: 1014201859 Dátum vydania rozhodnutia: 06. 04. 2016 Meno a priezvisko sudcu, VSÚ: JUDr. Milota Tóthová ECLI: ECLI:SK:KSBA:2016:1014201859.2 ROZSUDOK V MENE SLOVENSKEJ REPUBLIKY Krajský súd v Bratislave samosudkyňou JUDr. Milotou Tóthovou v právnej veci navrhovateľa E. J., L. G. XXXX/X, H., zastúpeného SODOMA VULGAN, spol. s r o., advokátska kancelária so sídlom Kominárska 2,4, Bratislava, proti odporkyni Sociálnej poisťovni ústredie v Bratislave, Ul. 29. augusta č. 8, Bratislava, o invalidný dôchodok, takto r o z h o d o l : Súd rozhodnutie odporkyne číslo XXX XXX XXXX X zo dňa 9. júla 2014 a rozhodnutie číslo XXX XXX XXXX X zo dňa 21. júla 2014 p o t v r d z u j e . Účastníkom náhradu trov konania nepriznáva. o d ô v o d n e n i e : Rozhodnutím číslo XXX XXX XXXX X zo dňa 9. júla 2014 odporkyňa podľa § 70 ods. 1, § 82 a § 293ce zákona č. 461/2003 Z.z. o sociálnom poistení v znení neskorších predpisov navrhovateľovi od 27. júna 2013 priznala invalidný dôchodok v sume 165,80 eur mesačne, zvýšený od 1. januára 2014 na sumu 170,30 eur mesačne. Rozhodla tak s odôvodnením, že podľa posudku posudkového lekára sociálneho poistenia Sociálnej poisťovne, pobočka Bratislava zo dňa 2. júna 2014 navrhovateľ bol uznaný za invalidného, miera poklesu schopnosti vykonávať zárobkovú činnosť u navrhovateľa je 45%. Rozhodnutím číslo XXX XXX XXXX X zo dňa 21. júla 2014 odporkyňa podľa § 73, § 112 ods. 4, § 82 zákona č. 461/2003 Z.z. o sociálnom poistení v znení neskorších predpisov zvýšila navrhovateľovi sumu invalidného dôchodku od 12. mája 2014 na sumu 222,90 eur mesačne. Rozhodla tak s odôvodnením, že podľa posudku posudkového lekára Sociálnej poisťovne pobočka Bratislava zo dňa 2. júna 2014 navrhovateľ bol uznaný za invalidného od 12. mája 2014 s mierou poklesu schopnosti vykonávať zárobkovú činnosť 60%. Navrhovateľ návrhom zo dňa 30.7.2014 žiadal preskúmať rozhodnutie odporkyne číslo XXX XXX XXXX X zo dňa 9. júla 2014, namietal, že invalidný dôchodok žiadal od 4.7.2012 a nesúhlasil so stanovenou mierou poklesu schopnosti vykonávať zárobkovú činnosť, ktorá by podľa jeho názoru mala byť nad 70%, t.j. plná invalidita. Krajský súd preskúmal rozhodnutie číslo XXX XXX XXXX X zo dňa 9. júla 2014 a rozhodnutie číslo XXX XXX XXXX X zo dňa 21. júla 2014 podľa § 250l a nasl. O.s.p., prejednal návrh navrhovateľa a dospel k záveru, že návrh nie je dôvodný. Krajský súd vykonal dokazovanie výsluchom odporkyne, posudkami posudkového lekára Sociálnej poisťovne pobočky Bratislava zo dňa 2.6.2014 a 8.9.2014, posudkom posudkového lekára Sociálnej poisťovne ústredie Bratislava zo dňa 4.11.2014, doplňujúcim odborným vyjadrením posudkového lekára Sociálnej poisťovne ústredie Bratislava, vysunuté pracovisko Košice zo dňa 4.6.2015, doplňujúcim odborným vyjadrením posudkového lekára Sociálnej poisťovne ústredie Bratislava zo dňa 8.2.2016 a posudkovým spisom odporkyne a zistil tento skutkový stav. Podľa § 70 ods. 1 zákona č. 461/2003 Z.z. o sociálnom poistení v znení neskorších predpisov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č. 461/2003 Z.z. o sociálnom poistení poistenec je invalidný, ak pre dlhodobo nepriaznivý zdravotný stav má pokles schopnosti vykonávať zárobkovú činnosť o viac ako 40% v porovnaní so zdravou fyzickou osobou. Podľa § 71 ods. 2 cit. zákona dlhodobo nepriaznivý zdravotný stav je taký zdravotný stav, ktorý spôsobuje pokles schopnosti vykonávať zárobkovú činnosť a ktorý má podľa poznatkov lekárskej vedy trvať dlhšie ako jeden rok. 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cit.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cit. zákona jednotlivé percentuálne miery poklesu schopnosti vykonávať zárobkovú činnosť sa nesčítavajú. Podľa § 71 ods. 8 cit. zákona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Hodnotenie miery zhoršenie zdravotného stavu vyžaduje odborné lekárske znalosti a vo veciach dôchodkového poistenia je podľa zákona č. 461/2003 Z.z. o sociálnom poistení lekárska posudková činnosť dôchodkového poistenia zverená posudkovému lekárovi sociálneho poistenia príslušnej pobočky a posudkovému lekárovi sociálneho poistenia ústredia (153 ods. 5 zákona č. 461/2003 Z.z.). Podľa § 112 ods. 4 zákona č. 461/2003 Z.z. o sociálnom poistení výplata dávky sa zastaví, uvoľní alebo sa dávka vypláca v nižšej sume alebo vo vyššej sume, ak sa zmenia skutočnosti rozhodujúce na nárok na výplatu dávky. Na základe žiadosti navrhovateľa o invalidný dôchodok zdravotný stav a pracovná schopnosť navrhovateľa boli posúdené posudkovým lekárom Sociálnej poisťovne pobočka Bratislava, ktorý v posudku zo dňa 2.6.2014 uviedol, že navrhovateľ trpí na choroby a to chronickú ischemickú chorobu srdca, infarkt myokardu prednej a bočnej steny, stav po spondylitis ankylosans, chronické ochorenie obličiek, stukovatenie pečene nezatriedené inde, hyperpláziu prostaty a obezitu III. stupňa. Konštatoval, že odborné vyšetrenia dokumentujú stav po infarkte spodnej steny ľavej komory, od júla 2013 v kombinácii s vysokým krvným tlakom a postihnutím obličiek. Vykonané doplňujúce vyšetrenia (RTG, neurologické a ortopedické) od mája 2014 dokumentujú reumatoidnú artritídu chrbtice s premosťujúcimi osteofytmi a s postihnutím driekového a hrudného úseku chrbtice. Dátum vzniku invalidity od 27.6.2013 stanovil pre rozhodujúce zdravotné postihnutie choroby obehovej sústavy, srdcové choroby, chronická ischemická choroba srdca, s poklesom výkonu pri stredne ťažkom zaťažení, II. trieda funkčnej klasifikácie podľa NYHA (kapitola IX., oddiel A, položka 1.b) prílohy č. 4 zákona č. 461/2003 Z.z.), kde mieru poklesu schopnosti vykonávať zárobkovú činnosť posudkový lekár stanovil na 35% a pre iné zdravotné postihnutie a to choroby obehovej sústavy, srdcové choroby, vysoký krvný tlak, II. štádium podľa SZO, prítomné orgánové zmeny (hypertrofia ľavej komory srdca, vzostup sérového kreatinínu) (kapitola IX., oddiel A, položka 10.b) prílohy č. 4 zákona č. 461/2003 Z.z.), zvýšil mieru poklesu schopnosti vykonávať zárobkovú činnosť o 10%. Celková miera poklesu schopnosti vykonávať zárobkovú činnosť je 45%. Od 12.5.2014 invalidita trvá naďalej s mierou poklesu schopnosti vykonávať zárobkovú činnosť 50% pre rozhodujúce zdravotné postihnutie Bechterevova choroba (ankylozujúca spondylartritída) stredného stupňa - IV. stupeň (kapitola XV., oddiel E, položka 7.b) prílohy č. 4 zákona č. 461/2003 Z.z.), kde mieru poklesu schopnosti vykonávať zárobkovú činnosť posudkový lekár stanovil na 50% a pre iné zdravotné postihnutie a pre ostatné zdravotné postihnutia zvýšil mieru poklesu schopnosti vykonávať zárobkovú činnosť o 10%. Celková miera poklesu schopnosti vykonávať zárobkovú činnosť je 60%. Dátum vzniku invalidity stanovil od 27.6.2013 mimo podporného obdobia na základe interného vyšetrenia. K požiadavke navrhovateľa na priznanie invalidity od 4.7.2012 uviedol, že to nie je možné z dôvodu absencie takých odborných lekárskych nálezov, ktoré by v požadovanom období umožňovali určiť mieru poklesu schopnosti vykonávať zárobkovú činnosť nad 41%. Navrhovateľ je invalidný podľa § 71 ods. 1 zákona č. 461/2003 Z.z. o sociálnom zabezpečení. Navrhovateľ môže vykonávať prácu bez zvýšenej fyzickej záťaže, bez dvíhania a prenášania ťažkých bremien a činností spojených s prácami v extrémne vynútených polohách trupu, bez zvýšených nárokov na dlhú chôdzu a státie, na skrátený pracovný úväzok podľa ponuky na trhu práce, napr. ako vrátnik, informátor, biletár, spojovateľ. Posudkový lekár Sociálnej poisťovne pobočka Bratislava v posudku zo dňa 8.9.2014 uviedol, že navrhovateľ trpí na choroby a to spondylitis ankylosans, chronickú ischemickú chorobu srdca, infarkt myokardu prednej a bočnej steny stav po, esenciálnu (primárnu) hypertenziu, chronické ochorenie obličiek, stukovatenie pečene nezatriedené inde, hyperpláziu prostaty a obezitu III. stupňa. Konštatoval, že v rámci konania o opravnom prostriedku neboli doložené odborné nálezy. Na posúdení predložené reumatologické vyšetrenia o bolestiach chrbta s podozrením na reumatoidné ochorenie chrbtice (podľa klinického a RTG vyšetrenia), na základe laboratórneho vyšetrenia dokumentujú stav bez prítomnosti parametra (HLA B27), navrhovateľ v ďalšom priebehu je podľa ortopéda vedený ako tzv. „DISH“ (difúzna idiopatická skeletárna hyperostóza) s odporúčaním pokračovania liečby podľa ortopéda, neurológa a internistu. Rozhodujúcim zdravotným postihnutím u navrhovateľa od 12.5.2014 je Bechterevova choroba (reumatoidná artritída chrbtice, ankylozujúca spondylartritída) stredného stupňa - IV. stupeň (súčasné stuhnutie niekoľkých častí chrbtice) (kapitola XV., oddiel E, položka 7.b) prílohy č. 4 zákona č. 461/2003 Z.z.), kde mieru poklesu schopnosti vykonávať zárobkovú činnosť posudkový lekár stanovil na 50%. Pre iné zdravotné postihnutie a to chronickú ischemickú chorobu srdca, esenciálnu (primárnu) hypertenziu, chronické ochorenie obličiek a stukovatenie pečene nezatriedené inde) zvýšil mieru poklesu schopnosti vykonávať zárobkovú činnosť o 10%. Celková miera poklesu schopnosti vykonávať zárobkovú činnosť je 60%. Navrhovateľ je invalidný podľa § 71 ods. 1 zákona č. 461/2003 Z.z. o sociálnom zabezpečení. Navrhovateľ môže vykonávať prácu bez zvýšenej fyzickej záťaže, bez dvíhania a prenášania ťažkých bremien a činností spojených s prácami v extrémne vynútených polohách trupu, bez zvýšených nárokov na dlhú chôdzu a státie, na skrátený pracovný úväzok podľa ponuky na trhu práce, napr. ako vrátnik, informátor, biletár, spojovateľ. Posudkový lekár Sociálnej poisťovne ústredie Bratislava v posudku zo dňa 4.11.2014 uviedol, že navrhovateľ trpí na choroby a to bolesti chrbtice - dorzalgie, chronickú ischemickú chorobu srdca, esenciálnu (primárnu) hypertenziu, chronické ochorenie obličiek neklasifikované, hyperpláziu - nezhubné zväčšenie prostaty, poruchu metabolizmu tukov, cukrov, kyseliny močovej a exogénnu obezitu. Uviedol, že navrhovateľ bol uznaný invalidným od 27.6.2013 s mierou poklesu schopnosti vykonávať zárobkovú činnosť 45% a bol uznaný invalidný naďalej od 12.5.2014 s mierou poklesu schopnosti vykonávať zárobkovú činnosť 60% s anamnézou primárneho interného ochorenia v zmysle chronickej ischemickej choroby srdca a stavom po infarkte myokardu, ktorý bol potvrdený len podľa EKG záznamu v minulosti a chronická ischemická choroba bola určená ako rozhodujúce zdravotné postihnutie pri uznaní invalidity s mierou poklesu schopnosti vykonávať zárobkovú činnosť 45% od 27.6.2016, t.j. dňom prvotného interného vyšetrenia a bolo vykonané zvýšenie percentuálnej miery o 10% pre chorobu vysokého krvného tlaku. Opakované interné vyšetrenia potvrdzujú, že navrhovateľ je kardiopulmonálne kompenzovaný, tlakovo stabilizovaný a ultrazvukové vyšetrenia potvrdilo, že ľavá komora vykazuje koncentrickú hypertrofiu, nie je dilatovaná, bez lokálnych porúch, kinetiky, EFĽK je 50-55%. Ďalej uviedol, že pri chronickej ischemickej chorobe srdca a chorobe vysokého krvného tlaku neboli dokázané žiadne iné orgánové komplikácie. Konštatoval, že zdravotný stav navrhovateľa spĺňa kritériá na uznanie invalidity naďalej, t.j. od 12.5.2014, t.j dňom rtg. vyšetrenia, ktoré potvrdilo degeneratívne zmeny na chrbtici a možnú Bechterevovu chorobu, pričom reumatologické vyšetrenie zo dňa 4.7.2014 jednoznačne vylúčilo Bechterevovu chorobu a na základe anamnézy, doplnených vyšetrení a rtg. nálezu sa nejedná o ankylozujúcu spondylitídu. V popredí zdravotných problémov navrhovateľa sú dorzalgie, najmä driekovo krížového segmentu na podklade degeneratívnych zmien a ťažkej nadváhe, s trvalým ťažším postihnutím funkcie a ťažšou poruchou statodynamiky chrbtice, v zostatkovom neurologickom náleze nie sú rozvinuté obrny nôh a odborné vyšetrenia nezdokladujú ani úbytok svalstva, ani závažné výpadky citlivosti a poruchy funkcie zvieračov. Rozhodujúcim zdravotným postihnutím u navrhovateľa sú degeneratívne zmeny na chrbtici a medzistavcových platničkách s trvalým ťažším postihnutím funkcie a často recidivujúcimi prejavmi dráždenia nervov a svalov, s ťažšou poruchou statiky a dynamiky chrbtice (kapitola XV., oddiel E, položka 3.c) prílohy č. 4 zákona č. 461/2003 Z.z.), kde mieru poklesu schopnosti vykonávať zárobkovú činnosť posudkový lekár stanovil na 50%. Pre iné zdravotné postihnutie a to ostatné ochorenia, ktoré v klinickom obraze vykazujú mierne funkčné štádiá, ktoré len súhrnne podmieňujú zvýšenie percentuálnej miery, zvýšil percentuálnu mieru o 10%, t.j. celková miera poklesu schopnosti vykonávať zárobkovú činnosť je 60%. Posudkový lekár ďalej poukázal aj na to, že uznanie invalidity naďalej s mierou poklesu schopnosti vykonávať zárobkovú činnosť 60% je priaznivým ohodnotením zdravotného stavu navrhovateľa. Navrhovateľ je invalidný podľa § 71 ods. 1 zákona č. 461/2003 Z.z. o sociálnom zabezpečení. Navrhovateľ môže vykonávať prácu bez zvýšenej fyzickej záťaže, bez dvíhania a prenášania ťažkých bremien, na skrátený pracovný úväzok podľa ponuky na trhu práce, napr. ako vrátnik, informátor, biletár, spojovateľ. Navrhovateľ v priebehu súdneho konania doložil nové lekárske nálezy. Súd doplnil dokazovanie zadovážením si odborného vyjadrenia posudkového lekára Sociálnej poisťovne ústredie Bratislava, vysunuté pracovisko Košice, ktorý dňa 4.6.2015 po vyhodnotení doložených nových lekárskych nálezov a to kardiologického vyšetrenia zo dňa 29.4.2014, urologického vyšetrenia zo dňa 22.6.20112, ortopedického vyšetrenia zo dňa 28.5.2014, neurologického vyšetrenia zo dňa 12.5.2014, RTG hrudnej chrbtice zo dňa 12.5.2014, reumatologického vyšetrenia zo dňa 4.7.2014 a 7.8.2014, interného vyšetrenia zo dňa 18.11.2014 a 16.2.2015, ďalších interných vyšetrení zo dňa 7.5.2012, 9.5.2012, 8.6.2012 a 12.6.2012, kontrolných interných vyšetrení zo dňa 25.9.2012, 18.12.2012, 26.3.2013, 27.6.2013, 18.12.2013, 27.3.2014, 26.6.2014, 18.11.2014 a 16.2.2015 konštatoval, že uvedené lekárske vyšetrenia nepotvrdili zhoršenie zdravotného stavu navrhovateľa oproti predchádzajúcim posudkom a pravidelné kontrolné interné vyšetrenia v trojmesačných intervaloch sú bez zmeny v objektívnom náleze, diagnostickom náleze a bez zmeny v liečbe. Potvrdil rozhodujúce zdravotné postihnutie u navrhovateľa a to stav po náhodne zistenom infarkte myokardu na EKG vyšetrenia v sledovaní iba internej ambulancie do kapitoly IX., oddiel A, položky 1.b) s mierou poklesu schopnosti vykonávať zárobkovú činnosť 35% s navýšením o 10% pre ľahkú hypertenziu s dátumom vzniku invalidity od 27.6.2013, kedy z posudkového hľadiska ochorenie spĺňa kritériá dlhodobo nepriaznivého zdravotného stavu. Ako rozhodujúce zdravotné postihnutie od 12.5.2014 potvrdil degeneratívne zmeny na chrbtici s ťažkou poruchou statodynamiky chrbtice s častými prejavmi dráždenia nervov a svalov so zaradením do kapitoly XV., oddiel E, položka 3.c) s navýšením o 10% pre ostatné menej posudkovo závažné ochorenia. Posudkový lekár Sociálnej poisťovne ústredie Bratislava v doplňujúcom odbornom vyjadrení zo dňa zo dňa 8.2.2016 po vyhodnotení nových lekárskych nálezov a to interného vyšetrenia zo dňa 26.5.2015, 6.7.2015 a 27.8.2015, echokardiologického vyšetrenia zo dňa 3.7.2015, ortopedického vyšetrenia zo dňa 25.9.2015, urologického vyšetrenia zo dňa 28.9.2015, 22.10.2015 a nefrologického vyšetrenia zo dňa 3.11.2015 uviedol, že tri kontrolné interné vyšetrenia zo dňa 26.5.2015, 6.7.2015 a 27.8.2015 sú prakticky identické a dokumentujú viaceré ochorenia s nezmeneným objektívnym nálezom, nezmeneným odporúčaním liečby a z interného hľadiska nedošlo k zhoršeniu zdravotného stavu. Echokardiologické vyšetrenie zo dňa 3.7.2015 dokumentuje ľahkú poruchu funkcie srdcového svalu a oproti nálezom z predchádzajúcich rokov je nález bez zmeny. Ortopedické vyšetrenie zo dňa 25.9.2015 dokumentuje zhoršenie bolestivého syndrómu hrudnej a krížovej časti chrbta ako aj mierny stupeň stuhnutia váhonosných kolenných a bedrových zhybov a potvrdzuje dôvodnosť zmeny rozhodujúceho zdravotného postihnutia z ochorenia srdca na ochorenie pohybového systému, ktoré najviac ovplyvňuje pracovnú schopnosť navrhovateľa. Urologické vyšetrenia z 28.9.2015 a 22.10.2015 dokumentujú nezhubné zväčšenie prostaty, po liečbe je stav zlepšený a onkomarkery sú negatívne. Nefrologické vyšetrenie zo dňa 3.11.2015 dokumentuje už známe posudkovo zohľadnené ochorenia navrhovateľa a nie je dôvodom na zmenu posudkových záverov. Konštatoval, že doložené odborné lekárske nálezy nie sú dôvodom na zmenu posudkových záverov. Potvrdil závery predchádzajúcich posudkov, od 27.6.2013 rozhodujúcim zdravotným postihnutím u navrhovateľa sú vrodené alebo získané chlopňové chyby, ischemická choroba srdca, kardiomyopatie, stavy po srdcovom infarkte, stavy po myokarditíde, stavy po reumatických ochoreniach a iné, s poklesom výkonu pri stredne ťažkom zaťažení (napr. chôdza 4-5 km, stredne ťažká telesná práca), maximálna záťaž 75W - NYHA II (kapitola IX., oddiel A, položka 1.b) prílohy č. 4 zákona č. 461/2003 Z.z. o sociálnom poistení so stanovenou mierou poklesu schopnosti vykonávať zárobkovú činnosť 35%, a zvýšenie pre iné zdravotné postihnutie - ostané ochorenia o 10%, t.j. s celkovou mierou poklesu schopnosti vykonávať zárobkovú činnosť 45%. Od 12.5.2014 rozhodujúcim zdravotným postihnutím u navrhovateľa sú degeneratívne zmeny na chrbtici a medzistavcových platničkách s trvalým ťažkým postihnutím funkcie a často recidivujúcimi, dlhotrvajúcimi prejavmi dráždenia nervov a svalov, s ťažkou poruchou statiky a dynamiky chrbtice, s výraznou poruchou svalového korzetu (kapitola XV., oddiel E položka 3.c) prílohy č. 4 zákona č. 461/2003 Z.z. o sociálnom poistení so stanovenou mierou poklesu schopnosti vykonávať zárobkovú činnosť 50%, a zvýšenie pre iné zdravotné postihnutie - ostané ochorenia o 10%, t.j. s celkovou mierou poklesu schopnosti vykonávať zárobkovú činnosť 60%. Od 27.6.2013 navrhovateľ je invalidný podľa § 71 ods. 1 zákona č. 461/2003 Z.z. o sociálnom poistení, lebo pre dlhodobo nepriaznivý zdravotný stav má pokles schopnosti vykonávať zárobkovú činnosť o viac ako 40% v porovnaní so zdravou fyzickou osobou, miera poklesu schopnosti vykonávať zárobkovú činnosť je 45%. Od 12.5.2014 navrhovateľ je invalidný podľa § 71 ods. 1 zákona č. 461/2003 Z.z. o sociálnom poistení, lebo pre dlhodobo nepriaznivý zdravotný stav má pokles schopnosti vykonávať zárobkovú činnosť o viac ako 40% v porovnaní so zdravou fyzickou osobou, miera poklesu schopnosti vykonávať zárobkovú činnosť nie je už 45% ale je 60%. Navrhovateľ môže vykonávať prácu bez zvýšenej fyzickej záťaže, podľa získaného vzdelania a pracovných skúseností na skrátený pracovný úväzok. Navrhovateľ ako aj právny zástupca navrhovateľa pri výsluchu v súdnom konaní zotrvali na podanom opravnom prostriedku. Zástupkyňa odporkyne vzhľadom na závery posudkových lekárov, ktorí uznali navrhovateľa od 12.5.2014 za invalidného so zvýšenou mierou poklesu schopnosti vykonávať zárobkovú činnosť 60% žiadala napadnuté rozhodnutie číslo XXX XXX XXXX X zo dňa 9. júla 2014 a rozhodnutie číslo XXX XXX XXXX X zo dňa 21. júla 2014 ako vecne správne potvrdiť. Posudkový lekár sociálneho poistenia Sociálnej poisťovne pobočka Bratislava ako aj posudkový lekár sociálneho poistenia Sociálnej poisťovne ústredie Bratislava vo svojich vyššie uvedených posudkoch zohľadnili všetky navrhovateľom uvádzané ťažkosti a vysporiadali sa s lekárskymi nálezmi nachádzajúcimi sa v zdravotnej dokumentácii navrhovateľa. Zhodne konštatovali že od 27.6.2013 zdravotný stav navrhovateľa z posudkového hľadiska spĺňa posudkové kritériá na uznanie invalidity. Od 27.6.2013 ako pôvodne stanovené rozhodujúce zdravotné postihnutie u navrhovateľa boli choroby obehovej sústavy, srdcové choroby, chronická ischemická choroba srdca, s poklesom výkonu pri stredne ťažkom zaťažení, II. trieda funkčnej klasifikácie podľa NYHA (kapitola IX., oddiel A, položka 1.b) prílohy č. 4 zákona č. 461/2003 Z.z.), kde miera poklesu schopnosti vykonávať zárobkovú činnosť posudkový bola stanovená na 35% a pre iné zdravotné postihnutie a to choroby obehovej sústavy, srdcové choroby, vysoký krvný tlak, II. štádium podľa SZO, prítomné orgánové zmeny (hypertrofia ľavej komory srdca, vzostup sérového kreatinínu) (kapitola IX., oddiel A, položka 10.b) prílohy č. 4 zákona č. 461/2003 Z.z.) bola zvýšená miera poklesu schopnosti vykonávať zárobkovú činnosť o 10%, t.j. celková miera poklesu schopnosti vykonávať zárobkovú činnosť je 45%. S prihliadnutím na doložené reumatologické vyšetrenia o bolestiach chrbta s podozrením na reumatoidné ochorenie chrbtice (podľa klinického a RTG vyšetrenia), kde na základe laboratórneho vyšetrenia bol dokumentovaný stav bez prítomnosti parametra (HLA B27) a navrhovateľ v ďalšom priebehu podľa ortopéda je vedený ako tzv. „DISH“ (difúzna idiopatická skeletárna hyperostóza) s odporúčaním pokračovania liečby podľa ortopéda, neurológa a internistu od 12.5.2014 ako rozhodujúce zdravotné postihnutie u navrhovateľa bola stanovená Bechterevova choroba (reumatoidná artritída chrbtice, ankylozujúca spondylartritída) stredného stupňa - IV. stupeň (súčasné stuhnutie niekoľkých častí chrbtice) (kapitola XV., oddiel E, položka 7.b) prílohy č. 4 zákona č. 461/2003 Z.z.), kde miera poklesu schopnosti vykonávať zárobkovú činnosť bola stanovená na 50% a pre iné zdravotné postihnutie a to chronickú ischemickú chorobu srdca, esenciálnu (primárnu) hypertenziu, chronické ochorenie obličiek a stukovatenie pečene nezatriedené inde) bola zvýšená miera poklesu schopnosti vykonávať zárobkovú činnosť o 10%, t.j. celková miera poklesu schopnosti vykonávať zárobkovú činnosť je 60%. Na základe RTG vyšetrenia zo dňa 12.5.2014, ktoré potvrdilo degeneratívne zmeny na chrbtici a možnú Bechterevovu chorobu, pričom však reumatologické vyšetrenie zo dňa 4.7.2014 jednoznačne vylúčilo Bechterevovu chorobu a na základe anamnézy, doplnených vyšetrení a rtg. nálezu sa nejedná o ankylozujúcu spondylitídu došlo k zmene rozhodujúceho zdravotného postihnutia navrhovateľa a ako rozhodujúce zdravotné postihnutie u navrhovateľa od 12.5.2014 boli stanovené degeneratívne zmeny na chrbtici a medzistavcových platničkách s trvalým ťažším postihnutím funkcie a často recidivujúcimi prejavmi dráždenia nervov a svalov, s ťažšou poruchou statiky a dynamiky chrbtice (kapitola XV., oddiel E, položka 3.c) prílohy č. 4 zákona č. 461/2003 Z.z.) kde miera poklesu schopnosti vykonávať zárobkovú činnosť bola stanovená na 50% a pre iné zdravotné postihnutie a to ostatné ochorenia, ktoré v klinickom obraze vykazujú mierne funkčné štádiá a ktoré len súhrnne podmieňujú zvýšenie percentuálnej miery bola zvýšená percentuálna miera o 10%, t.j. celková miera poklesu schopnosti vykonávať zárobkovú činnosť je 60%. Opakované interné vyšetrenia potvrdzujú, že navrhovateľ je kardiopulmonálne kompenzovaný, tlakovo stabilizovaný a ultrazvukové vyšetrenia potvrdilo, že ľavá komora vykazuje koncentrickú hypertrofiu, nie je dilatovaná, bez lokálnych porúch, kinetiky, EFĽK je 50-55% a pri chronickej ischemickej chorobe srdca a chorobe vysokého krvného tlaku neboli dokázané žiadne iné orgánové komplikácie a taktiež pravidelné kontrolné interné vyšetrenia sú bez zmeny v objektívnom náleze, diagnostickom náleze a bez zmeny v liečbe. Echokardiologické vyšetrenie zo dňa 3.7.2015 dokumentuje ľahkú poruchu funkcie srdcového svalu a oproti nálezom z predchádzajúcich rokov je nález bez zmeny. U navrhovateľa sú v popredí zdravotné problémy s chrbticou a to dorzalgie, najmä driekovo krížového segmentu na podklade degeneratívnych zmien a ťažkej nadváhe, s trvalým ťažším postihnutím funkcie a ťažšou poruchou statodynamiky chrbtice, pričom v zostatkovom neurologickom náleze nie sú rozvinuté obrny nôh, odborné vyšetrenia nezdokladujú ani úbytok svalstva, ani závažné výpadky citlivosti a poruchy funkcie zvieračov. Ortopedické vyšetrenie zo dňa 25.9.2015 dokumentuje zhoršenie bolestivého syndrómu hrudnej a krížovej časti chrbta ako aj mierny stupeň stuhnutia váhonosných kolenných a bedrových zhybov a práve ochorenie pohybového systému najviac ovplyvňuje pracovnú schopnosť navrhovateľa. Urologické a nefrologické vyšetrenia nepotvrdzujú zhoršenie zdravotného stavu navrhovateľa. Dátum vzniku invalidity posudkoví lekári zhodne stanovili od 27.6.2013 na základe interného vyšetrenia, pričom priznanie invalidity od 4.7.2012 nie je možné z dôvodu absencie takých odborných lekárskych nálezov, ktoré by v požadovanom období umožňovali určiť mieru poklesu schopnosti vykonávať zárobkovú činnosť nad 41%. Zistenia posudkových lekárov neboli spochybnené ani v súdnom konaní, nakoľko ani nové lekárske nálezy, ktoré navrhovateľ predložil v priebehu súdneho konania nepotvrdili zhoršenie zdravotného stavu navrhovateľa. Závery posudkov posudkových lekárov ako aj doplňujúce odborné vyjadrenie posudkového lekára Sociálnej poisťovne ústredie Bratislava, vysunuté pracovisko Košice zo dňa 4.6.2015 a posudkového lekára Sociálnej poisťovne ústredie Bratislava zo dňa 8.2.2016 sú odborné, presvedčivé, náležite zdôvodnené a súd nezistil rozpor medzi ich závermi a zisteným skutočným stavom. Krajský súd preto z vyššie uvedených dôvodov napadnuté rozhodnutie číslo XXX XXX XXXX X zo dňa 9. júla 2014 a rozhodnutie číslo XXX XXX XXXX X zo dňa 21. júla 2014 podľa § 250q ods. 2 O.s.p. ako vecne správne potvrdil. O trovách konania súd rozhodol podľa § 250k ods. 1 v spojení s § 250l ods. 2 O.s.p. Navrhovateľ nebol v konaní úspešný, a preto mu súd trovy konania nepriznal a odporkyni trovy konania neprislúchajú.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https://www.kauzis.sk/judikatura/r/ECLI:SK:KSBA:2016:1014201859.2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