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5S/241/2014 z 29. 6. 2016</w:t>
      </w:r>
    </w:p>
    <w:p>
      <w:r>
        <w:t>Opravné uznesenie Krajského súdu Bratislava z 29. júna 2016, sp. zn. 5S/241/2014, ECLI:SK:KSBA:2016:1014201872.5</w:t>
      </w:r>
    </w:p>
    <w:p>
      <w:r>
        <w:t>Súd: Krajský súd Bratislava</w:t>
      </w:r>
    </w:p>
    <w:p>
      <w:r>
        <w:t>Spisová značka: 5S/241/2014</w:t>
      </w:r>
    </w:p>
    <w:p>
      <w:r>
        <w:t>ECLI: ECLI:SK:KSBA:2016:1014201872.5</w:t>
      </w:r>
    </w:p>
    <w:p>
      <w:r>
        <w:t>Dátum vydania: 29. 6. 2016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5S/241/2014 Identifikačné číslo súdneho spisu: 1014201872 Dátum vydania rozhodnutia: 30. 06. 2016 Meno a priezvisko sudcu, VSÚ: Mgr. Zuzana Gaplovská ECLI: ECLI:SK:KSBA:2016:1014201872.5 Opravné uznesenie Krajský súd v Bratislave v právnej veci žalobcu: Geodesign, s.r.o., Okružná 78, 018 51 Nová Dubnica, IČO: 36 350 834, zastúpený: Allen &amp; Overy Bratislava, s.r.o., so sídlom Eurovea Centrál 1, Pribinova 4, 811 09 Bratislava, proti žalovanému: Úrad pre verejné obstarávanie, Dunajská 68, P.O.BOX 58, 820 04 Bratislava, IČO: 31 797 903, za účasti: Ministerstvo vnútra Slovenskej republiky, Pribinova 2, 812 72 Bratislava, o preskúmanie zákonnosti rozhodnutia žalovaného č. XXXX-XXXX/XXXX-ON/XX zo dňa XX.XX.XXXX, takto r o z h o d o l : Súd o p r a v u j e v záhlaví rozsudku Krajského súdu v Bratislave č. k. 5S/241/2014-93 zo dňa 20.10.2015 dátum vydania napadnutého rozhodnutia žalovaného tak, že tento správne znie 10.10.2014. Súd o p r a v u j e v odôvodnení rozsudku Krajského súdu v Bratislave č. k. 5S/241/2014-93 zo dňa 20.10.2015 na strane 6 v piatom odseku a na strane 7 v treťom odseku označenie obchodného mena žalobcu tak, že toto správne znie Geodesign, s.r.o. o d ô v o d n e n i e : Pri vyhotovovaní rozsudku tunajšieho súdu č. k. 5S/241/2014-93 zo dňa 20.10.2015 došlo k chybe v písaní, keď súd v záhlaví rozsudku uviedol chybne dátum vydania napadnutého rozhodnutia žalovaného, a to 10.10.12014, pričom správnym dátumom vydania napadnutého rozhodnutia žalovaného je 10.10.2014. Súd ďalej v odôvodnení uvedeného rozsudku na strane 6 v piatom odseku a na strane 7 v treťom odseku nesprávne označil obchodné meno žalobcu ako Geodesing, s.r.o., pričom správne označenie obchodného mena žalobcu je Geodesign, s.r.o. Podľa § 164 O.s.p. súd kedykoľvek aj bez návrhu opraví v rozsudku chyby v písaní a počítaní, ako aj iné zrejmé nesprávnosti. O návrhu na opravu súd rozhodne do 30 dní od jeho podania. O oprave vydá opravné uznesenie, ktoré doručí účastníkom. Pritom môže odložiť vykonateľnosť rozsudku na čas, kým opravné uznesenie nenadobudne právoplatnosť. Vzhľadom na uvedené zrejmé chyby v písaní v rozsudku súd v súlade s ustanovením § 164 O.s.p. rozhodol tak, ako je uvedené vo výrokovej časti tohto uznesenia. Poučenie: Proti tomuto rozhodnutiu možno podať odvolanie do 15 dní odo dňa doručenia prostredníctvom podpísaného súdu na Najvyšší súd SR, písomne, v dvoch vyhotoveniach. Odvolaniu podanému proti rozhodnutiu, ktoré vydal súdny úradník, môže v celom rozsahu vyhovieť sudca, ktorého rozhodnutie sa považuje za rozhodnutie súdu prvého stupňa; ak sudca odvolaniu nevyhovie, predloží vec na rozhodnutie odvolaciemu súdu.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https://www.kauzis.sk/judikatura/r/ECLI:SK:KSBA:2016:1014201872.5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