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5Scud/56/2014 z 17. 5. 2016</w:t>
      </w:r>
    </w:p>
    <w:p>
      <w:r>
        <w:t>Rozsudok Krajského súdu Bratislava z 17. mája 2016, sp. zn. 5Scud/56/2014, ECLI:SK:KSBA:2016:1014201903.2</w:t>
      </w:r>
    </w:p>
    <w:p>
      <w:r>
        <w:t>Súd: Krajský súd Bratislava</w:t>
      </w:r>
    </w:p>
    <w:p>
      <w:r>
        <w:t>Spisová značka: 5Scud/56/2014</w:t>
      </w:r>
    </w:p>
    <w:p>
      <w:r>
        <w:t>ECLI: ECLI:SK:KSBA:2016:1014201903.2</w:t>
      </w:r>
    </w:p>
    <w:p>
      <w:r>
        <w:t>Dátum vydania: 17. 5. 2016</w:t>
      </w:r>
    </w:p>
    <w:p>
      <w:r>
        <w:t>Forma: Rozsudok</w:t>
      </w:r>
    </w:p>
    <w:p>
      <w:r>
        <w:t>Oblasť práva: Správne právo</w:t>
      </w:r>
    </w:p>
    <w:p>
      <w:pPr>
        <w:pStyle w:val="Heading2"/>
      </w:pPr>
      <w:r>
        <w:t>Text rozhodnutia</w:t>
      </w:r>
    </w:p>
    <w:p>
      <w:r>
        <w:t>Súd: Krajský súd Bratislava Spisová značka: 5Scud/56/2014 Identifikačné číslo súdneho spisu: 1014201903 Dátum vydania rozhodnutia: 18. 05. 2016 Meno a priezvisko sudcu, VSÚ: JUDr. Milota Tóthová ECLI: ECLI:SK:KSBA:2016:1014201903.2 ROZSUDOK V MENE SLOVENSKEJ REPUBLIKY Krajský súd v Bratislave samosudkyňou JUDr. Milotou Tóthovou v právnej veci navrhovateľky Z. C., C. C. XX, Č. C., Č. Q., proti odporkyni Sociálnej poisťovni ústredie v Bratislave, Ul. 29. augusta č. 8-10, Bratislava, o invalidný dôchodok, takto r o z h o d o l : Súd rozhodnutie odporkyne číslo XXX XXX XXXX X zo dňa 2. júla 2014 a rozhodnutie číslo XXX XXX XXXX X zo dňa 7. decembra 2015 p o t v r d z u j e . Účastníkom náhradu trov konania nepriznáva. o d ô v o d n e n i e : Rozhodnutím číslo XXX XXX XXXX X zo dňa 2. júla 2014 odporkyňa podľa § 73, § 112 ods. 4 a 6 a § 82 zákona č. 461/2003 Z.z. o sociálnom poistení v znení neskorších predpisov navrhovateľke znížila sumu invalidného dôchodku od 1. augusta 2014 na sumu 123,80 eur mesačne. Rozhodla tak s odôvodnením, že podľa posudku posudkového lekára Sociálnej poisťovne, pobočka Trenčín zo dňa 10. júna 2014 navrhovateľka je od 10. júna 2014 naďalej invalidná s mierou poklesu schopnosti vykonávať zárobkovú činnosť 45%. Rozhodnutím číslo XXX XXX XXXX X zo dňa 7. decembra 2015 odporkyňa podľa § 73, § 112 ods. 4 a 6 a § 82 zákona č. 461/2003 Z.z. o sociálnom poistení v znení neskorších predpisov zvýšila navrhovateľke sumu invalidného dôchodku od 6. októbra 2015 na sumu 137,10 eur mesačne, zvýšenú od 1. januára 2016 na sumu 138,10 eur mesačne. Rozhodla tak s odôvodnením, že podľa posudku posudkového lekára Sociálnej poisťovne, pobočka Trenčín zo dňa 18. novembra 2015 navrhovateľka je od 6. októbra 2015 naďalej invalidná s mierou poklesu schopnosti vykonávať zárobkovú činnosť 50%. Navrhovateľka návrhom zo dňa 30.7.2014 žiadala preskúmať rozhodnutie odporkyne číslo XXX XXX XXXX X zo dňa 2. júla 2014, nesúhlasila so znížením miery poklesu schopnosti vykonávať zárobkovú činnosť na 45% a namietala, že jej zdravotný stav je stále rovnaký, boli posudzované iba jej kardiologické potiaže a nebolo prihliadnuté na jej neurologické problémy (epileptické záchvaty, závraty, poruchy reči a pocit na omdletie). Poukázala aj na to, že z dôvodu jej špatného zdravotného stavu ju nikto nechce zamestnať. Krajský súd preskúmal rozhodnutie číslo XXX XXX XXXX X podľa § 250l a nasl. O.s.p., prejednal návrh navrhovateľky a dospel k záveru, že návrh nie je dôvodný. Krajský súd vykonal dokazovanie výsluchom odporkyne, posudkami posudkového lekára Sociálnej poisťovne pobočky Trenčín zo dňa 10.6.2014 a 16.9.2014, posudkom posudkového lekára Sociálnej poisťovne ústredie Bratislava, vysunuté pracovisko Košice zo dňa 7.11.2015, doplňujúcim odborným vyjadrením posudkového lekára Sociálnej poisťovne ústredie Bratislava, vysunuté pracovisko Košice zo dňa 18.11.2015 a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výplata dávky sa zastaví, uvoľní alebo sa dávka vypláca v nižšej sume alebo vo vyššej sume, ak sa zmenia skutočnosti rozhodujúce na nárok na výplatu dávky. Podľa § 112 ods. 6 cit. zákona dávka sa odníme, zníži alebo jej výplata sa zastaví odo dňa nasledujúceho po dni, ktorým uplynulo obdobie, za ktoré sa dávka už vyplatila. V preskúmavanej veci súd zistil, že navrhovateľka bola na základe posudku posudkového lekára Sociálnej poisťovne pobočka Trebišov zo dňa 12.10.2006 uznaná invalidnou od 4.1.2006, ako rozhodujúce zdravotné postihnutie u navrhovateľky bola stanovená cystická medionekróra aorty, stav po náhrade aorty protézou s priaznivým efektom podľa ultrazvukového vyšetrenia (kapitola IX., oddiel A, položka 8.c) prílohy č. 4 zákona č. 461/2003 Z.z.). Mieru poklesu schopnosti vykonávať zárobkovú činnosť posudkový lekár stanovil od 4.1.2006 na 75%. Pri kontrolnej prehliadke uskutočnenej dňa 14.7.2009 posudkovým lekárom Sociálnej poisťovne pobočka Bratislava navrhovateľka nebola uznaná invalidnou, od 14.7.2009 došlo k zániku invalidity, ako rozhodujúce zdravotné postihnutie u navrhovateľky bol stanovený stav po srdcovej operácii, operácia srdcových chlopní, resekcia aneuryzmy s dobrým funkčným výsledkom (kapitola IX., oddiel A, položka 8.c) prílohy č. 4 zákona č. 461/2003 Z.z.), kde mieru poklesu schopnosti vykonávať zárobkovú činnosť posudkový lekár stanovil od 14.7.2009 na 35%. V dôsledku odvolania sa navrhovateľky posudkový lekár Sociálnej poisťovne ústredie Bratislava dňa 20.1.2010 uznal navrhovateľky za invalidnú naďalej, t.j. od 14.7.2009, ako rozhodujúce zdravotné postihnutie u navrhovateľky bol stanovený stav po operácii pre aneuryzmu aorty s poklesom výkonnosti (kapitola IX., oddiel A, položka 8.b) prílohy č. 4 zákona č. 461/2003 Z.z.), kde mieru poklesu schopnosti vykonávať zárobkovú činnosť stanovil od 14.7.2009 na 45%. Pri kontrolnej prehliadke uskutočnenej dňa 26.3.2012 posudkovým lekárom Sociálnej poisťovne pobočka Trnava u navrhovateľky do 12.1.2012 ako rozhodujúce zdravotné postihnutie bol stanovený stav po operácii dissekujúcej aneuryzmy ascendentnej aorty s poklesom výkonnosti pri stredne ťažkom zaťažení (kapitola IX., oddiel A, položka 8.b) prílohy č. 4 zákona č. 461/2003 Z.z.) so stanovenou mierou poklesu schopnosti vykonávať zárobkovú činnosť na 45%. Od 12.1.2012 ako rozhodujúce zdravotné postihnutie u navrhovateľky bola stanovená získaná chlopňová chyba aortálnej chlopne s poklesom výkonu už pri bežnom ľahkom zaťažení (kapitola IX., oddiel A, položka 1.c) prílohy č. 4 zákona č. 461/2003 Z.z.), kde mieru poklesu schopnosti vykonávať zárobkovú činnosť stanovil na 75%. Posudkový lekár konštatoval, že od poslednej kontrolnej lekárskej prehliadky v roku 2010 došlo k zhoršeniu zdravotného stavu navrhovateľky, k významnej aortálnej regurgitácii, ktorá bola v januári 2012 indikovaná na operačné riešenie - náhradu aortálnej chlopne. Posudkový lekár Sociálnej poisťovne pobočka Trenčín pri kontrolnej lekárskej prehliadke v posudku zo dňa 10.6.2014 uviedol, že navrhovateľka trpí na choroby a to náhradu aortálnej chlopne mechanickou protézou pre aortálnu regurgitáciu III. st., stav po operácii dissekujúcej aneurizmy ascendentnej aorty, stav po recidivujúcich TIA v povodí ACI I. sin. a stav po solitárnom epi záchvate v anamnéze. Konštatoval, že po kontrole v máji 2012 bola urobená operácia srdcovej chlopne - náhrada aortálnej chlopne mechanickou protézou. Kardiologické vyšetrenia z roku 2013 a mája 2014 dokladujú stabilizovaný stav, priaznivý echokardiografický nález, EF 69%. Pretrvávajú bolesti na hrudníku s ponámahovou dušnosťou, iné ťažkosti nie sú. Zdravotný stav navrhovateľky vyžaduje naďalej kardiologické kontroly. Rozhodujúcim zdravotným postihnutím u navrhovateľky sú stavy po srdcových operáciách, (operácie chlopní) (kapitola IX., oddiel A, položka 8.b) prílohy č. 4 zákona č. 461/2003 Z.z.), kde mieru poklesu schopnosti vykonávať zárobkovú činnosť stanovil od 10.6.2014 na 45%. Navrhovateľka je naďalej invalidná podľa § 71 ods. 1 zákona č. 461/2003 Z.z. o sociálnom zabezpečení. Na základe tohto posudku odporkyňa vydala rozhodnutie číslo XXX XXX XXXX X zo dňa 2. júla 2014, ktorým podľa § 73, § 112 ods. 4 a 6 a § 82 zákona č. 461/2003 Z.z. o sociálnom poistení v znení neskorších predpisov navrhovateľke znížila sumu invalidného dôchodku od 1. augusta 2014 na sumu 123,80 eur mesačne s odôvodnením, že podľa posudku posudkového lekára Sociálnej poisťovne, pobočka Trenčín zo dňa 10. júna 2014 navrhovateľka je od 10. júna 2014 naďalej invalidná s mierou poklesu schopnosti vykonávať zárobkovú činnosť 45%. Po podaní návrhu zdravotný stav a pracovná schopnosť navrhovateľky boli posúdené posudkovým lekárom Sociálnej poisťovne pobočka Trenčín dňa 16.9.2014, ktorý zotrval na posudkovom závere uvedenom v posudku zo dňa 10.6.2014 a uviedol, že z dokladovaných kardiologických vyšetrení z februára 2013, októbra 2013 a 2.5.2014 vyplýva, že stav je stabilizovaný, echokardiografický nález je priaznivý, ejekčná frakcia je 69%. Konštatoval, že neurologické diagnózy -stav po recidivujúcich TIA v povodí ACI I. sin., stav po solitárnom epi záchvate sú uvádzané iba v anamnéze a žiadna porucha centrálneho nervového systému nebola dokumentovaná. Posudkový lekár Sociálnej poisťovne ústredie Bratislava, vysunuté pracovisko Košice v posudku zo dňa 7.11.2014 uviedol, že navrhovateľka trpí na choroby a to náhradu aortálnej chlopne mechanickou protézou pre aortálnu regurgitáciu III. st., stav po operácii dissekujúcej aneurizmy ascendentnej aorty, stav po recidivujúcich TIA v povodí ACI I. sin. a sekundárnu epilepsiu senzitívneho typu. Konštatoval, že navrhovateľka bola v roku 2006 operovaná pre aneuryzmu aorty, v roku 2006 a 2010 prekonala aj prechodnú ischemickú ataku mozgu, podľa následného neurologického vyšetrenia bez motorického deficitu, bez paretických prejavov a bez poruchy reči. Pre solitárny výskyt epizáchvatov je navrhovateľka od roku 2006 na pravidelnej epileptickej liečbe a je pravidelne sledovaná neurológom pre opakované trnutie pravej roky asi šesť až osemkrát do mesiaca. Uviedol, že funkčný neurologický nález je opakovane v norme, bez paretických prejavov a stav je uzavretý ako sekundárna epilepsia senzitívneho typu. Na základe doložených kontrolných kardiologických nálezov konštatoval, že oproti roku 2012 je zdravotný stav navrhovateľky zlepšený, nakoľko v máji 2012 bola vykonaná náhrada aortálnej chlopne pre ťažkú chlopňovú chybu a opakované kontrolné kardiologické vyšetrenia dokumentujú stabilizovaný zlepšený stav s poklesom výkonu pri stredne ťažkom zaťažení. Navrhovateľka bola v poslednom období vyšetrená aj neurológom pre občasné bolesti chrbta bez známok koreňového dráždenia po preliečení došlo k zlepšeniu stavu. Navrhovateľka je pravidelne v trojmesačných intervaloch sledovaná pre sekundárnu epilepsiu senzitívneho typu a tŕpnutie pravej ruky so sporadickým výskytom. Rozhodujúcim zdravotným postihnutím u navrhovateľky je stav po náhrade aortálnej chlopne (kapitola IX., oddiel A, položka 8.b) prílohy č. 4 zákona č. 461/2003 Z.z.), kde mieru poklesu schopnosti vykonávať zárobkovú činnosť stanovil na 45%. Občasné bolesti chrbtice bez známok koreňového dráždenia so zlepšením stavu po preliečení a sekundárna epilepsia senzitívneho typu so sporadickým výskytom sú posudkovo bezvýznamné, neovplyvňujú pracovnú schopnosť navrhovateľky a ani neodôvodňujú percentuálne navýšenie. Navrhovateľka je naďalej invalidná podľa § 71 ods. 1 zákona č. 461/2003 Z.z. o sociálnom poistení. Navrhovateľka nemôže vykonávať fyzicky a psychicky náročnú prácu, bez zdvíhania a nosenia ťažkých bremien, nemôže vykonávať prácu na úkoly a termíny, môže vykonávať napr. fyzicky a psychicky ľahšiu prácu, práce vyhovujúce podľa dosiahnutého vzdelania a pod. Navrhovateľka v priebehu súdneho konania doložila nové lekárske nálezy. Súd doplnil dokazovanie zadovážením si odborného vyjadrenia posudkového lekára Sociálnej poisťovne ústredie Bratislava, vysunuté pracovisko Košice, ktorý dňa 18.11.2015 po vyhodnotení doložených nových lekárskych nálezov a to genetického vyšetrenia pre Bober Patrik z 1.4.2015, kontrolného neurologického vyšetrenia zo dňa 6.6.2014, 18.12.2014, 5.1.2015, 8.1.2015 a 6.10.2015 konštatoval, že ide o pravidelné kontrolné neurologické vyšetrenia pre sekundárnu senzitívnu epilepsiu. Z posledného kontrolného neurologického vyšetrenia zo dňa 6.10.2015 vyplýva, že navrhovateľka máva parestézie pravej ruky, pravostrannej polovice tváre, jazyka, pier a v poslednom období aj dvakrát až trikrát do týždňa, pričom predtým podobné ťažkosti mala len sporadicky dvakrát až štyrikrát do mesiaca. Rozhodujúcim zdravotným postihnutím u navrhovateľky je stav po náhrade aortálnej chlopne s poklesom výkonu pri stredne ťažkom zaťažení (kapitola IX., oddiel A, položka 8.b) prílohy č. 4 zákona č. 461/2003 Z.z.), kde mieru poklesu schopnosti vykonávať zárobkovú činnosť stanovil na 45%. Pre iné zdravotné postihnutie a to sekundárnu senzitívnu epilepsiu s častejším výskytom napriek antiepileptickej liečbe a stavu po recidivujúcej prechodnej ischemickej atake v minulosti zvýšil percentuálnu mieru o 5%. Celková miera poklesu schopnosti vykonávať zárobkovú činnosť je 50%. Dátum zmeny miery poklesu schopnosti vykonávať zárobkovú činnosť 50% je od 6.10.2015. Navrhovateľka je naďalej invalidná podľa § 71 ods. 1 zákona č. 461/2003 Z.z. o sociálnom poistení. Navrhovateľka nemôže vykonávať fyzicky a psychicky náročnú prácu, bez zdvíhania a nosenia ťažkých bremien, nemôže vykonávať prácu na úkoly a termíny, môže vykonávať napr. fyzicky a psychicky ľahšiu prácu, práce vyhovujúce podľa dosiahnutého vzdelania a pod. Na základe tohto posudku odporkyňa vydala rozhodnutie číslo XXX XXX XXXX X zo dňa 7. decembra 2015, ktorým podľa § 73, § 112 ods. 4 a 6 a § 82 zákona č. 461/2003 Z.z. o sociálnom poistení v znení neskorších predpisov zvýšila navrhovateľke sumu invalidného dôchodku od 6. októbra 2015 na sumu 137,10 eur mesačne, zvýšenú od 1. januára 2016 na sumu 138,10 eur mesačne s odôvodnením, že navrhovateľka je od 6. októbra 2015 naďalej invalidná s mierou poklesu schopnosti vykonávať zárobkovú činnosť 50%. Navrhovateľka sa na pojednávanie dňa 18.5.2016 napriek riadnemu predvolaniu nedostavila, svoju neúčasť na ňom ospravedlnila a súhlasila, aby súd rozhodol v jej neprítomnosti, a preto súd podľa § 101 ods. 2 Občianskeho súdneho poriadku (ďalej len O.s.p.) vec prejednal v jej neprítomnosti. Zástupkyňa odporkyne žiadala napadnuté rozhodnutie číslo XXX XXX XXXX X zo dňa 2. júla 2014 a rozhodnutie číslo XXX XXX XXXX X zo dňa 7. decembra 2015 ako vecne správne potvrdiť. Posudkový lekár sociálneho poistenia Sociálnej poisťovne pobočka Trenčín ako aj posudkový lekár sociálneho poistenia Sociálnej poisťovne ústredie Bratislava, vysunuté pracovisko Košice vo svojich vyššie uvedených posudkoch ako aj doplňujúcom odbornom vyjadrení posudkového lekára Sociálnej poisťovne ústredie Bratislava, vysunuté pracovisko Košice zo dňa 18.11.2015 zohľadnili všetky navrhovateľkou uvádzané ťažkosti a vysporiadali sa s lekárskymi nálezmi nachádzajúcimi sa v zdravotnej dokumentácii navrhovateľky. Zhodne konštatovali, že zdravotný stav navrhovateľky z posudkového hľadiska spĺňa posudkové kritériá na uznanie invalidity od 10.6.2014 pre rozhodujúce zdravotné postihnutie navrhovateľky., ktorým je stav po náhrade aortálnej chlopne (kapitola IX., oddiel A, položka 8.b) prílohy č. 4 zákona č. 461/2003 Z.z.), kde mieru poklesu schopnosti vykonávať zárobkovú činnosť zhodne stanovili na 45%. Na základe posledného kontrolného neurologického vyšetrenia zo dňa 6.10.2015 posudkový lekár Sociálnej poisťovne ústredie Bratislava, vysunuté pracovisko Košice v doplňujúcom odbornom vyjadrení zo dňa 18.11.2015 pre iné zdravotné postihnutie navrhovateľky a to sekundárnu senzitívnu epilepsiu s častejším výskytom napriek antiepileptickej liečbe a stavu po recidivujúcej prechodnej ischemickej atake v minulosti zvýšil percentuálnu mieru o 5%. Celková miera poklesu schopnosti vykonávať zárobkovú činnosť je 50%. Dátum zmeny miery poklesu schopnosti vykonávať zárobkovú činnosť 50% je od 6.10.2015. Navrhovateľka bola v roku 2006 operovaná pre aneuryzmu aorty, v roku 2006 a 2010 prekonala aj prechodnú ischemickú ataku mozgu. Následné neurologické vyšetrenia konštatovali stav bez motorického deficitu, bez paretických prejavov a bez poruchy reči. Od roku 2006 navrhovateľka je pre solitárny výskyt epizáchvatov na pravidelnej epileptickej liečbe a je pravidelne sledovaná neurológom pre opakované trnutie pravej ruky asi šesť až osemkrát do mesiaca, pričom funkčný neurologický nález bol opakovane v norme. Zdravotný stav navrhovateľky z kardiologického hľadiska je oproti roku 2010 zlepšený, nakoľko v máji 2012 bola vykonaná náhrada aortálnej chlopne pre ťažkú chlopňovú chybu a opakované kontrolné kardiologické vyšetrenia dokumentujú stabilizovaný zlepšený stav s poklesom výkonu pri stredne ťažkom zaťažení. Nakoľko kontrolné neurologické vyšetrenie zo dňa 6.10.2015 potvrdilo, že navrhovateľka máva parestézie pravej ruky, pravostrannej polovice tváre, jazyka, pier a v poslednom období aj dvakrát až trikrát do týždňa, pričom predtým podobné ťažkosti mala len sporadicky dvakrát až štyrikrát do mesiaca, došlo k navýšeniu percentuálnej miery poklesu schopnosti vykonávať zárobkovú činnosť o 5% pre iné zdravotné postihnutie navrhovateľky. Občasné bolesti chrbtice bez známok koreňového dráždenia so zlepšením stavu po preliečení sú posudkovo bezvýznamné, neovplyvňujú pracovnú schopnosť navrhovateľky a ani neodôvodňujú percentuálne navýšenie. Zistenia posudkových lekárov neboli spochybnené ani v súdnom konaní., nakoľko ani nové lekárske nálezy, ktoré navrhovateľka doložila v súdnom konaní nepreukázali zhoršenie jej zdravotného stavu. Závery posudkov posudkových lekárov sú odborné, presvedčivé, náležite zdôvodnené a súd nezistil rozpor medzi ich závermi a zisteným skutočným stavom. V prípade, že sa zdravotný stav navrhovateľky v budúcnosti významne zhorší, čo by preukazovali nové lekárske nálezy, navrhovateľka má možnosť požiadať o zvýšenie invalidného dôchodku a o nové posúdenie miery poklesu jej schopnosti vykonávať zárobkovú činnosť. Krajský súd preto z vyššie uvedených dôvodov napadnuté rozhodnutie číslo XXX XXX XXXX X zo dňa 2. júla 2014 a rozhodnutie číslo XXX XXX XXXX X zo dňa 7. decembra 2015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https://www.kauzis.sk/judikatura/r/ECLI:SK:KSBA:2016:1014201903.2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