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5Sd/306/2014 z 22. 3. 2016</w:t>
      </w:r>
    </w:p>
    <w:p>
      <w:r>
        <w:t>Uznesenie Krajského súdu Bratislava z 22. marca 2016, sp. zn. 5Sd/306/2014, ECLI:SK:KSBA:2016:1014201913.3</w:t>
      </w:r>
    </w:p>
    <w:p>
      <w:r>
        <w:t>Súd: Krajský súd Bratislava</w:t>
      </w:r>
    </w:p>
    <w:p>
      <w:r>
        <w:t>Spisová značka: 5Sd/306/2014</w:t>
      </w:r>
    </w:p>
    <w:p>
      <w:r>
        <w:t>ECLI: ECLI:SK:KSBA:2016:1014201913.3</w:t>
      </w:r>
    </w:p>
    <w:p>
      <w:r>
        <w:t>Dátum vydania: 22. 3. 2016</w:t>
      </w:r>
    </w:p>
    <w:p>
      <w:r>
        <w:t>Forma: Uznesenie</w:t>
      </w:r>
    </w:p>
    <w:p>
      <w:pPr>
        <w:pStyle w:val="Heading2"/>
      </w:pPr>
      <w:r>
        <w:t>Text rozhodnutia</w:t>
      </w:r>
    </w:p>
    <w:p>
      <w:r>
        <w:t>Súd: Krajský súd Bratislava Spisová značka: 5Sd/306/2014 Identifikačné číslo súdneho spisu: 1014201913 Dátum vydania rozhodnutia: 23. 03. 2016 Meno a priezvisko sudcu, VSÚ: JUDr. Milota Tóthová ECLI: ECLI:SK:KSBA:2016:1014201913.3 Uznesenie Krajský súd v Bratislave v právnej veci navrhovateľky B. R., M.. XX.XX.XXXX, Q. Q. XX, XXX XX Q., zast. JUDr. Ivetou Balalovou, advokátkou so sídlom Ružová dolina 10, 821 09 Bratislava, proti odporkyni Sociálnej poisťovni ústredie, Ul. 29. augusta 8, 813 63 Bratislava, o invalidný dôchodok, takto r o z h o d o l : Súd konanie z a s t a v u j e . Odporkyňa je povinná zaplatiť navrhovateľke trovy konania vo výške 366,26 Eur na účet jej právneho zástupcu do troch dní od právoplatnosti tohto uznesenia. o d ô v o d n e n i e : Navrhovateľka svojím návrhom zo dňa 11.08.2014 žiadala preskúmať rozhodnutie odporkyne číslo XXX XXX XXXX X zo dňa 09.07.2014, ktorým jej bol priznaný invalidný dôchodok od 19.02.2014 v sume 98,30 Eur mesačne. Písomným podaním zo dňa 19.02.2016 vzala navrhovateľka svoj návrh v celom rozsahu späť a žiadala konanie zastaviť z dôvodu, že po podaní odvolania na súd odporkyňa vyhovela jej návrhu. Zároveň žiadala zaviazať odporkyňu na náhradu trov konania vo výške 372,90 Eur. Súd podľa § 250d ods. 3 v spojení s § 250h ods. 2 a § 250l ods. 2 zákona č. 99/1963 Z. z. Občianskeho súdneho poriadku (ďalej len „O.s.p.“) konanie zastavil. Nakoľko odporkyňa rozhodnutím číslo 775 124 9682 0 zo dňa 14.01.2016 vyhovela navrhovateľke vo veci priznania invalidného dôchodku v plnom rozsahu, navrhovateľka vzala návrh vo veci samej, ktorý bol podaný dôvodne, späť.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Podľa § 146 ods. 2 druhá veta O.s.p. ak sa však pre správanie odporcu vzal návrh späť, ktorý bol podaný dôvodne, je povinný uhradiť trovy konania odporca. 2 Podľa § 149 ods. 2 O.s.p. ak ide o zastupovanie na základe rozhodnutia Centra právnej pomoci, náhradu trov právneho zastúpenia upravuje osobitný predpis. Navrhovateľka bola v konaní zastúpená advokátkou na základe rozhodnutia centra. Náhradu trov konania v takomto prípade upravuje osobitný predpis - zákon č. 327/2005 Z.z. o poskytovaní právnej pomoci osobám v materiálnej núdzi v § 15 ods. 1, 2. Navrhovateľke vzniklo právo na náhradu trov konania a súd jej toto právo priznal (§ 15 ods. 1 zák. č. 327/2005 Z. z.). Vychádzajúc z § 14 c vyhlášky Ministerstva spravodlivosti Slovenskej republiky č. 655/2004 Z.z. o odmenách a náhradách advokátov za poskytovanie právnych služieb v znení účinnom ku dňu vykonania úkonu (ďalej len „vyhláška č. 655/2004 Z. z.“) ustanovenia § 14a a 14b sa nepoužijú, ak náhradu trov advokátovi priznáva súd ako zástupcovi určenému Centrom právnej pomoci. Súd priznal navrhovateľke náhradu trov konania pozostávajúcu z trov právneho zastupovania nasledovne: - z odmeny advokáta podľa § 11 ods. 4 vyhlášky č. 655/2004 Z. z. za 4 úkony právnej služby v roku 2015 (prevzatie a príprava zastúpenia zo dňa 02.04.2015, podanie zo dňa 07.04.2015, účasť na pojednávaní dňa 23.09.2015, účasť na pojednávaní dňa 28.10.2015), 1 úkon právnej služby v roku 2016 (späťvzatie návrhu zo dňa 07.10.2015), t.j. 4 x 64,53 Eur (258,12 Eur) + 1 x 66 Eur + režijný paušál 4 x 8,39 Eur ( 33,56 Eur) + 1 x 8,58 Eur, spolu 366,26 Eur. Súd nepriznal navrhovateľke uplatnenú odmenu za 4 úkony právnej služby v sume 66,- Eur a režijný paušál v sume 8,58 Eur za rok 2015, pretože v zmysle § 11 ods. 4 cit. vyhlášky jej patrí odmena za 1 úkon právnej služby za rok 2015 vo výške 64,53 Eur a režijný paušál v sume 8,39 Eur. O trovách konania rozhodol súd podľa ustanovenia § 250k ods. 1 O. s. p. v spojení s § 246c ods. 1 vety prvej a § 146 ods. 2 druhej vety O.s.p. tak, že odporkyňa je povinná zaplatiť náhradu trov konania navrhovateľke v celkovej výške 366,26 Eur na účet právneho zástupcu zmysle § 149 ods. 1 O.s.p. v spojení s § 246c ods. 1 veta prvá O.s.p. v lehote troch dní od právoplatnosti tohto uznesenia. Poučenie: Proti tomuto uzneseniu je možné podať odvolanie do 15 dní odo dňa jeho doručenia na Krajskom súde v Bratislave, písomne, dvojmo.</w:t>
      </w:r>
    </w:p>
    <w:p/>
    <w:p>
      <w:r>
        <w:t>Zdroj: KAUZIS.SK – https://www.kauzis.sk/judikatura/r/ECLI:SK:KSBA:2016:1014201913.3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