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6S/248/2014 z 24. 5. 2016</w:t>
      </w:r>
    </w:p>
    <w:p>
      <w:r>
        <w:t>Uznesenie Krajského súdu Bratislava z 24. mája 2016, sp. zn. 6S/248/2014, ECLI:SK:KSBA:2016:1014201916.1</w:t>
      </w:r>
    </w:p>
    <w:p>
      <w:r>
        <w:t>Súd: Krajský súd Bratislava</w:t>
      </w:r>
    </w:p>
    <w:p>
      <w:r>
        <w:t>Spisová značka: 6S/248/2014</w:t>
      </w:r>
    </w:p>
    <w:p>
      <w:r>
        <w:t>ECLI: ECLI:SK:KSBA:2016:1014201916.1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6S/248/2014 Identifikačné číslo súdneho spisu: 1014201916 Dátum vydania rozhodnutia: 25. 05. 2016 Meno a priezvisko sudcu, VSÚ: JUDr. Vlastimil Pavlikovský ECLI: ECLI:SK:KSBA:2016:1014201916.1 Uznesenie Krajský súd v Bratislave v právnej veci žalobcu: Kaufland Slovenská republika, v.o.s., so sídlom Trnavská cesta 41/A, 831 04 Bratislava, právne zastúpený: Advokátska kancelária ECKER- KÁN &amp; PARTNERS, s.r.o., so sídlom Námestie Martina Benku 9, 811 07 Bratislava, proti žalovanému: Štátna veterinárna a potravinová správa Slovenskej republiky, so sídlom Botanická 17, 842 13 Bratislava, o preskúmanie zákonnosti rozhodnutia žalovaného č. 2987/2014 zo dňa 01.10.2014, jednohlasne, takto r o z h o d o l : Krajský súd v Bratislave konanie z a s t a v u j e . Žiaden z účastníkov nemá právo na náhradu trov konania. Krajský súd v Bratislave v r a c i a krátený súdny poplatok za žalobu žalobcovi prostredníctvom Slovenskej pošty, a.s. - prevádzkovateľa systému, so sídlom Partizánska cesta 9, 975 99 Banská Bystrica vo výške 63,30 €. Poplatok bude vrátený po nadobudnutí právoplatnosti tohto uznesenia na účet právneho zástupcu žalobcu vedený v G. Z., R.: M. XXXX XXXX XXXX XXXX XXXX. o d ô v o d n e n i e : Žalobou podanou na Krajskom súde v Bratislave dňa 14.11.2014 sa žalobca domáhal preskúmania zákonnosti rozhodnutia žalovaného č. 2987/2014 zo dňa 01.10.2014, ktorým žalovaný odvolanie žalobcu ako účastníka správneho konania zamietol a rozhodnutie Regionálnej veterinárnej a potravinovej správy Trebišov č.j.: 652/14/1 zo dňa 04.08.2014 o uložení pokuty za zistené nedostatky vo výške 5.000 € podľa § 28 ods. 4 písm. a) v spojení s § 28 ods. 7 zákona č. 152/1995 Z.z. o potravinách v prevádzkarni Kaufland Slovenská republika, v.o.s. Trebišov, potvrdil. Pred rozhodnutím vo veci samej žalobca svojím podaním doručeným súdu dňa 28.04.2016 oznámil, že berie svoju žalobu v celom rozsahu späť. Zároveň sa domáhal aj vrátenia kráteného súdneho poplatku.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 (výrok I). O náhrade trov konania súd rozhodol podľa § 146 ods. 1 písm. c) O.s.p. s použitím ustanovenia § 246c O.s.p. tak, že žiaden z účastníkov nemá právo na náhradu trov konania, nakoľko konanie vo veci bolo zastavené (výrok II). Žalobca spolu s podanou žalobou uhradil súdny poplatok za žalobu vo výške 70 €. Podľa ustanovenia § 11 ods. 3 posledná veta zákona č. 71/1992 Zb. o súdnych poplatkoch a poplatku za výpis z registra trestov (ďalej len ,,zákon o súdnych poplatkoch“), v konaní o preskúmaní rozhodnutia orgánu verejnej správy sa poplatok vráti, ak sa návrh na začatie konania vzal späť pred prejednaním veci alebo ak bolo konanie zastavené z dôvodu, že účastník nebol v konaní riadne zastúpený. Podľa ustanovenia § 11 ods. 4 zákona o súdnych poplatkoch, okrem poplatku v rozvodovom konaní a poplatku, ktorý sa vracia podľa odseku 1, sa poplatok alebo jeho časť (preplatok) vracia krátený o 1%, najmenej však 6,70 eura. Ak sa návrh vzal späť pred zaplatením poplatku, poplatok sa nevyrubuje. Podľa ustanovenia § 11 ods. 11 zákona o súdnych poplatkoch, v rozhodnutí o vrátení poplatku alebo preplatku sa uvedie aj označenie poplatníka a v akej výške má byť poplatok alebo preplatok vrátený. Ak je súdu známe, v tomto rozhodnutí sa uvedie aj číslo účtu, na ktorý má byť poplatok alebo preplatok vrátený. Nakoľko žalobca zaplatil súdny poplatok za žalobu vo výške 70,- € a vzhľadom na vyššie uvedené citované ustanovenia zákona vzal žalobu späť, súd rozhodol o vrátení kráteného súdneho poplatku vo výške 63,30 € (výrok III).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https://www.kauzis.sk/judikatura/r/ECLI:SK:KSBA:2016:1014201916.1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