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6S/255/2014 z 27. 9. 2016</w:t>
      </w:r>
    </w:p>
    <w:p>
      <w:r>
        <w:t>Uznesenie Krajského súdu Bratislava z 27. septembra 2016, sp. zn. 6S/255/2014, ECLI:SK:KSBA:2016:1014201956.1</w:t>
      </w:r>
    </w:p>
    <w:p>
      <w:r>
        <w:t>Súd: Krajský súd Bratislava</w:t>
      </w:r>
    </w:p>
    <w:p>
      <w:r>
        <w:t>Spisová značka: 6S/255/2014</w:t>
      </w:r>
    </w:p>
    <w:p>
      <w:r>
        <w:t>ECLI: ECLI:SK:KSBA:2016:1014201956.1</w:t>
      </w:r>
    </w:p>
    <w:p>
      <w:r>
        <w:t>Dátum vydania: 27. 9. 2016</w:t>
      </w:r>
    </w:p>
    <w:p>
      <w:r>
        <w:t>Forma: Uznesenie</w:t>
      </w:r>
    </w:p>
    <w:p>
      <w:pPr>
        <w:pStyle w:val="Heading2"/>
      </w:pPr>
      <w:r>
        <w:t>Text rozhodnutia</w:t>
      </w:r>
    </w:p>
    <w:p>
      <w:r>
        <w:t>Súd: Krajský súd Bratislava Spisová značka: 6S/255/2014 Identifikačné číslo súdneho spisu: 1014201956 Dátum vydania rozhodnutia: 28. 09. 2016 Meno a priezvisko sudcu, VSÚ: JUDr. Vlastimil Pavlikovský ECLI: ECLI:SK:KSBA:2016:1014201956.1 Uznesenie Krajský súd v Bratislave v právnej veci žalobcu: Kaufland Slovenská republika v.o.s., so sídlom Trnavská cesta 41/A, 831 04 Bratislava, právne zastúpený: Advokátska kancelária ECKER - KÁN &amp; PARTNERS, s.r.o., so sídlom Námestie Martina Benku 9, 811 07 Bratislava, proti žalovanému: Štátna veterinárna a potravinová správa Slovenskej republiky, so sídlom Botanická 17, 842 13 Bratislava, v konaní o preskúmanie zákonnosti rozhodnutia žalovaného č. 2850/2014 zo dňa 17.9.2014, jednohlasne, takto r o z h o d o l : Krajský súd v Bratislave p o s t u p u j e vec Krajskému súdu v Prešove. o d ô v o d n e n i e : 1. Žalobou doručenou Krajskému súdu v Bratislave dňa 24.11.2014 sa žalobca domáhal preskúmania zákonnosti rozhodnutia žalovaného č. 2850/2014 zo dňa 17.9.2014, ktorým žalovaný odvolanie žalobcu ako účastníka administratívneho konania zamietol a rozhodnutie Regionálnej veterinárnej a potravinovej správy Poprad č. 1440/2014 zo dňa 9.7.2014 o uložení úhrnnej pokuty vo výške 12.000,- € potvrdil. 2.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rozhodovala v prvom stupni Regionálna veterinárna a potravinová správa Poprad, a teda miestne (aj vecne) príslušným je Krajský súd v Prešove,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Prešove.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https://www.kauzis.sk/judikatura/r/ECLI:SK:KSBA:2016:1014201956.1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