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1S/255/2014 z 27. 1. 2016</w:t>
      </w:r>
    </w:p>
    <w:p>
      <w:r>
        <w:t>Uznesenie Krajského súdu Bratislava z 27. januára 2016, sp. zn. 1S/255/2014, ECLI:SK:KSBA:2016:1014201981.1</w:t>
      </w:r>
    </w:p>
    <w:p>
      <w:r>
        <w:t>Súd: Krajský súd Bratislava</w:t>
      </w:r>
    </w:p>
    <w:p>
      <w:r>
        <w:t>Spisová značka: 1S/255/2014</w:t>
      </w:r>
    </w:p>
    <w:p>
      <w:r>
        <w:t>ECLI: ECLI:SK:KSBA:2016:1014201981.1</w:t>
      </w:r>
    </w:p>
    <w:p>
      <w:r>
        <w:t>Dátum vydania: 27. 1. 2016</w:t>
      </w:r>
    </w:p>
    <w:p>
      <w:r>
        <w:t>Forma: Uznesenie</w:t>
      </w:r>
    </w:p>
    <w:p>
      <w:pPr>
        <w:pStyle w:val="Heading2"/>
      </w:pPr>
      <w:r>
        <w:t>Text rozhodnutia</w:t>
      </w:r>
    </w:p>
    <w:p>
      <w:r>
        <w:t>Súd: Krajský súd Bratislava Spisová značka: 1S/255/2014 Identifikačné číslo súdneho spisu: 1014201981 Dátum vydania rozhodnutia: 28. 01. 2016 Meno a priezvisko sudcu, VSÚ: JUDr. Monika Valašíková PhD. ECLI: ECLI:SK:KSBA:2016:1014201981.1 Uznesenie Krajský súd v Bratislave v právnej veci žalobcu: P.. A. T., Q. B. X, XXX XX A., právne zastúpený: AZARIOVÁ &amp; RUŽBAŠÁN Law firm s.r.o., Kmeťova 26, 040 01 Košice, proti žalovanému: Centrum právnej pomoci, Nám. Slobody 12, 810 05 Bratislava, o preskúmanie zákonnosti rozhodnutia žalovaného sp. zn. 2437/12, ev. č. 2784/12 zo dňa 28.08.2012, takto r o z h o d o l : Krajský súd v Bratislave konanie z a s t a v u j e . Žiaden z účastníkov nemá právo na náhradu trov konania. o d ô v o d n e n i e : Žalobou podanou Krajskému súdu v Košiciach dňa 02.11.2012, postúpenou tunajšiemu súdu dňa 27.11.2014 sa žalobca domáhal preskúmania zákonnosti rozhodnutia žalovaného sp. zn. 2437/12, ev. č. 2784/12 zo dňa 28.08.2012, ktorým žalovaný zamietol odvolanie žalobcu a potvrdil rozhodnutie Centra právnej pomoci sp. zn. 2437/12, ev. č. 2544/12 zo dňa 03.08.2012 o priznaní trov zastúpenia. Výzvou zo dňa 09.12.2015 doručenou právnemu zástupcovi žalobcu dňa 14.12.2015 bol žalobca vyzvaný, aby v lehote 10 dní od doručenia výzvy pod následkom zastavenia konania zaplatil súdny poplatok vo výške 70,- €. Podľa § 5 ods. 1 písm. a) zák. č. 71/1992 Zb. o súdnych poplatkoch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je splatný vznikom poplatkovej povinnosti. Podľa § 10 ods. 1 ZoSP,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70,- €. Keďže žalobca súdny poplatok za žalobu ani na výzvu súdu nezaplatil, súd podľa ust.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https://www.kauzis.sk/judikatura/r/ECLI:SK:KSBA:2016:1014201981.1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