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12Sp/82/2014 z 23. 8. 2016</w:t>
      </w:r>
    </w:p>
    <w:p>
      <w:r>
        <w:t>Rozsudok Krajského súdu Bratislava z 23. augusta 2016, sp. zn. 12Sp/82/2014, ECLI:SK:KSBA:2016:1014202047.1</w:t>
      </w:r>
    </w:p>
    <w:p>
      <w:r>
        <w:t>Súd: Krajský súd Bratislava</w:t>
      </w:r>
    </w:p>
    <w:p>
      <w:r>
        <w:t>Spisová značka: 12Sp/82/2014</w:t>
      </w:r>
    </w:p>
    <w:p>
      <w:r>
        <w:t>ECLI: ECLI:SK:KSBA:2016:1014202047.1</w:t>
      </w:r>
    </w:p>
    <w:p>
      <w:r>
        <w:t>Dátum vydania: 23. 8. 2016</w:t>
      </w:r>
    </w:p>
    <w:p>
      <w:r>
        <w:t>Forma: Rozsudok</w:t>
      </w:r>
    </w:p>
    <w:p>
      <w:r>
        <w:t>Oblasť práva: Správne právo</w:t>
      </w:r>
    </w:p>
    <w:p>
      <w:pPr>
        <w:pStyle w:val="Heading2"/>
      </w:pPr>
      <w:r>
        <w:t>Text rozhodnutia</w:t>
      </w:r>
    </w:p>
    <w:p>
      <w:r>
        <w:t>Súd: Krajský súd Bratislava Spisová značka: 12Sp/82/2014 Identifikačné číslo súdneho spisu: 1014202047 Dátum vydania rozhodnutia: 24. 08. 2016 Meno a priezvisko sudcu, VSÚ: JUDr. Ľubomír Šramko ECLI: ECLI:SK:KSBA:2016:1014202047.1 ROZSUDOK V MENE SLOVENSKEJ REPUBLIKY Krajský súd v Bratislave v konaní pred sudcom JUDr. Ľubomírom Šramkom v právnej veci navrhovateľky: S. K. S., trvale bytom K. XXX/X, A. C., proti odporcovi: Centrum právnej pomoci so sídlom Námestie slobody 12, Bratislava, o opravnom prostriedku navrhovateľky zo dňa 26.11.2014 proti rozhodnutiu odporcu sp.zn. 6518/2013 (9250/2014), č.k. KaHC-/6518/2013-66922/2014 zo dňa 7.11.2014 takto r o z h o d o l : Krajský súd v Bratislave napadnuté rozhodnutie odporcu sp.zn. 6518/2013 (9250/2014), č.k. KaHC-/6518/2013-66922/2014 zo dňa 7.11.2014 z r u š u j e podľa ustanovenia § 250j ods. 2 písm. a) Občianskeho súdneho poriadku a vec v r a c i a odporcovi na ďalšie konanie. Navrhovateľke nepriznáva právo na náhradu trov konania. o d ô v o d n e n i e : Napadnutým rozhodnutím sp.zn. 6518/2013 (9250/2014), č.k. KaHC-/6518/2013-66922/2014 zo dňa 7.11.2014 odporca v zmysle § 14 ods. 1 písm. b)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odníma nárok na poskytovanie právnej pomoci, v konaní o vyporiadanie bezpodielového spoluvlastníctva manželov. Odporca uviedol, že po preskúmaní priložených listinných dokladov preukazujúcich príjmovú situáciu navrhovateľky zistil, že priemerný započítateľný príjem navrhovateľky v rozhodnom období od septembra 2013 do augusta 2014 bol 505,86 eur a teda presiahol výšku 1,6 násobku životného minima 461,62 eur ustanoveného zákonom č. 601/2003 Z.z. o životnom minime a o zmene a doplnení niektorých zákonov (ďalej len „zákon o životnom minime“). Odporca v napadnutom rozhodnutí konštatoval, že navrhovateľka v období 12 mesiacov presiahla hranicu materiálnej núdze o 44,24 eur a tak jej nárok na poskytovanie právnej pomoci odňal. Ďalej v napadnutom rozhodnutí uviedol, že s prihliadnutím na povahu sporu, aplikáciu § 6b ods. 2 zákona o poskytovaní právnej pomoci nezvažoval. Proti tomuto rozhodnutiu podala navrhovateľka v zákonnej lehote opravný prostriedok - návrh zo dňa 26.11.2014, ktorým sa domáhala jeho zrušenia v celom rozsahu a vrátenia veci odporcovi na ďalšie konanie. Uviedla v ňom, že rozhodnutie odporcu považuje za nesprávne právne posúdené, nakoľko vyživuje a výživné platí na obe nezaopatrené dcéry. K odvolaniu navrhovateľka priložila aj výpis mesačných výdavkov. Navrhovateľka vo svojom návrhu uviedla, že odporca správne vyhodnotil, že jej priemerný mesačný zárobok spolu s vyplateným výživným presahuje hornú hranicu príjmu materiálnej núdze, avšak nezohľadnil vyživovaciu povinnosť voči jej dcéram. Avšak nakoľko je jedna dcéra v jej osobnej starostlivosti a druhá v starostlivosti otca, navrhovateľka dostáva vyplatené výživné vo výške 100 eur na dcéru Patríciu, a zároveň platí výživné na dcéru Magdalénu (ktorá je v opatere otca) vo výške 80 eur plus 20 eur spätné výživné v splátkach. To znamená, že ako jej príde výživné na mladšiu dcéru, ona vyplatí následne výživné na staršiu dcéru, ktorá je zverená do opatery otca. Odporca vo svojom vyjadrení zo dňa 8.12.2014 uviedol, že navrhuje napadnuté rozhodnutie v celom rozsahu potvrdiť, a to s poukazom na skutočnosti už v ňom obsiahnuté. Zotrval na dôvodoch napadnutého rozhodnutia pričom k námietkam navrhovateľky uviedol, že predmetom sporu, v ktorom navrhovateľka žiada poskytnutie právnej pomoci je vyporiadanie BSM. V takom konaní účastník nemusí byť zastúpený advokátom, a preto odporca dospel k názoru, že v takomto prípade by odňatie nároku nemalo vážne následky a nespôsobilo by navrhovateľke vážnu ujmu na právach a oprávnených záujmoch. Krajský súd v Bratislave (ďalej len súd) prejednal a rozhodol vec ako miestne a vecne príslušný súd (§ 246a ods. 2 zákona č. 99/1963 Zb. Občiansky súdny poriadok, ďalej len „O.s.p.“) za prítomnosti navrhovateľky a neprítomnosti odporcu, ktorý mal doručenie predvolania vykázané dňom 9.6.2016 a dospel k záveru, že rozhodnutie odporcu je potrebné zrušiť podľa ust. § 250j ods. 2 písm. a) a vec vrátiť odporcovi na ďalšie konanie. Súd v prejednávanej veci dokazovanie nedoplnil, oboznámil sa však s obsahom pripojeného administratívneho spisu odporcu č.9250/2014, z ktorého zistil, že odporca priznal navrhovateľke nárok na poskytovanie právnej pomoci a súčasne jej ustanovil advokáta Mgr. Petra Odehnala rozhodnutím sp.zn. 6518/2013 zo dňa 5.9.2013. V zmysle ustanovenia § 7 ods. 4 zákona o poskytovaní právnej pomoci odporca zaslal navrhovateľke výzvu na doplnenie údajov za účelom prehodnotenia jej príjmovej situácie, ktorú navrhovateľka zodpovedala a ako spoločne posudzovanú osobu označila jej svoje maloleté deti - Z. B. S. X.. Odporca na základe predložených údajov vyhodnotil, že navrhovateľka mala za vyhodnocované obdobie priemerný mesačný príjem 505,86 eur (príjem zo závislej činnosti + výživné), že nespĺňa zákonnú podmienku na poskytovanie právnej pomoci a z toho dôvodu jej ju v zmysle § 14 ods. 1 písm. b) odňal. Pri výpočte hranice materiálnej núdze vychádzal z premisy existencie jednej posudzovanej fyzickej osoby (navrhovateľky) a jednej jej nezaopatrenej neplnoletej dcéry (S. X.).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2 zákona o životnom minime za životné minimum fyzickej osoby alebo fyzických osôb, ktorých príjmy sa posudzujú podľa § 3 spoločne, sa považuje suma alebo úhrn súm a) 198,09 eura mesačne, ak ide o jednu plnoletú fyzickú osobu, b) 138,19 eura mesačne, ak ide o ďalšiu spoločne posudzovanú plnoletú fyzickú osobu, c) 90,42 eura mesačne, ak ide 1. o zaopatrené neplnoleté dieťa, 2. o nezaopatrené dieťa.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Ako to je zrejmé tak z odôvodnenia napadnutého rozhodnutia, ako aj z obsahu administratívneho spisu odporcu, odporca pre potreby určenia 1,4, resp. 1,6 násobku životného minima započítal jednu plnoletú fyzickú osobu - navrhovateľku a jedno jej nezaopatrené neplnoleté dieťa - Z.. S. X.. V zmysle cit. § 2 zákona o životnom minime teda vychádzal zo sumy 288,51 eur (198,09 eur + 90,42 eur). Vychádzajúc z uvedeného predstavuje 1,6 násobok sumy životného minima 461,62 eur, pričom priemerný príjem navrhovateľky (505,86 eur) je vyšší ako uvedený 1,6 násobok sumy životného minima. Tento výpočet odporca zohľadnil vydaním napadnutého - negatívneho rozhodnutia. Podľa názoru súdu však odporca pri určení sumy životného minima postupoval nesprávne, ak pri určení sumy životného minima nezohľadnil skutočnosť, že navrhovateľka je matkou aj druhého nezaopatreného neplnoletého dieťaťa - mal. Z. A to bez ohľadu na skutočnosť, že táto jej dcéra je zverená do osobnej starostlivosti jej otca, teda že nežije s navrhovateľkou v spoločnej domácnosti. I napriek tejto skutočnosti je totižto navrhovateľka ako matka mal. Magdalény povinná poskytovať jej výživu - bez ohľadu či ju má alebo nemá v osobnej starostlivosti. Ako to vyplýva zo samotného účelu vymedzenia sumy životného minima v zmysle zákona o životnom minime, suma životného minima predstavuje minimálnu hranicu príjmu (príjmov) fyzickej osoby, pod ktorou nastáva stav hmotnej núdze (§ 1 zákona o životnom minime). Zákonodarca v ust. § 2 zákona o životnom minime určuje jednak výšku a jednak spôsob určenia tejto sumy. Z jeho znenia je zrejmé, suma životného minima je určovaná podľa písm. a) tohto ustanovenia podľa toho, či ide o jednu plnoletú osobu (v tomto prípade ide o sumu 198,09 eur), resp. podľa písm. b) tohto ustanovenia či existuje ďalšia spoločne posudzovaná plnoletá fyzická osoba - spravidla manžel (v tomto prípade ide o sumu 138,19 eur), resp. podľa písm. c) tohto ustanovenia či existuje zaopatrené neplnoleté, alebo nezaopatrené dieťa (v tomto prípade ide o sumu 90,42 eur). V tomto poslednom prípade (§ 2 písm. c) citovaného zákona) zákon o životnom minime nerozlišuje, či tam uvedené deti žijú v spoločnej domácnosti s posudzovanou osobou, alebo nie. Pokiaľ teda posudzovaná osoba - navrhovateľka - je rozvedená a má dve maloleté nezaopatrené deti - mal. S. X. a mal. Z. X., bolo podľa názoru súdu povinnosťou odporcu pri určení sumy jej životného minima (ktorá tvorí základ určenia jej 1,4 či 1,6 násobku sumy životného minima) vychádzať zo sumy spolu 378,93 eur, ktorá je tvorená ako úhrn súm: 198,09 eur (§ 2 písm. a) zákona o životnom minime) a 90,42 eur + 90,42 eur = 180,84 eur (dve nezaopatrené deti - § 2 písm. c) bod 2. zákona o životnom minime). Pretože odporca pri určení sumy životného minima nezohľadnil skutočnosť, že navrhovateľka je matkou dvoch nezaopatrených detí, ale z dôvodu že jedno z nich je v osobnej starostlivosti otca zohľadnil iba existenciu jedného dieťaťa, ktoré je v osobnej starostlivosti navrhovateľky (matky) súd dospel k názoru, že odporca túto okolnosť nesprávne právne posúdil. Preto súd napadnuté rozhodnutie zrušil a vec vrátil odporcovi na ďalšie konanie. V ďalšom konaní bude úlohou odporcu v rámci postupu podľa § 6 ods. 2 zákona o poskytovaní právnej pomoci zohľadniť pri určení sumy životného minima (rozhodnej pre určenie 1,4 a 1,6 násobku sumy životného minima) jednak osobu navrhovateľky, ako aj existenciu dvoch nezaopatrených detí. O trovách navrhovateľky súd rozhodol za použitia ust. § 250k ods. 1 O.s.p. v spojení s § 250l ods. 2 O.s.p. .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https://www.kauzis.sk/judikatura/r/ECLI:SK:KSBA:2016:1014202047.1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