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1S/270/2014 z 9. 5. 2016</w:t>
      </w:r>
    </w:p>
    <w:p>
      <w:r>
        <w:t>Uznesenie Krajského súdu Bratislava z 9. mája 2016, sp. zn. 1S/270/2014, ECLI:SK:KSBA:2016:1014202073.2</w:t>
      </w:r>
    </w:p>
    <w:p>
      <w:r>
        <w:t>Súd: Krajský súd Bratislava</w:t>
      </w:r>
    </w:p>
    <w:p>
      <w:r>
        <w:t>Spisová značka: 1S/270/2014</w:t>
      </w:r>
    </w:p>
    <w:p>
      <w:r>
        <w:t>ECLI: ECLI:SK:KSBA:2016:1014202073.2</w:t>
      </w:r>
    </w:p>
    <w:p>
      <w:r>
        <w:t>Dátum vydania: 9.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1S/270/2014 Identifikačné číslo súdneho spisu: 1014202073 Dátum vydania rozhodnutia: 10. 05. 2016 Meno a priezvisko sudcu, VSÚ: JUDr. Monika Valašíková PhD. ECLI: ECLI:SK:KSBA:2016:1014202073.2 Uznesenie Krajský súd v Bratislave v právnej veci žalobcu: REAL-DESIGN spol. s r. o., Šamorínska 10, 821 06 Bratislava, IČO: 35 830 506, zastúpeného Advokátskou kanceláriou JURIKA &amp; KELTOŠ, s.r.o., Mickiewiczova 2, 811 07 Bratislava, IČO: 35 951 087, proti žalovanému: Finančné riaditeľstvo Slovenskej republiky, Lazovná 63, 974 01 Banská Bystrica o preskúmanie zákonnosti rozhodnutia žalovaného č. 1100302/1/439183/2014/968 zo dňa 03.10.2014 a o náhrade trov konania, takto r o z h o d o l : Žalovaný je povinný zaplatiť žalobcovi 70,- Eur titulom náhrady súdneho poplatku do 30 dní od právoplatnosti tohto uznesenia. Žalovaný je povinný zaplatiť žalobcovi na účet Advokátskej kancelárie JURIKA &amp; KELTOŠ, s.r.o. trovy právneho zastúpenia vo výške 167,74 eura do 30 dní od nadobudnutia právoplatnosti tohto uznesenia. o d ô v o d n e n i e : Žalobca sa včas podanou žalobou doručenou tunajšiemu súdu dňa 12.12.2014 domáhal preskúmania zákonnosti a následne aj zrušenia rozhodnutia žalovaného č. 1100302/1/439183/2014/968 zo dňa 03.10.2014, ktorým bolo potvrdené rozhodnutie Daňového úradu Bratislava č. 9104404/5/3157797/2014 zo dňa 30.6.2014. Prvostupňovým rozhodnutím Daňový úrad Bratislava vyrubil žalobcovi rozdiel dane z pridanej hodnoty XXX.XXX,- eur za zdaňovacie obdobie november 2012, žalobcovi nepriznal nadmerný odpočet za zdaňovacie obdobie november 2012 v sume XX.XXX,XX eura a vyrubil mu vlastnú daňovú povinnosť na dani z pridanej hodnoty v sume XXX.XXX,XX eura. Krajský súd v Bratislave ako súd vecne a miestne príslušný na prejednanie veci podľa § 244 a nasl. O.s.p. preskúmal napadnuté rozhodnutie, ako aj konanie tomuto predchádzajúce v rozsahu dôvodov uvedených v žalobe (§ 249 ods. 2 O.s.p.) a po nariadení pojednávania v zmysle § 250g ods. 1 O.s.p. dospel k záveru, že žaloba je dôvodná a rozsudkom č.k. 1S 270/2014 -584 zo dňa 14.4.2016 rozhodnutie žalovaného č. 1100302/1/439183/2014/968 zo dňa 03.10.2014 v spojení s prvostupňovým rozhodnutím Daňového úradu Bratislava č. 9104404/5/3157797/2014 zo dňa 30.06.2014 zrušil podľa § 250j ods. 2 písm. e) O.s.p. a vec vrátil žalovanému na ďalšie konanie. Podľa § 151 ods. 1 O.s.p.,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167 ods. 1 O.s.p., ak zákon neustanovuje inak, rozhoduje súd uznesením. Uznesením sa rozhoduje najmä o podmienkach konania, o zastavení alebo prerušení konania, o odmietnutí návrhu na začatie konania, o zmene návrhu, o späťvzatí návrhu, o zmieri, o trovách konania, ako aj o veciach, ktoré sa týkajú vedenia konania. Podľa § 246c ods. 1 O.s.p.,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250k ods. 1 O.s.p., ak mal žalobca úspech celkom alebo sčasti, súd mu proti žalovanému prizná právo na úplnú alebo čiastočnú náhradu trov konania. Ak bolo rozhodnutie správneho orgánu zrušené z dôvodu podľa § 250j ods. 3 &lt;aspi://module='ASPI'&amp;link='99/1963%20Zb.%2523250j'&amp;ucin-k- dni='30.12.9999'&gt;, súd žalobcovi prizná úplnú náhradu trov konania. Môže tiež rozhodnúť, že sa náhrada trov celkom alebo sčasti neprizná, ak sú na to dôvody hodné osobitného zreteľa. Keďže súd nerozhodol o povinnosti nahradiť trovy konania úspešnému žalobcovi v rozhodnutí, ktorým sa konanie končí, rozhodol o náhrade trov konania súd týmto samostatným uznesením podľa § 250k ods. 1 O.s.p. v spojitosti s ust. § 246c ods. 1 O.s.p. tak, že vzhľadom na úspech v konaní žalobcovi priznal právo na náhradu trov, ktoré v konaní vynaložil na zaplatenom súdnom poplatku vo výške 70,- eur a na nákladoch právneho zastúpenia za nasledovné úkony právnej služby: - prevzatie a príprava zastúpenia vrátane prvej porady s klientom (12.12.2014) v sume 61,85 eura a k tomu prislúchajúci režijný paušál v sume 8,04 eura, - písomné podanie na súd vo veci samej - žaloba (12.12.2014) v sume 61,85 eura a k tomu prislúchajúci režijný paušál v sume 8,04 eura. Spolu náklady právneho zastúpenia 139,78 eura, tak ako právny zástupca žalobcu požadoval, zvýšené o DPH (27,95 eura) v súlade s § 18 ods. 3 vyhlášky č. 655/2004 Z.z. predstavujú sumu 167,74 eura. Uvedenú sumu je žalovaný povinný zaplatiť žalobcovi na účet jeho právneho zástupcu podľa § 149 ods. 1 O.s.p.. Právny zástupca žalobcu požadoval aj náhradu trov právneho zastúpenia za podanie vyjadrenia vo veci samej - 9.1.2015, za čo mu súd nepriznal náhradu trov právneho zastúpenia, pretože išlo o vyjadrenie nesúhlasu s prejednaním veci bez nariadenia pojednávania, a teda nešlo o vyjadrenie vo veci samej.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https://www.kauzis.sk/judikatura/r/ECLI:SK:KSBA:2016:1014202073.2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