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1S/273/2014 z 7. 9. 2016</w:t>
      </w:r>
    </w:p>
    <w:p>
      <w:r>
        <w:t>Uznesenie Krajského súdu Bratislava z 7. septembra 2016, sp. zn. 1S/273/2014, ECLI:SK:KSBA:2016:1014202091.3</w:t>
      </w:r>
    </w:p>
    <w:p>
      <w:r>
        <w:t>Súd: Krajský súd Bratislava</w:t>
      </w:r>
    </w:p>
    <w:p>
      <w:r>
        <w:t>Spisová značka: 1S/273/2014</w:t>
      </w:r>
    </w:p>
    <w:p>
      <w:r>
        <w:t>ECLI: ECLI:SK:KSBA:2016:1014202091.3</w:t>
      </w:r>
    </w:p>
    <w:p>
      <w:r>
        <w:t>Dátum vydania: 7. 9. 2016</w:t>
      </w:r>
    </w:p>
    <w:p>
      <w:r>
        <w:t>Forma: Uznesenie</w:t>
      </w:r>
    </w:p>
    <w:p>
      <w:pPr>
        <w:pStyle w:val="Heading2"/>
      </w:pPr>
      <w:r>
        <w:t>Text rozhodnutia</w:t>
      </w:r>
    </w:p>
    <w:p>
      <w:r>
        <w:t>Súd: Krajský súd Bratislava Spisová značka: 1S/273/2014 Identifikačné číslo súdneho spisu: 1014202091 Dátum vydania rozhodnutia: 08. 09. 2016 Meno a priezvisko sudcu, VSÚ: JUDr. Monika Valašíková PhD. ECLI: ECLI:SK:KSBA:2016:1014202091.3 Uznesenie Krajský súd v Bratislave v právnej veci žalobcu: Kaufland Slovenská republika, v. o. s., Trnavská cesta 41/A, Bratislava, IČO: 35 790 164, právne zastúpený: Advokátska kancelária ECKER - KÁN &amp; PARTNERS, s.r.o., Námestie Martina Benku 9, Bratislava, IČO: 35 886 625, proti žalovanému: Štátna veterinárna a potravinová správa Slovenskej republiky, Botanická 17, Bratislava, o preskúmanie zákonnosti rozhodnutia žalovaného č. 3146/2014 zo dňa 16.10.2014 takto: r o z h o d o l : Krajský súd v Bratislave konanie z a s t a v u j e. Žiaden z účastníkov n e m á právo na náhradu trov konania. Žalobcovi sa vracia krátený súdny poplatok vo výške 63,30 eura prostredníctvom Slovenskej pošty, a.s. - prevádzkovateľ systému, IČO: 36 631 124, so sídlom Partizánska cesta 9, 975 99 Banská Bystrica. Poplatok bude vrátený po nadobudnutí právoplatnosti tohto uznesenia. o d ô v o d n e n i e : 1. Žalobca sa žalobou doručenou Krajskému súdu v Bratislave dňa 17.12.2014 domáhal preskúmania zákonnosti rozhodnutia žalovaného č. 3146/2014 zo dňa 16.10.2014, ktorým žalovaný potvrdil rozhodnutie Regionálnej veterinárnej a potravinovej správy Lučenec č. 019/2014-002/PS,St zo dňa 22.08.2014 o uložení pokuty žalobcovi vo výške 2 000,- eur za porušenie § 28 ods. 4 písm. a) zákona č. 152/1995 Z. z. o potravinách v znení neskorších predpisov. 2. Podaním doručeným krajskému súdu dňa 25.07.2016 zobral žalobca svoj návrh späť. 3. Podľa § 63 Správneho súdneho poriadku (ďalej len SSP), žalobca môže do vydania rozhodnutia správneho súdu vziať žalobu späť, a to sčasti alebo celkom. Ak je žaloba vzatá späť celkom, správny súd konanie zastaví. Ak je žaloba vzatá spať z časti, správny súd konanie v tejto časti zastaví. O čiastočnom späťvzatí žaloby rozhodne správny súd v rozhodnutí vo veci samej. 4. Krajský súd v Bratislave konanie zastavil, nakoľko žalobca zobral žalobu späť v celom rozsahu. 5. Podľa § 170 písm. b) SSP, žiaden z účastníkov nemá právo na náhradu trov konania, ak konanie bolo zastavené. 6. Nakoľko konanie bolo z titulu späťvzatia zastavené, súd rozhodol podľa § 170 písm. b) SSP o trovách konania tak, že žiaden z účastníkov nemá právo na náhradu trov konania. 7. Podľa § 11 ods. 3, 4 zákona č. 71/1992 Zb. o súdnych poplatkoch a poplatku za výpis z registra trestov (ďalej len zákon č. 71/1992 Zb.),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8. Okrem poplatku v konaní o rozvod manželstva a poplatku, ktorý sa vracia podľa odseku 1 &lt;aspi://module='ASPI'&amp;link='71/1992 Zb.%252311'&amp;ucin-k-dni='30.12.9999'&gt;, sa poplatok alebo jeho časť (preplatok) vracia krátený o 1%, najmenej však 6,70 eura. Ak sa návrh vzal späť pred zaplatením poplatku, poplatok sa nevyrubuje. 9. Žalobca zaplatil súdny poplatok vo výške 70,- eur. Pretože sa v tejto veci konanie zastavilo, súd v zmysle ustanovenia § 11 ods. 3 a 4 zákona č. 71/1992 Zb. vrátil žalobcovi krátený súdny poplatok vo výške 63,30 eura. 10. Toto rozhodnutie senát Krajského súdu v Bratislave prijal pomerom hlasov 3 : 0 (§ 3 ods. 9 zákona č. 757/2004 Z. z. v znení zákona č. 33/2011). Poučenie: Proti tomuto uzneseniu po nadobudnutí jeho právoplatnosti možno podať kasačnú sťažnosť prostredníctvom Krajského súdu v Bratislave (§ 438 SSP v spojení s § 444 SSP). Kasačná sťažnosť musí byť podaná v lehote 30 dní od doručenia rozhodnutia krajského súdu (§ 443 ods. 2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https://www.kauzis.sk/judikatura/r/ECLI:SK:KSBA:2016:1014202091.3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