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5S/288/2014 z 5. 12. 2016</w:t>
      </w:r>
    </w:p>
    <w:p>
      <w:r>
        <w:t>Uznesenie Krajského súdu Bratislava z 5. decembra 2016, sp. zn. 5S/288/2014, ECLI:SK:KSBA:2016:1014202190.1</w:t>
      </w:r>
    </w:p>
    <w:p>
      <w:r>
        <w:t>Súd: Krajský súd Bratislava</w:t>
      </w:r>
    </w:p>
    <w:p>
      <w:r>
        <w:t>Spisová značka: 5S/288/2014</w:t>
      </w:r>
    </w:p>
    <w:p>
      <w:r>
        <w:t>ECLI: ECLI:SK:KSBA:2016:1014202190.1</w:t>
      </w:r>
    </w:p>
    <w:p>
      <w:r>
        <w:t>Dátum vydania: 5. 12. 2016</w:t>
      </w:r>
    </w:p>
    <w:p>
      <w:r>
        <w:t>Forma: Uznesenie</w:t>
      </w:r>
    </w:p>
    <w:p>
      <w:pPr>
        <w:pStyle w:val="Heading2"/>
      </w:pPr>
      <w:r>
        <w:t>Text rozhodnutia</w:t>
      </w:r>
    </w:p>
    <w:p>
      <w:r>
        <w:t>Súd: Krajský súd Bratislava Spisová značka: 5S/288/2014 Identifikačné číslo súdneho spisu: 1014202190 Dátum vydania rozhodnutia: 06. 12. 2016 Meno a priezvisko sudcu, VSÚ: JUDr. Anna Peťovská PhD. ECLI: ECLI:SK:KSBA:2016:1014202190.1 Uznesenie Krajský súd v Bratislave v právnej veci žalobcu: U.. L. V., nar. XX.XX.XXXX, X. - M. č. XXX, zastúpený: Mgr. Ing. Jaroslav Penc, advokát, Nejedlého 47, 841 02 Bratislava, proti žalovanému: Ministerstvo vnútra Slovenskej republiky, Pribinova 2, 812 72 Bratislava, o preskúmanie zákonnosti rozhodnutia žalovaného č. p.: KM-OLVS-84/2014/OPK zo dňa 10. decembra 2014, takto r o z h o d o l : Súd konanie z a s t a v u j e. Žiaden z účastníkov nemá právo na náhradu trov konania. o d ô v o d n e n i e : 1. Žalobou doručenou tunajšiemu správnemu súdu dňa 29.12.2014 sa žalobca domáhal preskúmania zákonnosti rozhodnutia žalovaného č. p.: KM-OLVS-84/2014/OPK zo dňa 10. decembra 2014, ktorým žalovaný zamietol rozklad žalobcu a potvrdil personálny rozkaz ministra vnútra Slovenskej republiky č. 223 zo dňa 24. septembra 2014 o prepustení žalobcu zo služobného pomeru príslušníka Policajného zboru, služobne zaradeného v stálej službe vo funkcii referent špecialista oddelenia kontroly výkonu služby odboru kontroly KR PZ v Bratislave. Žalobca žiadal napadnuté rozhodnutie zrušiť a vec vrátiť žalovanému na ďalšie konanie. 2. Žalovaný sa k žalobe žalobcu vyjadril písomne v podaní doručenom správnemu súdu dňa 04.08.2015. 3. Podaním doručeným správnemu súdu dňa 29.11.2016 zobral žalobca žalobu pred prejednaním veci v celom rozsahu späť bez bližšieho odôvodnenia a konanie vo veci žiadal zastaviť a žiadnemu z účastníkov nepriznať právo na náhradu trov konania.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https://www.kauzis.sk/judikatura/r/ECLI:SK:KSBA:2016:1014202190.1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