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5S/3/2015 z 7. 3. 2016</w:t>
      </w:r>
    </w:p>
    <w:p>
      <w:r>
        <w:t>Uznesenie Krajského súdu Bratislava z 7. marca 2016, sp. zn. 5S/3/2015, ECLI:SK:KSBA:2016:1015200011.2</w:t>
      </w:r>
    </w:p>
    <w:p>
      <w:r>
        <w:t>Súd: Krajský súd Bratislava</w:t>
      </w:r>
    </w:p>
    <w:p>
      <w:r>
        <w:t>Spisová značka: 5S/3/2015</w:t>
      </w:r>
    </w:p>
    <w:p>
      <w:r>
        <w:t>ECLI: ECLI:SK:KSBA:2016:1015200011.2</w:t>
      </w:r>
    </w:p>
    <w:p>
      <w:r>
        <w:t>Dátum vydania: 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5S/3/2015 Identifikačné číslo súdneho spisu: 1015200011 Dátum vydania rozhodnutia: 08. 03. 2016 Meno a priezvisko sudcu, VSÚ: JUDr. Viera Šebestová ECLI: ECLI:SK:KSBA:2016:1015200011.2 Uznesenie Krajský súd v Bratislave v právnej veci žalobcu: VARS.SK, s.r.o., so sídlom Námestie slobody 11, 811 06 Bratislava, IČO: 35 894 326, zastúpený: AK BAK &amp; PARTNERS s.r.o., so sídlom Panská 14, 811 01 Bratislava, proti žalovanému: Úrad pre verejné obstarávanie, Dunajská 68, P.O.BOX 58, 820 04 Bratislava, o preskúmanie zákonnosti rozhodnutia žalovaného č.: 11028-9000/2014-KR-44 zo dňa 04.12.2014, takto r o z h o d o l : Súd priberá do konania účastníka správneho konania: Ministerstvo dopravy, výstavby a regionálneho rozvoja Slovenskej republiky, Námestie slobody 6, 810 05 Bratislava. o d ô v o d n e n i e : Žalobca sa žalobou doručenou súdu dňa 08.01.2015 domáhal voči žalovanému domáhal preskúmania zákonnosti rozhodnutia žalovaného č.: 11028-9000/2014-KR-44 zo dňa 04.12.2014, ktorým žalovaný potvrdil rozhodnutie prvostupňového správneho orgánu č. 4756-6000/2014-ON/119, 4860-6000/2014- ON/120, 4863-6000/2014-ON/121, 4864-6000/2014-ON/122 zo dňa 06.10.2014. Z administratívneho spisu vyplýva, že Ministerstvo dopravy, výstavby a regionálneho rozvoja SR (verejný obstarávateľ) vyhlásilo súťažný dialóg na predmet zákazky „Národný systém dopravných informácií - NDS“, ktorý bol vyhlásený vo Vestníku verejného obstarávania č. XXX/XXXX zo dňa 21.12.2013 pod zn. 20059-MDS a ktorého bol na podklade svojej žiadosti aj žalobca. Verejný obstarávateľ listom zo dňa 15.04.2014 vylúčil žalobcu z predmetného verejného obstarávania. Žalobca dňa 02.05.2014 podal námietky proti vylúčeniu záujemcu v súťažnom dialógu, o ktorých rozhodol žalovaný napadnutým rozhodnutím zo dňa 04.12.2014. Verejný obstarávateľ bol účastníkom správneho konania, ktorého práva a povinnosti by mohli byť zrušením správneho rozhodnutia dotknuté. Podľa § 250 ods. 1 O.s.p., účastníkmi konania sú žalobca a žalovaný. Súd aj bez návrhu uznesením priberie do konania účastníka správneho konania, ktorého práva a povinnosti by mohli byť zrušením správneho rozhodnutia dotknuté. Vzhľadom na znenie § 250 ods. 1 O.s.p., súd vydal rozhodnutie tak, ako je to uvedené vo výroku uznesenia. Poučenie: Proti tomuto uzneseniu nie je prípustné odvolanie.</w:t>
      </w:r>
    </w:p>
    <w:p/>
    <w:p>
      <w:r>
        <w:t>Zdroj: KAUZIS.SK – https://www.kauzis.sk/judikatura/r/ECLI:SK:KSBA:2016:1015200011.2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