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5Sd/2/2015 z 15. 11. 2016</w:t>
      </w:r>
    </w:p>
    <w:p>
      <w:r>
        <w:t>Uznesenie Krajského súdu Bratislava z 15. novembra 2016, sp. zn. 5Sd/2/2015, ECLI:SK:KSBA:2016:1015200033.3</w:t>
      </w:r>
    </w:p>
    <w:p>
      <w:r>
        <w:t>Súd: Krajský súd Bratislava</w:t>
      </w:r>
    </w:p>
    <w:p>
      <w:r>
        <w:t>Spisová značka: 5Sd/2/2015</w:t>
      </w:r>
    </w:p>
    <w:p>
      <w:r>
        <w:t>ECLI: ECLI:SK:KSBA:2016:1015200033.3</w:t>
      </w:r>
    </w:p>
    <w:p>
      <w:r>
        <w:t>Dátum vydania: 15.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5Sd/2/2015 Identifikačné číslo súdneho spisu: 1015200033 Dátum vydania rozhodnutia: 16. 11. 2016 Meno a priezvisko sudcu, VSÚ: JUDr. Milota Tóthová ECLI: ECLI:SK:KSBA:2016:1015200033.3 Uznesenie Krajský súd v Bratislave v právnej veci navrhovateľa R.. Ľ. C., Z.., F. A. XXX,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12.1.2015 žiadal preskúmať rozhodnutie odporkyne číslo XXX XXX XXXX X zo dňa 25.11.2014, ktorým odporkyňa navrhovateľovi od 6. januára 2014 priznala invalidný dôchodok v sume 87,20 eur mesačne. Písomným prehlásením zo dňa 21.9.2016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https://www.kauzis.sk/judikatura/r/ECLI:SK:KSBA:2016:1015200033.3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