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5S/7/2015 z 31. 5. 2016</w:t>
      </w:r>
    </w:p>
    <w:p>
      <w:r>
        <w:t>Uznesenie Krajského súdu Bratislava z 31. mája 2016, sp. zn. 5S/7/2015, ECLI:SK:KSBA:2016:1015200070.1</w:t>
      </w:r>
    </w:p>
    <w:p>
      <w:r>
        <w:t>Súd: Krajský súd Bratislava</w:t>
      </w:r>
    </w:p>
    <w:p>
      <w:r>
        <w:t>Spisová značka: 5S/7/2015</w:t>
      </w:r>
    </w:p>
    <w:p>
      <w:r>
        <w:t>ECLI: ECLI:SK:KSBA:2016:1015200070.1</w:t>
      </w:r>
    </w:p>
    <w:p>
      <w:r>
        <w:t>Dátum vydania: 31. 5. 2016</w:t>
      </w:r>
    </w:p>
    <w:p>
      <w:r>
        <w:t>Forma: Uznesenie</w:t>
      </w:r>
    </w:p>
    <w:p>
      <w:pPr>
        <w:pStyle w:val="Heading2"/>
      </w:pPr>
      <w:r>
        <w:t>Text rozhodnutia</w:t>
      </w:r>
    </w:p>
    <w:p>
      <w:r>
        <w:t>Súd: Krajský súd Bratislava Spisová značka: 5S/7/2015 Identifikačné číslo súdneho spisu: 1015200070 Dátum vydania rozhodnutia: 01. 06. 2016 Meno a priezvisko sudcu, VSÚ: JUDr. Anna Peťovská PhD. ECLI: ECLI:SK:KSBA:2016:1015200070.1 Uznesenie Krajský súd v Bratislave v právnej veci žalobcu: SZAMI TRADE, spol. s r.o., Mamateyova 22, 851 04 Bratislava, IČO: 36 783 366, zastúpený: JUDr. Adela Valocká, advokátka, Radvanská 1, P. O. Box 255, 810 00 Bratislava 1, proti žalovanému: Finančné riaditeľstvo Slovenskej republiky, Lazovná 63, 974 01 Banská Bystrica, o preskúmanie zákonnosti rozhodnutia žalovaného č. 1100302/1/516085/2014/5060 zo dňa 24. novembra 2014, o zastavení konania, takto r o z h o d o l : Súd konanie z a s t a v u j e. Žiaden z účastníkov nemá právo na náhradu trov konania. o d ô v o d n e n i e : Žalobou doručenou tunajšiemu súdu dňa 20.01.2015 sa žalobca domáhal postupom podľa druhej hlavy piatej časti O.s.p. preskúmania zákonnosti rozhodnutia žalovaného č. 1100302/1/516085/2014/5060 zo dňa 24. novembra 2014, ktorým žalovaný potvrdil rozhodnutie Daňového úradu Bratislava č. 9104405/5/4438226/2014/Fri zo dňa 30. septembra 2014. Prvostupňovým rozhodnutím správca dane znížil žalobcovi nadmerný odpočet dane z pridanej hodnoty za zdaňovacie obdobie október XXXX zo sumy X.XXX,XX eur na sumu XX,XX eur, t.j. určil rozdiel dane na dani z pridanej hodnoty v sume X.XXX,XX eur. Keďže žalobca spolu s podaním žaloby nezaplatil súdny poplatok za žalobu v sume 70,- eur, súd ho pod následkom zastavenia konania vyzval na zaplatenie súdneho poplatku za podanie žaloby v lehote 10 dní od doručenia, výzvou č.k. 5S/7/15-27 zo dňa 06.04.2016, doručenou právnej zástupkyni žalobcu dňa 02.05.2016. Žalobca napriek výzve súdu súdny poplatok do dátumu vydania tohto rozhodnutia nezaplatil.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Podľa § 5 ods. l písm. a) zákona o súdnych poplatkoch poplatková povinnosť vzniká podaním návrhu, odvolania, dovolania alebo žiadosti na vykonanie poplatkového úkonu, ak je poplatníkom navrhovateľ, odvolateľ alebo dovolateľ.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Podľa § 10 ods. 1 zákona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10 ods. 3 prvej vety zákona o súdnych poplatkoch prvostupňový súd zruší uznesenie o zastavení konania pre nezaplatenie súdneho poplatku, ak poplatník zaplatí súdny poplatok do konca lehoty na podanie odvolania. Keďže žalobca nezaplatil súdny poplatok ani v lehote určenej súdom, súd postupoval v zmysle § 10 ods. 1 zákona o súdnych poplatkoch a predmetné konanie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https://www.kauzis.sk/judikatura/r/ECLI:SK:KSBA:2016:1015200070.1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