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1S/12/2015 z 5. 10. 2016</w:t>
      </w:r>
    </w:p>
    <w:p>
      <w:r>
        <w:t>Rozsudok Krajského súdu Bratislava z 5. októbra 2016, sp. zn. 1S/12/2015, ECLI:SK:KSBA:2016:1015200091.1</w:t>
      </w:r>
    </w:p>
    <w:p>
      <w:r>
        <w:t>Súd: Krajský súd Bratislava</w:t>
      </w:r>
    </w:p>
    <w:p>
      <w:r>
        <w:t>Spisová značka: 1S/12/2015</w:t>
      </w:r>
    </w:p>
    <w:p>
      <w:r>
        <w:t>ECLI: ECLI:SK:KSBA:2016:1015200091.1</w:t>
      </w:r>
    </w:p>
    <w:p>
      <w:r>
        <w:t>Dátum vydania: 5. 10. 2016</w:t>
      </w:r>
    </w:p>
    <w:p>
      <w:r>
        <w:t>Forma: Rozsudok</w:t>
      </w:r>
    </w:p>
    <w:p>
      <w:r>
        <w:t>Oblasť práva: Správne právo</w:t>
      </w:r>
    </w:p>
    <w:p>
      <w:pPr>
        <w:pStyle w:val="Heading2"/>
      </w:pPr>
      <w:r>
        <w:t>Text rozhodnutia</w:t>
      </w:r>
    </w:p>
    <w:p>
      <w:r>
        <w:t>Súd: Krajský súd Bratislava Spisová značka: 1S/12/2015 Identifikačné číslo súdneho spisu: 1015200091 Dátum vydania rozhodnutia: 06. 10. 2016 Meno a priezvisko sudcu, VSÚ: JUDr. Monika Valašíková PhD. ECLI: ECLI:SK:KSBA:2016:1015200091.1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Bartoškova 7, 831 04 Bratislava, proti žalovanému: Finančné riaditeľstvo SR, Lazovná 63, 974 01 Banská Bystrica, o preskúmanie zákonnosti rozhodnutia žalovaného č. 1100302/1/448442/2014/5067 zo dňa 21.11.2014, takto r o z h o d o l : Krajský súd v Bratislave žalobu zamieta. Žalobkyni súd právo na náhradu trov konania nepriznáva. o d ô v o d n e n i e : I. 1. Žalobkyňa sa žalobou, doručenou tunajšiemu súdu dňa 22.01.2015, domáhala preskúmania zákonnosti a následne zrušenia rozhodnutia Finančného riaditeľstva SR č. 1100302/1/448442/2014/5067 zo dňa 21.11.2014 v spojení s rozhodnutím Daňového úradu Bratislava č. 9104406/5/720767/2014 zo dňa 24.02.2014. 2. V žalobe uviedla, že prvostupňový správny orgán vydal dňa 24.02.2014 rozhodnutie, ktorým žalobkyni ako platiteľke dane vyrubil za zdaňovacie obdobie január 2010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január 2010 neuznal žalobkyni odpočítanie dane z faktúr za dodávky mäsa od spoločností MACADY SK, s.r.o., Kopčianska 10, Bratislava, MARKT, s.r.o., Lermontova 17, Bratislava a EUROCOOP spotrebné družstvo v likvidácii, Záhorácka 53, Malacky.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D.,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D. počas celých 15 rokov bola bezproblémová spolupráca. V kontrolovanom období rokov 2008 - 2011 pán D.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D. žalobkyni. Po podpise kúpnych zmlúv žalobkyňou bol vždy jeden exemplár pre danú spoločnosť odovzdaný pánovi D..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D.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D., boli odovzdávané v hotovosti pánu D. alebo osobe ním oznámenej. 7. Platba v hotovosti bola jednou z podmienok dohodnutých pri uzatváraní obchodov či podpise zmlúv, avšak bola aj požiadavkou viacerých iných dodávateľov, ktorých dodávky tovar nekoordinoval pán D.. 8. Na základe podpísaných zmlúv so spoločnosťami, ktorých dodávky tovaru koordinoval pán D.,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D.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31.03.2015,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D.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1100302/1/448442/2014/5067 zo dňa 21.11.2014, ktorým žalovaný, rozhodujúc o odvolaní žalobkyne voči rozhodnutiu Daňového úradu v Bratislave č. 9104406/5/720767/2014 zo dňa 24.02.2014, ktorým správca dane vyrubil žalobkyni rozdiel dane z pridanej hodnoty za zdaňovacie obdobie január 2010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január 2010. Kontrolou týchto dokladov správca dane zistil, že si daňový subjekt v zdaňovacom období január 2010 odpočítal daň z pridanej hodnoty z prijatých faktúr za nákup mäsa od dodávateľa MARKT, s.r.o., Lermontova 17, Bratislava spolu celkom základ dane: XXX XXX,XX eura, daň 19 %: XX XXX,XX eura. 37. Ďalším preverovaním u daňového subjektu MARKT, s.r.o. daňový úrad zistil, že táto spoločnosť nepodávala daňové priznanie k dani z pridanej hodnoty, pričom posledné priznanie podala za zdaňovacie obdobie apríl 2009. Správca dane vykonal u tejto spoločnosti aj miestne zisťovanie na adrese sídla spoločnosti, ktoré je uvedené vo výpise z Obchodného registra OS Bratislava I, pričom bolo zistené, že na tejto adrese spoločnosť nesídli, nemá tu označenie svojho názvu ani na budove, ani na poštovej schránke. 38. Podľa databázy intrakomunitárnych obchodov evidovaných v rámci EÚ správca dane zistil dodanie tovarov do tuzemska za obdobia 1. štvrťrok 2010 až 3. štvrťrok 2010 platiteľom Jatky Moravský Krumlov, spol. s r.o., Česká republika pre spoločnosť MARKT, s.r.o. Na základe týchto skutočností správca dane zaslal žiadosť o medzinárodnú výmenu daňových informácií v zmysle čl. 5 nariadenia č. 1798/2003 o administratívnej spolupráci v oblasti dane z pridanej hodnoty týkajúce sa preverenia uskutočnenia obchodných transakcií medzi spoločnosťou MARKT, s.r.o. a Jatky Moravský Krumlov, spol. s r.o. za predmetné zdaňovacie obdobia, pričom odpoveďou č. P201300105 boli potvrdené dodávky tovaru predmetného bravčového mäsa v zdaňovacích obdobiach 1. štvrťrok až 3. štvrťrok 2010. V protokole o miestnom šetrení Finančného úradu v Moravském Krumlově konateľ spoločnosti Jatky Moravský Krumlov, spol. s r.o. pán H. H. sa vyjadril, že v obchodných jednaniach sa zúčastnili za spoločnosť Jatky Moravský Krumlov, spol. s r.o. konateľka M. K. a za spoločnosť MARKT, s.r.o. konateľ U. R.. Tovar na Slovensku preberal príjemca ako je uvedené na prepravnom liste, faktúry boli uhrádzané v hotovosti a túto hotovosť prebrali vodiči, ktorí prepravovali tovar. Prepravu tovaru zabezpečovala spol. Jatky Moravský Krumlov, spol. s r.o. a vykládka bola na mieste, ktoré je uvedené v prepravných listoch. Dodávateľské faktúry boli vystavené spoločnosťou Jatky Moravský Krumlov, spol. s r.o. pre odberateľa MARKT, s.r.o. a tovar bol riadne odoslaný a prepravený spoločnosťou Jatky Moravský Krumlov, spol. s r.o. a vykladaný v sídle spoločnosti MARKT, s.r.o. 39. Toto tvrdenie správca dane vyhodnotil ako sporné, v rozpore s vyjadrením M. Z., zástupcu žalobkyne. 40. Ďalej správca dane zistil, že subjekt U. R. bol zneužitý pri prevode obchodného podielu spoločnosti MARKT, s.r.o. ako aj pri stanovení štatutárneho zástupcu, čím nastal stav, že neznáme osoby neoprávnene jednali v mene tejto spoločnosti, vystavovali účtovné doklady, disponovali s finančnými prostriedkami, pričom konštatoval, že spoločnosť MARKT, s.r.o. existovala len de iure. 41. Daňový subjekt (žalobkyňa) si ďalej odpočítala daň z pridanej hodnoty z prijatých faktúr za nákup mäsa od dodávateľa EUROCOOP spotrebné družstvo v likvidácií, Záhorácka 53, Malacky celkom základ dane: XX XXX,XX eura, daň 19 %: X XXX,XX eura. 42. V súvislosti s preverením, či žalobkyňa nadobudla tovar, ktorý je deklarovaný na predmetných faktúrach od uvedenej spoločnosti správca dane zistil, že v daňovom období január 2010 na základe predložených účtovných dokladov deklaroval nákup tovaru - mäsa od dodávateľa MARKT, s.r.o., Lermontova 17, Bratislava a ďalej od dodávateľa N. H., G. XX, R.. 43. Z administratívneho spisu ďalej vyplynulo, že ďalším dodávateľom spoločnosti EUROCOOP spotrebné družstvo v likvidácii bol N. H., ktorý obchodoval so spoločnosťou Jatky Moravský Krumlov, spol. s r.o., pričom obchody potvrdzoval svojou pečiatkou, faktúry prijímal od podpredsedu predstavenstva pána D. EUROCOOP spotrebné družstvo v likvidácii, faktúry uhrádzal v hotovosti pánu D., pričom neskôr boli uhrádzané aj bankovým prevodom. 44. Na základe dožiadania správcu dane miestne príslušného Daňového úradu v Trnave bolo zistené, že N. H. sa vyjadril, že v predmetných zdaňovacích obdobiach január 2010 - december 2010 vystavil pre odberateľa faktúry na dodávku tovaru - mäsa a tento mal nadobudnúť tak, že od dodávateľa EUROCOOP spotrebné družstvo nakúpil mäso, ktoré následne rozdrobil, predal späť odberateľovi EUROCOOP spotrebné družstvo z dôvodu, že EUROCOOP spotrebné družstvo nemalo priestory na skladovanie mäsa. Následne jednotlivé dodávky objednával osobne podpredseda predstavenstva EUROCOOP spotrebné družstvo v likvidácii pán D. a faktúry uhrádzal v hotovosti alebo bankovým prevodom. 45. U daňového subjektu EUROCOOP spotrebné družstvo v likvidácii správca dane následne vykonal kontrolu DPH za zdaňovacie obdobie rokov 2008 - 2011, na základe ktorých neuznal nárok na odpočítanie dane z faktúr od spol. PERRO, s.r.o. z dôvodu, že zdaniteľný obchod tak ako bol fakturovaný nebol uskutočnený. Vzhľadom k tomu, že EUROCOOP spotrebné družstvo v likvidácii vyhotovilo faktúry, na ktorých uviedlo daň, bolo povinné postupovať podľa ust. § 69 ods. 5 zákona o DPH, ktorý uvádza, že každá osoba, ktorá uvedenie vo faktúre alebo inom doklade o predaji daň je povinná túto daň zaplatiť. 46. Následne daňový subjekt si odpočítal daň z pridanej hodnoty z prijatých faktúr za nákup mäsa od dodávateľa MACADY SK, s.r.o., Kopčianska 10, Bratislava spolu celkom základ dane: XXX XXX,XX eura, daň 19 %: XX XXX,XX eura. 47. Následnou kontrolou sa správcovi dane pri preverovaní uvedených fakturovaných dodávok nepodarilo zabezpečiť a získať žiadne doklady a písomnosti spoločnosti MACADY SK, s.r.o., pričom tento subjekt nepodáva daňové priznanie ani na dani z pridanej hodnoty, ani na dani z príjmov právnickej osoby. 48. Správca dane konštatoval, že daň na dokladoch môže byť odpočítateľná, ak bola uplatnená platiteľom, ktorý dodal tovar uvedený na faktúre, avšak výsledky zistené pri kontrole jednoznačne preukázali, že tovar spoločnosťami MACADY SK, s.r.o., MARKT, s.r.o. a EUROCOOP spotrebné družstvo v likvidácii dodaný nebol, len boli fiktívne na tieto firmy vystavené faktúry. 49.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50.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51. Žalovaný ďalej tvrdí, že žalobkyňa vôbec nepreverila postavenie dodávateľa, kto je oprávnený zaňho konať, či je schopný tovar dodať, či je kontaktný, dokonca si ani nepreverila s kým obchody s mäsom realizoval. Jej zástupca M. Z. sa nevedel vyjadril k jednotlivým dodávateľským firmám, pričom do styku prišiel len s pánom D. a nejakým I.,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z V. D., ktorý obchod organizoval a pánom Y., ktorý zabezpečoval firmy, na ktoré sa vyhotovovali faktúry. Tovar bol však priamo dodávaný žalobkyni spoločnosťou Jatky Moravský Krumlov, spol. s r.o. Faktúry boli vystavované spoločnosťami MARKT, s.r.o., PERRO, s.r.o., MAKADY SK, s.r.o., NEXT+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53.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24 ods. 2 Daňového poriadku, správca dane vedie dokazovanie, pričom dbá, aby skutočnosti nevyhnutné na účely správy daní boli zistené čo najúplnejšie a nie je pritom viazaný iba návrhmi daňových subjektov. 56.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58.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61.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63.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64.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65.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66.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67.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68. Podľa názoru súdu už len skutočnosť, že dodávky mäsa i dodávateľské spoločnosti pre žalobkyňu dlhú dobu zabezpečoval V. D.,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69. Žalobkyňa si svojich dodávateľov uvedených na faktúrach nijako nepreverila, nevedela ani hodnoverne vysvetliť, prečo vstupovala do zmluvných vzťahov s neznámymi spoločnosťami, ktoré jej ako dodávateľov zabezpečil V. D..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D.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70. Žalobkyňa počas daňovej kontroly ani v následnom vyrubovacom konaní nepreukázala, že tovar dodali na faktúrach označení dodávatelia a preto možno skutkové zistenia daňových orgánov považovať za vecne správne. 71.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72.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73.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74.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75.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76. O trovách konania bolo rozhodnuté podľa § 167 S. s. p. a v konaní neúspešnej žalobkyni súd právo na náhradu trov konania nepriznal. Žalovanému v systéme správneho súdnictva právo na náhradu trov konania zásadne neprináleží. 77.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https://www.kauzis.sk/judikatura/r/ECLI:SK:KSBA:2016:1015200091.1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