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1S/20/2015 z 19. 10. 2016</w:t>
      </w:r>
    </w:p>
    <w:p>
      <w:r>
        <w:t>Rozsudok Krajského súdu Bratislava z 19. októbra 2016, sp. zn. 1S/20/2015, ECLI:SK:KSBA:2016:1015200137.1</w:t>
      </w:r>
    </w:p>
    <w:p>
      <w:r>
        <w:t>Súd: Krajský súd Bratislava</w:t>
      </w:r>
    </w:p>
    <w:p>
      <w:r>
        <w:t>Spisová značka: 1S/20/2015</w:t>
      </w:r>
    </w:p>
    <w:p>
      <w:r>
        <w:t>ECLI: ECLI:SK:KSBA:2016:1015200137.1</w:t>
      </w:r>
    </w:p>
    <w:p>
      <w:r>
        <w:t>Dátum vydania: 19. 10. 2016</w:t>
      </w:r>
    </w:p>
    <w:p>
      <w:r>
        <w:t>Forma: Rozsudok</w:t>
      </w:r>
    </w:p>
    <w:p>
      <w:pPr>
        <w:pStyle w:val="Heading2"/>
      </w:pPr>
      <w:r>
        <w:t>Text rozhodnutia</w:t>
      </w:r>
    </w:p>
    <w:p>
      <w:r>
        <w:t>Súd: Krajský súd Bratislava Spisová značka: 1S/20/2015 Identifikačné číslo súdneho spisu: 1015200137 Dátum vydania rozhodnutia: 20. 10. 2016 Meno a priezvisko sudcu, VSÚ: JUDr. Monika Valašíková PhD. ECLI: ECLI:SK:KSBA:2016:1015200137.1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Bartoškova 7, 831 04 Bratislava, proti žalovanému: Finančné riaditeľstvo Slovenskej republiky, Lazovná 63, 974 01 Banská Bystrica, o preskúmanie zákonnosti rozhodnutia žalovaného č. 1100302/1/448473/2014/5067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1100302/1/448473/2014/5067 zo dňa 21.11.2014 v spojení s rozhodnutím Daňového úradu Bratislava č. 9104406/5/636707/2014 zo dňa 17.02.2014. 2. Žalobkyňa v žalobe uvádza, že prvostupňový správny orgán vydal dňa 17.02.2014 rozhodnutie, ktorým žalobkyni ako platiteľke dane vyrubil za zdaňovacie obdobie máj 2008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Ďalej uvádza, že Daňový úrad Bratislava ako správca dane vykonal kontrolu dane z pridanej hodnoty za zdaňovacie obdobie rokov 2008, 2009, 2010 a 2011. Na základe výsledkov zistených daňovou kontrolou správca dane za zdaňovacie obdobie máj 2008 neuznal žalobkyni odpočítanie dane z faktúr za dodávky mäsa od spoločností BDL Logistik, s.r.o., Antona Bernoláka, Ružomberok, REAL KOMPLEX s.r.o., Vlčany 544 a MAXIMUS 2000 s.r.o., Jurigovo námestie 1, Bratislava. Neuznanie odpočítania dane z faktúr od uvedených spoločností správca dane odôvodnil tým, že žalobkyňa pri výkone kontroly nepreukázala, že jej vzniklo právo na odpočítanie dane z uvedených faktúr. 4. Žalobkyňa argumentuje, že svoju podnikateľskú činnosť realizuje nepretržite od roku 1997, viac ako 15 rokov spolupracuje s pánom X.,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X. počas celých 15 rokov bola bezproblémová spolupráca. V kontrolovanom období rokov 2008 - 2011 pán X.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X. žalobkyni. Po podpise kúpnych zmlúv žalobkyňou bol vždy jeden exemplár pre danú spoločnosť odovzdaný pánovi X..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X.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X., boli odovzdávané v hotovosti pánu X. alebo osobe ním oznámenej. 7. Platba v hotovosti bola jednou z podmienok dohodnutých pri uzatváraní obchodov či podpise zmlúv, avšak bola aj požiadavkou viacerých iných dodávateľov, ktorých dodávky tovar nekoordinoval pán X.. 8. Na základe podpísaných zmlúv so spoločnosťami, ktorých dodávky tovaru koordinoval pán X.,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rozhodnutie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X.W.M.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24.03.2015,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pretože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X.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1100302/1/448473/2014/5067 zo dňa 21.11.2014, ktorým žalovaný, rozhodujúc o odvolaní žalobkyne voči rozhodnutiu Daňového úradu v Bratislave č. 9104406/5/636707/2014 zo dňa 17.02.2014, ktorým správca dane vyrubil žalobkyni rozdiel dane z pridanej hodnoty za zdaňovacie obdobie máj 2008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podmienok a dôkazov za predmetné zdaňovacie obdobie.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júl 2008. Kontrolou týchto dokladov správca dane zistil, že si daňový subjekt v zdaňovacom období júl 2008 odpočítal daň z pridanej hodnoty z prijatých faktúr za nákup mäsa od dodávateľa REAL KOMPLEX s.r.o., 925 84 Vlčany 544, IČO: 367 257 49 spolu celkom základ dane: X XXX XXX,XX Sk, daň 19 %: XXX XXX,XX Sk. 37. Preverovaním u daňového subjektu REAL KOMPLEX s.r.o., daňový úrad zistil, že táto spoločnosť nepodávala za zdaňovacie obdobia apríl 2008 - máj 2008, júl 2008 až september 2008, november 2008 až december 2008 a január 2009- jún 2009 daňové priznania na dani z pridanej hodnoty, so správcom dane nekomunikuje, na adrese sídla sa nenachádza, všetky poštové zásielky sa vracajú späť s poznámkou poštového doručovateľa „adresát neznámy“. 38. Daňový úrad Nitra požiadal o medzinárodnú výmenu informácii č. 9400401/5/552218/12 zo dňa 31.05.2012 v súlade s článkom 7 Nariadenia Rady č. 904/2010 o administratívnej spolupráci v oblasti dane z pridanej hodnoty o preverenie, či dodávateľ Jatky Moravský Krumlov, spol. s r.o. intrakomunitárne dodal tovar - mäso. V odpovedi na medzinárodnú výmenu informácii bolo potvrdené dodanie tovaru od dodávateľa Jatky Moravský Krumlov, spol. s. r.o. pre REAL KOMPLEX s.r.o. len za zdaňovacie obdobia prvý štvrťrok 2009 a druhý štvrťrok 2009 ale za zdaňovacie obdobia január 2008 až december 2008 dodanie tovaru nebolo potvrdené a ani za toto obdobie neboli zaslané kópie dodávateľských faktúr pre odberateľa REAL KOMPLEX s.r.o. V protokole Finančného úradu v Moravskom Krumlove zo dňa 27.08.2012 splnomocnený zástupca za Jatky Moravský Krumlov, spol. s r.o. C.. P. X. sa vyjadril, že spoločnosť v roku 2008 a 2009 dodala tovar spoločnosti REAL KOMPLEX s.r.o., pri obchodných jednaniach sa zúčastnil za spoločnosť Jatky Moravský Krumlov, spol. s. r.o. bývalý riaditeľ p. R. V.Á., ktorý aj uzatváral zmluvy. Tovar telefonicky objednával C. X., ako kontaktná osoba, ktorý určil, kde konkrétne na Slovensku bude tovar vyložený, čo potvrdzujú doklady priložené k faktúram. Prepravu tovaru zabezpečovala spoločnosť Jatky Moravský Krumlov, spol. s r.o., faktúry boli uhrádzané v hotovosti a hotovosť preberali vodiči motorových vozidiel, ktorí prepravovali tovar na miesto určenia. Podľa medzinárodných nákladných listov (CMR) tovar bol odoslaný a prepravený spoločnosťou Jatky Moravský Krumlov, spol. s r.o. a vykladaný v sídle spoločnosti REAL KOMPLEX s.r.o. Vlčany 544. Podľa objednávok veľkoodberateľov vystavených spoločnosťou Jatky Moravský Krumlov, spol. s r.o. tovar bol odovzdávaný priamo na predajniach mäsa a teda aj v tomto prípade mal za zrejmé, že vystavované doklady nezodpovedali skutočnému dodaniu tovaru, podľa dokladov bol tovar vykladaný v sídle spoločnosti (dodávateľov), pritom bol priamo vozený do predajní odberateľov. 39. Správca dane ďalej zistil, že osoba P. Š. bola zneužitá pri prevode obchodného podielu spoločností REAL KOMPLEX s.r.o. a osoby L. G. a O. Š. boli zneužité pri stanovení štatutárneho zástupcu spoločnosti REAL KOMPLEX s.r.o. čím nastal stav, že neznáme osoby alebo osoba C. X. neoprávnene jednali v mene tejto spoločnosti (uzatvárali obchody, vystavovali účtovné doklady, disponovali s finančnými prostriedkami), pričom konštatoval, že spoločnosť REAL KOMPLEX s.r.o. de facto neexistovala, existovala iba de iure. 40. Daňový subjekt si ďalej odpočítal daň z pridanej hodnoty z prijatých faktúr za nákup mäsa od dodávateľa BDL Logistik, s.r.o. Antona Bernoláka 6, 034 01 Ružomberok, IČO: 36 427 365 celkom základ dane X XXX XXX,XX Sk, daň 19 %: XXX XXX,XX Sk. 41. Z administratívneho spisu vyplynulo, že spoločnosť BDL Logistik, s.r.o. na adrese Antona Bernoláka 6, v Ružomberku od apríla 2007 v mieste svojho sídla sa nenachádza, nemá prenajaté žiadne kancelárske priestory a ani iné priestory. Preverovaním konateľa spoločnosti F. Z. bolo zistené, že sa vyjadril v tom smere, že žiadne doklady za spoločnosť BDL Logistik, s.r.o. nevyhotovoval a nikoho tým nepoveril, nikdy nevykonával za spoločnosť BDL Logistik, s.r.o. žiadnu obchodnú činnosť. V mene spoločnosti neprijímal a ani nevyplácal žiadne finančné prostriedky a nikdy v mene spoločnosti nepodpisoval žiadnu zmluvu. Spoločnosť BDL Logistik, s.r.o. nepodala daňové priznania k dani z pridanej hodnoty za rok 2008. 42. Na základe žiadosti o medzinárodnú výmenu daňových informácii v zmysle článku 5 Nariadenia č. 1798/2003 o administratívnej spolupráci v oblasti dane z pridanej hodnoty, týkajúce sa preverenia uskutočnenia obchodných transakcií medzi BDL Logistik, s.r.o. a Jatky Moravský Krumlov, spol. s.r.o. podľa odpovede zahraničnej daňovej správy spoločnosť Jatky Moravský Krumlov, spol. s.r.o. tovar bol dodávaný spoločnosti BDL Logistik, s.r.o. dopravnými prostriedkami spoločnosti Jatky Moravský Krumlov spol. s. r.o., tovar bol vykladaný na Slovensku v rozhodnutí bližšie špecifikovaných výrobniach alebo predajniach (L. V., Mgr. Emília Achbergerová, R. B. a podobne). Faktúry boli odovzdávané vodičmi, ktorí prepravovali tovar spoločnosti BDL Logistik, s.r.o. pri preberaní tovaru. Konateľ spoločnosti BDL Logistik, s.r.o. p. F. Z. preberal faktúry osobne na mieste dodania tovaru. Platby prebiehali v hotovosti v mene Sk a hotovosť bola odovzdávaná v obálke vodičom spoločnosti Jatky Moravský Krumlov, spol. s. r.o., ktorí tovar doviezli, pričom meno osoby, ktorá odovzdávala hotovosť za BDL Logistik, s.r.o. nepoznali, vedeli, že je to pán Z., ale totožnosť si neoverovali. 43. Správca dane zistil, že osoba F. Z. bola zneužitá pri prevode obchodného podielu spoločnosti BDL Logistik, s.r.o., ako aj pri stanovení štatutárneho zástupcu spoločnosti BDL Logistik, s.r.o., čím nastal stav, že neznáme osoby neoprávnene jednali v mene spoločnosti. 44. Následne daňový subjekt si odpočítal daň z pridanej hodnoty z prijatých faktúr za nákup mäsa od dodávateľa MAXIMUS 2000 s.r.o., Jurigovo námestie 1, 851 01 Bratislava, IČO: 35 838 108, spolu celkom základ dane XXX XXX,XX Sk, z toho daň 19%: XXX XXX,XX Sk. 45. Konateľ spoločnosti Ľ. F. sa vyjadril, že spoločnosť MAXIMUS 2000 s.r.o. nemala v predmetnom období žiadnych zamestnancov, ani vozidlá. Skladové priestory mala spoločnosť v prenájme a konateľ spoločnosti zastupovaním spoločností nikoho nesplnomocnil. Dodávateľsko-odberateľské vzťahy nemali oporu v zmluvách, konateľ spoločností zmluvy nepodpisoval, ani nikoho tým nepoveril. Správca dane ďalej uviedol, že konateľ spoločnosti MAXIMUS 2000 s.r.o. absolútne nevedel ako boli realizované dodávky tovaru, kto bol skutočný dodávateľ uvedeného tovaru, ktorý len fakturačne cez túto spoločnosť prebiehal. Zo spisového materiálu vyplynulo, že dodávky od spoločnosti KOVÁŘ plus s.r.o. vyfakturované spoločnosti MAXIMUS 2000 s.r.o. neboli vôbec zdanené na území Slovenskej republiky ani spoločnosťou MAXIMUS 2000 s.r.o. ani spoločnosťou JUMIX s.r.o. Stotožňujúc sa s konštatáciou správcu dane spočívajúcej v nepreukázaní skutočne intrakomunitárneho dodania tovaru spoločnosti MAXIMUS 2000 s.r.o. od spoločností KOVÁŘ plus s.r.o. Faktúry, na základe ktorých boli vyfakturované dodávky, sú vystavené spoločnosťou KOVÁŘ plus s.r.o., dodacie listy sú vystavené dodávateľom I. M., X. XXXX, P. U., bez dátumu, poradového čísla, bez uvedenia ceny, ďalej nie je v nich uvedené, kto tovar prevzal, pričom z takýchto dokladov nie je možné zistiť nadväznosť dodávok podľa dodacích listov a ich následnú fakturáciu a spoločnosť KOVAŘ plus s.r.o. nevie preukázať, že tovar bol dodaný a prevzatý spoločnosťou MAXIMUS 2000 s.r.o. 46. Správca dane uviedol, že podľa vyjadrenia konateľa spoločnosti, že tovar bol nakúpený od spoločností JUMIX s.r.o., ktorý však dodávky pre Mgr. Emíliu Achbergerovú nepotvrdil, pretože tovar ním dodaný pre spoločnosť MAXIMUS 2000 s.r.o. bol odovzdávaný v úplne iných prevádzkach. Tovar, ktorý bol fakturovaný spoločnosťou KOVÁŘ plus s.r.o., MAXIMUS 2000 s.r.o. nezdanila, pretože podľa vyjadrenia konateľa p. F., on tovar len objednával pre potreby spoločnosti JUMIX s.r.o., ktorá tovar v Českej republike prevzala, následne dodala slovenským odberateľom. 47. Žalovaný vyslovil názor, že správca dane správne dospel k záveru, že nebolo preukázané skutočné dodanie tovaru pre žalobkyňu spoločnosťou MAXIMUS 2000 s.r.o., ktorá nevie preukázať relevantnými dôkazmi, aký tovar bol na základe fakturácie dodaný. 48. Správca dane konštatoval, že daň na dokladoch môže byť odpočítateľná, ak bola uplatnená platiteľom, ktorý dodal tovar uvedený na faktúre, avšak výsledky zistené pri kontrole jednoznačne preukázali, že tovar spoločnosťami BDL Logistik, s.r.o., Antona Bernoláka, Ružomberok, REAL KOMPLEX s.r.o., Vlčany 544 a MAXIMUS 2000 s.r.o., dodaný nebol, len boli fiktívne na tieto firmy vystavené faktúry. 49.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17.02.2014 rozhodol tak, že daňovému subjektu Mgr. Emília Achbergerová vyrubil rozdiel dane vo výške XX XXX,XX eura. Voči tomuto rozhodnutiu podala odvolanie žalobkyňa, o ktorom bolo rozhodnuté preskúmavaným rozhodnutím žalovaného. 50.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51. Žalovaný ďalej tvrdí, že žalobkyňa vôbec nepreverila postavenie dodávateľa, kto je oprávnený zaňho konať, či je schopný tovar dodať, či je kontaktný, dokonca si ani nepreverila s kým obchody s mäsom realizoval. Jej zástupca E. R. sa nevedel vyjadril k jednotlivým dodávateľským firmám, pričom do styku prišiel len s pánom X. a nejakým U.,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s C. X., ktorý obchod organizoval a pánom M., ktorý zabezpečoval firmy, na ktoré sa vyhotovovali faktúry. Tovar bol však priamo dodávaný žalobkyni spoločnosťou Jatky Moravský Krumlov, spol. s r.o. Faktúry boli vystavované spoločnosťami BDL Logistik, s.r.o., Antona Bernoláka, Ružomberok, REAL KOMPLEX s.r.o., Vlčany 544 a MAXIMUS 2000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52.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53. Podľa § 3 ods. 3 Daňového poriadku, správca dane hodnotí dôkazy podľa svojej úvahy, a to každý dôkaz jednotlivo a všetky dôkazy vo vzájomnej súvislosti, prihliada na všetko, čo pri správe daní vyšlo najavo. 54.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55. Podľa § 24 ods. 2 Daňového poriadku, správca dane vedie dokazovanie, pričom dbá, aby skutočnosti nevyhnutné na účely správy daní boli zistené čo najúplnejšie a nie je pritom viazaný iba návrhmi daňových subjektov. 56.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57.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58.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59.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61.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63.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64.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65.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66.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67.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68. Podľa názoru súdu už len skutočnosť, že dodávky mäsa i dodávateľské spoločnosti pre žalobkyňu dlhú dobu zabezpečoval C. X.,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69. Žalobkyňa si svojich dodávateľov uvedených na faktúrach nijako nepreverila, nevedela ani hodnoverne vysvetliť, prečo vstupovala do zmluvných vzťahov s neznámymi spoločnosťami, ktoré jej ako dodávateľov zabezpečil C. X..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X.Š. nahradil inou (ďalšou) firmou, ktorej pozadie žalobkyňa takisto nepoznala. Pritom konatelia spoločností BDL Logistik, s.r.o., REAL KOMPLEX s.r.o., Vlčany 544 a MAXIMUS 2000 s.r.o., ktoré mali tovar nadobudnúť od spoločnosti Jatky Moravský Krumlov, spol. s.r.o.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70. Žalobkyňa počas daňovej kontroly ani v následnom vyrubovacom konaní nepreukázala, že tovar dodali na faktúrach označení dodávatelia a preto možno skutkové zistenia daňových orgánov považovať za vecne správne. 71.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(BDL Logistik, s.r.o., REAL KOMPLEX s.r.o. a MAXIMUS 2000 s.r.o.) potom tovar fakturovala žalobkyni alebo jej dodávateľom, avšak už s DPH, ktorú si žalobkyňa (resp. aj subjekty v reťazci stojace medzi ňou a deklarovaným dovozcom tovaru) odpočítala, v dôsledku čoho bol tovar nadobudnutý z Českej republiky lacnejší o DPH. 72. Zo zistených skutočností vyplýva, že tovar existoval, tento žalobkyňa odoberala od českého dodávateľa Jatky Moravský Krumlov, spol. s.r.o.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73. Žalobkyňa bola posledným článkom v reťazci subjektov, v ktorom bol zneužitý systém DPH, keď bol s jej vedomím vytvorený umelý mechanizmus obchodovania, do ktorého boli zapojené osoby bez akéhokoľvek právneho vedomia a ekonomicko-sociálneho zázemia, vystupujúce v úlohe dodávateľov pre žalobkyňu,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68),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71). 74. Keďže nebola preukázaná reálna existencia a dodanie tovaru všetkými zúčastnenými subjektmi v reťazci, dodávateľovi žalobkyne nevznikla povinnosť platiť daň v zmysle § 19 ods. 1 a 2 zákona o DPH, ale v zmysle § 71 ods. 6 zákona o DPH, t. j. uvedením na faktúre. Žalobkyni nevznikol nárok na odpočet dane, pretože DPH zaplatila svojim deklarovaným dodávateľom len z titulu vystavených faktúr. 75.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76. O trovách konania bolo rozhodnuté podľa § 167 S. s. p. a v konaní neúspešnej žalobkyni súd právo na náhradu trov konania nepriznal. Žalovanému v systéme správneho súdnictva právo na náhradu trov konania zásadne neprináleží. 77.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