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6S/26/2015 z 28. 1. 2016</w:t>
      </w:r>
    </w:p>
    <w:p>
      <w:r>
        <w:t>Uznesenie Krajského súdu Bratislava z 28. januára 2016, sp. zn. 6S/26/2015, ECLI:SK:KSBA:2016:1015200156.1</w:t>
      </w:r>
    </w:p>
    <w:p>
      <w:r>
        <w:t>Súd: Krajský súd Bratislava</w:t>
      </w:r>
    </w:p>
    <w:p>
      <w:r>
        <w:t>Spisová značka: 6S/26/2015</w:t>
      </w:r>
    </w:p>
    <w:p>
      <w:r>
        <w:t>ECLI: ECLI:SK:KSBA:2016:1015200156.1</w:t>
      </w:r>
    </w:p>
    <w:p>
      <w:r>
        <w:t>Dátum vydania: 28.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6S/26/2015 Identifikačné číslo súdneho spisu: 1015200156 Dátum vydania rozhodnutia: 29. 01. 2016 Meno a priezvisko sudcu, VSÚ: JUDr. Soňa Langová ECLI: ECLI:SK:KSBA:2016:1015200156.1 Uznesenie Krajský súd v Bratislave v právnej veci žalobcu: Lesoochranárske zoskupenie VLK, Tulčík č. 310, 082 13 Prešov, IČO: 31 303 862, zastúpený advokátkou JUDr. Ivetou Rajtákovou, Štúrova 20, 042 83 Košice, proti žalovanému: Ministerstvo životného prostredia Slovenskej republiky, Námestie Ľudovíta Štúra č. 1, 812 35 Bratislava, o preskúmanie zákonnosti rozhodnutia žalovaného sp. zn. 8367/2014-1.10.2 (30/214- rozkl.) zo dňa 19.11.2014 v spojitosti s prvostupňovým rozhodnutím žalovaného sp. zn. 7374/2014-2.3 zo dňa 26.9.2014, takto r o z h o d o l : Krajský súd v Bratislave konanie z a s t a v u j e. Účastníkom právo na náhradu trov konania nepriznáva. o d ô v o d n e n i e : Žalobou doručenou tunajšiemu súdu v zákonom určenej lehote sa žalobca domáhal preskúmania rozhodnutia žalovaného sp. zn. 8367/2014-1.10.2 (30/214- rozkl.) zo dňa 19.11.2014, ktorým tento zamietol rozklad žalobcu a potvrdil prvostupňové rozhodnutie sp. zn. 7374/2014-2.3 zo dňa 26.9.2014, ktorým povolil výnimku zo zakázaných činností podľa § 35 ods. 1 písm. b) a e) zákona č. 543/2002 Z.z. o ochrane prírody a krajiny v znení neskorších predpisov (ďalej len zákon o ochrane prírody) na usmrtenie - odstrel jedného jedinca medveďa hnedého v poľovnom revíri Stracenô, držať ho a prepravovať. Rozhodnutia boli vydané na základe žiadosti Slovenského poľovníckeho zväzu, poľovníckeho združenia Stracenô, Dolná Lehota. Podľa názoru žalobcu, rozhodnutia žalovaného boli vydané nezákonne z dôvodov uvedených v ustanovení § 250j ods. 2 písm. a), c), d) O.s.p. Podľa žalobcu boli v konaní porušené jeho práva účastníka konania zakotvené v článku 46 ods. 1 ako i čl. 2 ods. 2 Ústavy Slovenskej republiky. Poukázal na priebeh správneho konania, námietky ktoré počas neho vzniesol a obsah rozhodnutí, s ktorými nesúhlasí. Po uvedení vlastných námietok žiadal súd, aby napadnuté rozhodnutia žalovaného zrušil, vec mu vrátil na ďalšie konanie a žalobcovi priznal náhradu trov konania. Žalovaný vo svojom vyjadrení k žalobe doručenom súdu dňa 17.2.2015 uviedol, že s námietkami žalobcu uvedenými v žalobe nesúhlasí. Žalovaný prvostupňovým rozhodnutím v súlade s ustanovením § 40 ods. 2, 3 písm. c) zákona o ochrane prírody, povolil výnimku zo zákazov stanovených v § 35 ods. 1 písm. b) a e) zákona, povolil žiadateľovi usmrtiť - odstreliť - jedného jedinca medveďa hnedého, držať ho a prepravovať. Boli stanovené presné podmienky rozhodnutia podľa § 82 ods. 12 zákona o ochrane prírody. Žalovaný si vyžiadal stanovisko odborného orgánu, ktorý posúdil žiadosť na základe znalosti konkrétnych lokalít a odporučil požadovanú výnimku udeliť. Žalovaný vzal do úvahy aj ďalšie podnety. Žalovaný zdôraznil, že jeho rozhodnutie vychádzalo z ustanovenia § 40 ods. 2 a ods. 3 písm. c) zákona o ochrane prírody a bolo vydané v záujme verejného zdravia alebo verejnej bezpečnosti ľudí, pričom bolo skúmané naplnenie odôvodnenosti tohto prípadu. Na základe uvedených dôvodov žiadal súd, aby žalobu v plnom rozsahu zamietol. V správnom súdnictve preskúmavajú súdy na základe žalôb alebo opravných prostriedkov zákonnosť rozhodnutí a postupov orgánov verejnej správy, ktorými sa zakladajú, menia alebo zrušujú práva a povinnosti fyzických alebo právnických osôb, ako aj rozhodnutia, ktorým práva a právom chránené záujmy týchto osôb môžu byť dotknuté. Súd poukazuje na ustálený právny názor, podľa ktorého, ak rozhodnutie orgánu ochrany prírody o povolení na usmrtenie chráneného živočícha - medveďa hnedého podľa § 89 ods. 3 zákona o ochrane prírody stratilo platnosť uplynutím času, na ktoré bolo vydané, odpadol dôvod na ďalšie konanie o povolenie takejto výnimky. Z predmetného dôvodu, keďže výnimka bola žiadateľovi, Slovenskému poľovníckemu zväzu, Poľovníckemu združeniu Stracenô, Dolná Lehota udelená do 30.11.2014, súd nepribral do konania predmetného žiadateľa, pretože v čase vydania rozhodnutia súdu o žalobe, stratilo povolenie žalovaného platnosť a jeho aj prípadným zrušením po tejto lehote, nebudú jeho práva a povinnosti dotknuté. Podľa ust. §250i, ods. 4, prvá veta O.s.p., ak rozhodnutie správneho orgánu bolo medzitým napadnuté protestom prokurátora, súd konanie o žalobe preruší až do jeho vybavenia; ak napadnuté rozhodnutie bolo zrušené alebo zmenené, súd konanie o žalobe zastaví. Na základe uvedených ustanovení ako aj v zmysle stanoviska správneho kolégia Najvyššieho súdu Slovenskej republiky č. Snj 72/2013zo dňa 24. 6. 2014 a rozsudku Najvyššieho súdu Slovenskej republiky sp. zn. 9Sžp/11/2013 zo dňa 26.11.2014, podľa ktorého, neplatnosť povolenej výnimky o povolení na odstrel chráneného živočícha - medveďa hnedého, spôsobená uplynutím času, na ktorý bola výnimka povolená, má za následok, že odpadol predmet konania, lebo výnimka, ktorá bola obsahom rozhodnutia už zanikla a neexistuje. Správny orgán, prípadne súd, preto musí zastaviť konanie o výnimke, a to v ktoromkoľvek štádiu konania. Zo skutkových okolností danej veci je taktiež zrejmé, že prvostupňové rozhodnutie žalovaného zo zákona stratilo platnosť, v dôsledku čoho napadnuté rozhodnutie zo zákona stratilo účinnosť, a teda v danom prípade nejde o rozhodnutie, ktoré zakladá, mení alebo zrušuje oprávnenia a povinnosti fyzických alebo právnických osôb alebo ktorými môžu byť práva, právom chránené záujmy alebo povinnosti fyzických osôb alebo právnických osôb priamo dotknuté (§ 244 ods. 3 OSP) a súčasne napadnutým rozhodnutím žalovaného žalobca nemôže byť ukrátený na svojich právach (§ 247 ods. 1 OSP). V čase podania žaloby ako aj rozhodovania tunajšieho súdu čas, do ktorého bola povolená realizácia výnimky na odstrel medveďa hnedého v uvedenom poľovnom revíre uplynul, nastali okolnosti obdobné zrušeniu rozhodnutia o povolení výnimky, a preto súd konanie zastavil. O náhrade trov konania rozhodol súd s prihliadnutím na ustanovenie § 250k ods. 1, § 246 ods. 1 v spojitosti s ustanovením § 146 ods. 1 písm. c) O.s.p. Toto rozhodnutie senát Krajského súdu v Bratislave prijal pomerom hlasov 3 : 0 (§ 3 ods. 9 zákona č. 757/2004 Z.z. v znení zákona č. 33/2011 Z.z.). Poučenie: Proti tomuto uzneseniu možno podať odvolanie do 15 dní odo dňa jeho doručenia, na Krajský súd v Bratislave. V odvolaní sa má popri všeobecných náležitostiach (§ 42 ods. 3 O. s. p.) uviesť, proti ktorému rozhodnutiu smeruje, v akom rozsahu sa napáda, v čom sa toto rozhodnutie alebo postup súdu považuje za nesprávny a čoho sa odvolateľ domáha.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https://www.kauzis.sk/judikatura/r/ECLI:SK:KSBA:2016:1015200156.1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